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项目结项验收报告</w:t>
      </w:r>
    </w:p>
    <w:p>
      <w:pPr>
        <w:ind w:firstLine="440"/>
      </w:pPr>
      <w:r>
        <w:t>项目名称：【　　　　　】</w:t>
      </w:r>
    </w:p>
    <w:p>
      <w:pPr>
        <w:ind w:firstLine="440"/>
      </w:pPr>
      <w:r>
        <w:t>承担单位：【　　　】　项目负责人：【　　　】</w:t>
      </w:r>
    </w:p>
    <w:p>
      <w:pPr>
        <w:ind w:firstLine="440"/>
      </w:pPr>
      <w:r>
        <w:t>项目起止时间：【　　年　月】至【　　年　月】</w:t>
      </w:r>
    </w:p>
    <w:p>
      <w:pPr>
        <w:pStyle w:val="Heading1"/>
      </w:pPr>
      <w:r>
        <w:t>一、项目基本情况</w:t>
      </w:r>
    </w:p>
    <w:p>
      <w:pPr>
        <w:ind w:firstLine="440"/>
      </w:pPr>
      <w:r>
        <w:t>本项目于【　　年　月】立项，原定目标为：【简要列出申报时确定的主要目标和考核指标，例如：完成XX系统建设并上线、培训XX人次、实现XX指标提升】。项目总预算【　　】万元。</w:t>
      </w:r>
    </w:p>
    <w:p>
      <w:pPr>
        <w:pStyle w:val="Heading1"/>
      </w:pPr>
      <w:r>
        <w:t>二、任务完成情况</w:t>
      </w:r>
    </w:p>
    <w:p>
      <w:pPr>
        <w:ind w:firstLine="440"/>
      </w:pPr>
      <w:r>
        <w:t>对照原定目标，本项目各项任务已按期完成：</w:t>
      </w:r>
    </w:p>
    <w:p>
      <w:pPr>
        <w:ind w:firstLine="440"/>
      </w:pPr>
      <w:r>
        <w:t>1. 【目标一】：已完成，具体表现为【结果，如：系统已上线运行，覆盖XX个点位】；</w:t>
      </w:r>
    </w:p>
    <w:p>
      <w:pPr>
        <w:ind w:firstLine="440"/>
      </w:pPr>
      <w:r>
        <w:t>2. 【目标二】：已完成，【结果，如：累计培训XX人次，考核合格率XX%】；</w:t>
      </w:r>
    </w:p>
    <w:p>
      <w:pPr>
        <w:ind w:firstLine="440"/>
      </w:pPr>
      <w:r>
        <w:t>3. 【目标三】：基本完成，【如：完成XX，但受客观条件影响，XX部分略有调整，已说明】。</w:t>
      </w:r>
    </w:p>
    <w:p>
      <w:pPr>
        <w:pStyle w:val="Heading1"/>
      </w:pPr>
      <w:r>
        <w:t>三、经费使用情况</w:t>
      </w:r>
    </w:p>
    <w:p>
      <w:pPr>
        <w:ind w:firstLine="440"/>
      </w:pPr>
      <w:r>
        <w:t>项目实际支出【　　】万元，其中：设备购置【　】万元、材料【　】万元、劳务及差旅【　】万元、其他【　】万元。经费使用严格按照预算执行，专款专用，票据齐全，未发现截留、挪用等情况。</w:t>
      </w:r>
    </w:p>
    <w:p>
      <w:pPr>
        <w:pStyle w:val="Heading1"/>
      </w:pPr>
      <w:r>
        <w:t>四、取得的成效</w:t>
      </w:r>
    </w:p>
    <w:p>
      <w:pPr>
        <w:ind w:firstLine="440"/>
      </w:pPr>
      <w:r>
        <w:t>项目实施以来，取得了较好成效：一是【定量成效，如：办事效率提升XX%、成本下降XX】；二是【定性成效，如：服务对象满意度提高、形成了可复制的做法】。相关成果已通过【会议/系统/材料】投入使用。</w:t>
      </w:r>
    </w:p>
    <w:p>
      <w:pPr>
        <w:pStyle w:val="Heading1"/>
      </w:pPr>
      <w:r>
        <w:t>五、存在问题与后续打算</w:t>
      </w:r>
    </w:p>
    <w:p>
      <w:pPr>
        <w:ind w:firstLine="440"/>
      </w:pPr>
      <w:r>
        <w:t>项目实施中也存在一些不足：【如：前期进度受XX影响偏慢、部分人员能力还需加强】。下一步将：一是做好成果的持续运行和维护；二是总结经验，为后续项目提供参考；三是对暴露的问题及时整改。</w:t>
      </w:r>
    </w:p>
    <w:p>
      <w:pPr>
        <w:ind w:firstLine="440"/>
      </w:pPr>
      <w:r>
        <w:t>综上，本项目已完成预定任务，达到预期目标，特申请结项验收。</w:t>
      </w:r>
    </w:p>
    <w:p>
      <w:pPr>
        <w:ind w:firstLine="440"/>
      </w:pPr>
      <w:r>
        <w:t>项目负责人（签字）：　　　　　单位（盖章）：</w:t>
      </w:r>
    </w:p>
    <w:p>
      <w:pPr>
        <w:ind w:firstLine="440"/>
      </w:pPr>
      <w:r>
        <w:t>日期：　　年　月　日</w:t>
      </w:r>
    </w:p>
    <w:p>
      <w:pPr>
        <w:pStyle w:val="Heading1"/>
      </w:pPr>
      <w:r>
        <w:t>填写要点（提交前删除）</w:t>
      </w:r>
    </w:p>
    <w:p>
      <w:pPr>
        <w:ind w:firstLine="440"/>
      </w:pPr>
      <w:r>
        <w:t>1. 完成情况要对照申报目标逐条交代，未完成的如实说明原因；</w:t>
      </w:r>
    </w:p>
    <w:p>
      <w:pPr>
        <w:ind w:firstLine="440"/>
      </w:pPr>
      <w:r>
        <w:t>2. 经费数字要与票据、账目一致，不得虚报；</w:t>
      </w:r>
    </w:p>
    <w:p>
      <w:pPr>
        <w:ind w:firstLine="440"/>
      </w:pPr>
      <w:r>
        <w:t>3. 成效尽量量化，能量化的别只定性；</w:t>
      </w:r>
    </w:p>
    <w:p>
      <w:pPr>
        <w:ind w:firstLine="440"/>
      </w:pPr>
      <w:r>
        <w:t>4. 问题写真实但不致命的，别回避也别自曝大雷。</w:t>
      </w:r>
    </w:p>
    <w:p>
      <w:pPr>
        <w:pStyle w:val="Heading1"/>
      </w:pPr>
      <w:r>
        <w:t>附：结项材料通常还要附什么</w:t>
      </w:r>
    </w:p>
    <w:p>
      <w:pPr>
        <w:ind w:firstLine="440"/>
      </w:pPr>
      <w:r>
        <w:t>除了结项报告本身，一般还要准备：项目立项批复文件、过程中的重要会议纪要或阶段小结、经费支出明细和票据清单、成果证明材料（证书、上线截图、媒体报道、用户反馈等）。提前按类别整理装订，验收时一次拿得出，显得规范。</w:t>
      </w:r>
    </w:p>
    <w:p>
      <w:pPr>
        <w:pStyle w:val="Heading1"/>
      </w:pPr>
      <w:r>
        <w:t>附：验收汇报怎么说</w:t>
      </w:r>
    </w:p>
    <w:p>
      <w:pPr>
        <w:ind w:firstLine="440"/>
      </w:pPr>
      <w:r>
        <w:t>口头汇报控制在十分钟：先用一分钟说项目立了啥目标，再用五分钟对照目标讲完成情况和成效，用两分钟说经费和成果，最后一分钟说问题和后续。重点突出"目标达成了"。验收专家提问时，实事求是，拿不准的说"会后核实答复"，别当场硬答。</w:t>
      </w:r>
    </w:p>
    <w:p>
      <w:pPr>
        <w:pStyle w:val="Heading1"/>
      </w:pPr>
      <w:r>
        <w:t>附：没完成的目标怎么写</w:t>
      </w:r>
    </w:p>
    <w:p>
      <w:pPr>
        <w:ind w:firstLine="440"/>
      </w:pPr>
      <w:r>
        <w:t>如果确有指标没完全达到，如实写：完成了多少、差多少、原因是什么（客观延误还是调整）、后续怎么补救。掩饰和造假风险最大，验收专家一看票据和成果就明白。坦诚说明并拿出补救措施，比硬吹"全部超额完成"稳妥得多。</w:t>
      </w:r>
    </w:p>
    <w:p>
      <w:pPr>
        <w:pStyle w:val="Heading1"/>
      </w:pPr>
      <w:r>
        <w:t>附：不同项目的侧重</w:t>
      </w:r>
    </w:p>
    <w:p>
      <w:pPr>
        <w:ind w:firstLine="440"/>
      </w:pPr>
      <w:r>
        <w:t>工程类项目：多写进度、质量、安全、验收结论；软件开发类：多写功能完成度、上线情况、用户反馈；活动培训类：多写场次、参与人数、效果评价。按项目类型突出重点，别千篇一律。</w:t>
      </w:r>
    </w:p>
    <w:p>
      <w:pPr>
        <w:pStyle w:val="Heading1"/>
      </w:pPr>
      <w:r>
        <w:t>附：经费说明的分寸</w:t>
      </w:r>
    </w:p>
    <w:p>
      <w:pPr>
        <w:ind w:firstLine="440"/>
      </w:pPr>
      <w:r>
        <w:t>经费部分写大类和总数即可，不必把每一笔小票都抄进报告，但要和账目对得上。有节余的说明节余怎么处理，有超支的说明原因。验收时审计会看明细，报告里只要让人看到"合规、清楚"就行。</w:t>
      </w:r>
    </w:p>
    <w:p>
      <w:pPr>
        <w:pStyle w:val="Heading1"/>
      </w:pPr>
      <w:r>
        <w:t>附：材料归档</w:t>
      </w:r>
    </w:p>
    <w:p>
      <w:pPr>
        <w:ind w:firstLine="440"/>
      </w:pPr>
      <w:r>
        <w:t>验收完把项目从头到尾的材料归档：立项、过程、经费、成果、验收结论。以后查起来方便，也是单位的财富。好的项目管理，结项之日就是资料齐整之时。</w:t>
      </w:r>
    </w:p>
    <w:p>
      <w:pPr>
        <w:pStyle w:val="Heading1"/>
      </w:pPr>
      <w:r>
        <w:t>附：结项不是终点</w:t>
      </w:r>
    </w:p>
    <w:p>
      <w:pPr>
        <w:ind w:firstLine="440"/>
      </w:pPr>
      <w:r>
        <w:t>项目结了，成果要用起来。别让辛辛苦苦做出来的系统、写出来的材料躺在抽屉里。持续运行、定期维护、收集反馈，让它真正发挥作用。这才是做项目的意义。</w:t>
      </w:r>
    </w:p>
    <w:p>
      <w:pPr>
        <w:ind w:firstLine="440"/>
      </w:pPr>
      <w:r>
        <w:t>把这次的经验教训记下来，下次做项目就能少走弯路。一个项目做完，团队也成长一截。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