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XXXX年第X季度工作总结</w:t>
      </w:r>
    </w:p>
    <w:p>
      <w:pPr>
        <w:ind w:firstLine="440"/>
      </w:pPr>
      <w:r>
        <w:t>本季度，在领导和同事支持下，我围绕岗位重点任务开展工作，总体按计划推进，现将本季度情况总结如下。</w:t>
      </w:r>
    </w:p>
    <w:p>
      <w:pPr>
        <w:pStyle w:val="Heading1"/>
      </w:pPr>
      <w:r>
        <w:t>一、重点工作完成情况</w:t>
      </w:r>
    </w:p>
    <w:p>
      <w:pPr>
        <w:ind w:firstLine="440"/>
      </w:pPr>
      <w:r>
        <w:t>一是【重点工作一】。【例如：本季度共完成XX事项XX项，按时报送各类材料XX份，无一迟报；牵头组织XX会议/活动XX次，准备充分、秩序良好。】</w:t>
      </w:r>
    </w:p>
    <w:p>
      <w:pPr>
        <w:ind w:firstLine="440"/>
      </w:pPr>
      <w:r>
        <w:t>二是【重点工作二】。【例如：配合完成了XX专项工作，负责其中XX环节，在时间紧任务重的情况下加班加点，按期交付，得到相关方面认可。】</w:t>
      </w:r>
    </w:p>
    <w:p>
      <w:pPr>
        <w:ind w:firstLine="440"/>
      </w:pPr>
      <w:r>
        <w:t>三是日常事务。日常文件处理、电话接待、档案整理等工作照常完成，没有出现差错。</w:t>
      </w:r>
    </w:p>
    <w:p>
      <w:pPr>
        <w:pStyle w:val="Heading1"/>
      </w:pPr>
      <w:r>
        <w:t>二、存在的不足</w:t>
      </w:r>
    </w:p>
    <w:p>
      <w:pPr>
        <w:ind w:firstLine="440"/>
      </w:pPr>
      <w:r>
        <w:t>一是工作前瞻性还不够，有时是任务到了才动手，提前谋划不足；二是业务熟练度有待提高，个别复杂事项处理得还不够干脆。</w:t>
      </w:r>
    </w:p>
    <w:p>
      <w:pPr>
        <w:pStyle w:val="Heading1"/>
      </w:pPr>
      <w:r>
        <w:t>三、下季度工作打算</w:t>
      </w:r>
    </w:p>
    <w:p>
      <w:pPr>
        <w:ind w:firstLine="440"/>
      </w:pPr>
      <w:r>
        <w:t>针对以上不足，下季度我打算：一是对重点工作提前排期、主动准备，不再被动应付；二是加强业务学习，把不熟悉的流程尽快吃透；三是继续踏实做好日常工作，争取把本季度没做完的XX事项收尾。</w:t>
      </w:r>
    </w:p>
    <w:p>
      <w:pPr>
        <w:ind w:firstLine="440"/>
      </w:pPr>
      <w:r>
        <w:t>以上是本季度工作总结，请领导和同事批评指正。</w:t>
      </w:r>
    </w:p>
    <w:p>
      <w:pPr>
        <w:pStyle w:val="Heading1"/>
      </w:pPr>
      <w:r>
        <w:t>写作提示（提交前删除）</w:t>
      </w:r>
    </w:p>
    <w:p>
      <w:pPr>
        <w:ind w:firstLine="440"/>
      </w:pPr>
      <w:r>
        <w:t>1. 挑重点写，日常琐碎一笔带过即可；</w:t>
      </w:r>
    </w:p>
    <w:p>
      <w:pPr>
        <w:ind w:firstLine="440"/>
      </w:pPr>
      <w:r>
        <w:t>2. 用真实数量和结果说话，别罗列流水账；</w:t>
      </w:r>
    </w:p>
    <w:p>
      <w:pPr>
        <w:ind w:firstLine="440"/>
      </w:pPr>
      <w:r>
        <w:t>3. 不足一两条即可，下季度打算与之对应；</w:t>
      </w:r>
    </w:p>
    <w:p>
      <w:pPr>
        <w:ind w:firstLine="440"/>
      </w:pPr>
      <w:r>
        <w:t>4. 年度总结可在本框架基础上扩充内容和数据。</w:t>
      </w:r>
    </w:p>
    <w:p>
      <w:pPr>
        <w:pStyle w:val="Heading1"/>
      </w:pPr>
      <w:r>
        <w:t>附：不同岗位的季度重点写法</w:t>
      </w:r>
    </w:p>
    <w:p>
      <w:pPr>
        <w:ind w:firstLine="440"/>
      </w:pPr>
      <w:r>
        <w:t>窗口/服务岗：写接待了多少人次、办结率、群众满意度、有没有投诉、怎么改进服务的。</w:t>
      </w:r>
    </w:p>
    <w:p>
      <w:pPr>
        <w:ind w:firstLine="440"/>
      </w:pPr>
      <w:r>
        <w:t>业务/销售岗：写完成了多少指标、同比环比变化、开拓了多少新客户、丢单原因。</w:t>
      </w:r>
    </w:p>
    <w:p>
      <w:pPr>
        <w:ind w:firstLine="440"/>
      </w:pPr>
      <w:r>
        <w:t>技术/操作岗：写完成了多少任务量、处理了多少问题、有没有事故、改进了哪个流程。</w:t>
      </w:r>
    </w:p>
    <w:p>
      <w:pPr>
        <w:pStyle w:val="Heading1"/>
      </w:pPr>
      <w:r>
        <w:t>附：写季度总结的省力习惯</w:t>
      </w:r>
    </w:p>
    <w:p>
      <w:pPr>
        <w:ind w:firstLine="440"/>
      </w:pPr>
      <w:r>
        <w:t>最好的办法是平时建个小台账，每周花两分钟记一下这周干了啥、有啥结果。到写总结的时候，翻出台账半天就能拼出来，不用抓瞎回忆。也别把季度总结写成检讨会，重点是讲进展和下一步，不足点到为止。季度总结年年写、季季写，养成随手记的习惯，以后年度总结也是手到擒来。</w:t>
      </w:r>
    </w:p>
    <w:p>
      <w:pPr>
        <w:pStyle w:val="Heading1"/>
      </w:pPr>
      <w:r>
        <w:t>附：开头结尾参考</w:t>
      </w:r>
    </w:p>
    <w:p>
      <w:pPr>
        <w:ind w:firstLine="440"/>
      </w:pPr>
      <w:r>
        <w:t>开头："本季度，我围绕年度目标和部门重点，扎实推进各项工作，总体进展顺利。"结尾："下季度我将紧盯薄弱环节，加快进度，确保全年任务圆满完成。"正式、简洁，不会出错。</w:t>
      </w:r>
    </w:p>
    <w:p>
      <w:pPr>
        <w:pStyle w:val="Heading1"/>
      </w:pPr>
      <w:r>
        <w:t>附：季度报表口径</w:t>
      </w:r>
    </w:p>
    <w:p>
      <w:pPr>
        <w:ind w:firstLine="440"/>
      </w:pPr>
      <w:r>
        <w:t>写数据要注意口径一致：这季度和上季度比、和去年同期比，数字来源要一样。别这季度用人头数、下季度又用单位数，比出来没意义。拿不准口径的，问清楚再写。数据准了，总结才有说服力。</w:t>
      </w:r>
    </w:p>
    <w:p>
      <w:pPr>
        <w:pStyle w:val="Heading1"/>
      </w:pPr>
      <w:r>
        <w:t>附：和年度总结的衔接</w:t>
      </w:r>
    </w:p>
    <w:p>
      <w:pPr>
        <w:ind w:firstLine="440"/>
      </w:pPr>
      <w:r>
        <w:t>季度总结不是孤立的，它是年度大账的一段。写的时候想一下：这个季度的进展，对全年目标是超前了还是落后了？落后的，下季度怎么赶？超前的，能不能乘胜追击？这样写出来的季度总结，才真正服务于全年工作，而不是走形式。</w:t>
      </w:r>
    </w:p>
    <w:p>
      <w:pPr>
        <w:pStyle w:val="Heading1"/>
      </w:pPr>
      <w:r>
        <w:t>附：给忙人版</w:t>
      </w:r>
    </w:p>
    <w:p>
      <w:pPr>
        <w:ind w:firstLine="440"/>
      </w:pPr>
      <w:r>
        <w:t>实在没时间，就按这个最简模板：本季度干了A、B、C三件事，结果如何；存在X不足；下季度重点做Y、Z。三段，三百字也能交差。但既然写，尽量写扎实点，这是你自己一年工作的记录。</w:t>
      </w:r>
    </w:p>
    <w:p>
      <w:pPr>
        <w:pStyle w:val="Heading1"/>
      </w:pPr>
      <w:r>
        <w:t>附：心态</w:t>
      </w:r>
    </w:p>
    <w:p>
      <w:pPr>
        <w:ind w:firstLine="440"/>
      </w:pPr>
      <w:r>
        <w:t>季度总结就是个回头看，别熬大夜。平时随手记，到点半天写完。写清楚进展、不足、下季度重点，就够交差。年年写、季季写，手熟了就不觉得是负担了。</w:t>
      </w:r>
    </w:p>
    <w:p>
      <w:pPr>
        <w:pStyle w:val="Heading1"/>
      </w:pPr>
      <w:r>
        <w:t>附：季度循环</w:t>
      </w:r>
    </w:p>
    <w:p>
      <w:pPr>
        <w:ind w:firstLine="440"/>
      </w:pPr>
      <w:r>
        <w:t>一个季度三个月，一眨眼就过。月初排计划、月中抓进度、月末做小结，节奏就稳住了。别把活都堆到最后一周。</w:t>
      </w:r>
    </w:p>
    <w:p>
      <w:pPr>
        <w:ind w:firstLine="440"/>
      </w:pPr>
      <w:r>
        <w:t>和同事多沟通，别自己闷头干。需要配合的事提前打招呼，别临了才求人。季度顺了，一年就顺了。</w:t>
      </w:r>
    </w:p>
    <w:p>
      <w:pPr>
        <w:pStyle w:val="Heading1"/>
      </w:pPr>
      <w:r>
        <w:t>附：小提醒</w:t>
      </w:r>
    </w:p>
    <w:p>
      <w:pPr>
        <w:ind w:firstLine="440"/>
      </w:pPr>
      <w:r>
        <w:t>总结里的数字要和报表对得上。写之前把本季度的台账翻出来，照着写，别凭印象。印象会骗人，台账不会。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