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XXXX—XXXX学年度第X学期教学总结</w:t>
      </w:r>
    </w:p>
    <w:p>
      <w:pPr>
        <w:ind w:firstLine="440"/>
      </w:pPr>
      <w:r>
        <w:t>本学期我担任【X年级X班】【XX学科】教学工作，周课时【　】节。一学期来，我按照教学大纲和学校安排，认真完成了各项教学任务。现总结如下。</w:t>
      </w:r>
    </w:p>
    <w:p>
      <w:pPr>
        <w:pStyle w:val="Heading1"/>
      </w:pPr>
      <w:r>
        <w:t>一、教学工作开展情况</w:t>
      </w:r>
    </w:p>
    <w:p>
      <w:pPr>
        <w:ind w:firstLine="440"/>
      </w:pPr>
      <w:r>
        <w:t>一是认真备好每一节课。课前深入钻研教材，结合本班学生基础确定重难点，对基础较弱的班级适当放慢节奏、多举例子。</w:t>
      </w:r>
    </w:p>
    <w:p>
      <w:pPr>
        <w:ind w:firstLine="440"/>
      </w:pPr>
      <w:r>
        <w:t>二是向课堂要效率。课堂上注重讲练结合，留出时间让学生当场练习、当场答疑，避免满堂灌。本学期尝试了小组互助的方式，让学得快的带动学得慢的，课堂参与度有所提高。</w:t>
      </w:r>
    </w:p>
    <w:p>
      <w:pPr>
        <w:ind w:firstLine="440"/>
      </w:pPr>
      <w:r>
        <w:t>三是抓好作业和辅导。作业全批全改，对错误集中的地方在下节课集中讲评；对几名成绩落后的学生利用课间个别辅导，一学期下来他们的成绩有了一定进步。</w:t>
      </w:r>
    </w:p>
    <w:p>
      <w:pPr>
        <w:pStyle w:val="Heading1"/>
      </w:pPr>
      <w:r>
        <w:t>二、学生学习情况</w:t>
      </w:r>
    </w:p>
    <w:p>
      <w:pPr>
        <w:ind w:firstLine="440"/>
      </w:pPr>
      <w:r>
        <w:t>本学期班级整体学习态度较为端正，期中期末考试成绩与上学期相比稳中有升，及格率提高约【X】个百分点。多数学生学习习惯在改善，但仍有个别学生学习主动性不足，需要持续督促。</w:t>
      </w:r>
    </w:p>
    <w:p>
      <w:pPr>
        <w:pStyle w:val="Heading1"/>
      </w:pPr>
      <w:r>
        <w:t>三、存在的不足</w:t>
      </w:r>
    </w:p>
    <w:p>
      <w:pPr>
        <w:ind w:firstLine="440"/>
      </w:pPr>
      <w:r>
        <w:t>一是对拔尖学生的拓展引导还不够，学有余力的学生"吃不饱"；二是分层教学做得还不细，两头的学生都没完全照顾到；三是与家长的沟通频率有待提高。</w:t>
      </w:r>
    </w:p>
    <w:p>
      <w:pPr>
        <w:pStyle w:val="Heading1"/>
      </w:pPr>
      <w:r>
        <w:t>四、下学期工作打算</w:t>
      </w:r>
    </w:p>
    <w:p>
      <w:pPr>
        <w:ind w:firstLine="440"/>
      </w:pPr>
      <w:r>
        <w:t>针对以上不足，下学期我计划：一是为学有余力的学生设计拓展练习；二是进一步细化分层，给不同层次学生布置不同作业；三是增加与家长的沟通，形成家校合力，共同帮助学生进步。</w:t>
      </w:r>
    </w:p>
    <w:p>
      <w:pPr>
        <w:ind w:firstLine="440"/>
      </w:pPr>
      <w:r>
        <w:t>教育是慢功夫，我会继续脚踏实地，把每一堂课上好、把每一个学生放在心上。</w:t>
      </w:r>
    </w:p>
    <w:p>
      <w:pPr>
        <w:ind w:firstLine="440"/>
      </w:pPr>
      <w:r>
        <w:t>总结人：XXX　　日期：XXXX年XX月XX日</w:t>
      </w:r>
    </w:p>
    <w:p>
      <w:pPr>
        <w:pStyle w:val="Heading1"/>
      </w:pPr>
      <w:r>
        <w:t>写作提示（提交前删除）</w:t>
      </w:r>
    </w:p>
    <w:p>
      <w:pPr>
        <w:ind w:firstLine="440"/>
      </w:pPr>
      <w:r>
        <w:t>1. 把学科、班级、课时、成绩变化替换为你的真实情况，不编造数据；</w:t>
      </w:r>
    </w:p>
    <w:p>
      <w:pPr>
        <w:ind w:firstLine="440"/>
      </w:pPr>
      <w:r>
        <w:t>2. 重点写你实际采用的教学办法和效果，别空喊"爱岗敬业"；</w:t>
      </w:r>
    </w:p>
    <w:p>
      <w:pPr>
        <w:ind w:firstLine="440"/>
      </w:pPr>
      <w:r>
        <w:t>3. 班主任可在"学生情况"后增加班级管理、班会、家校沟通等内容；</w:t>
      </w:r>
    </w:p>
    <w:p>
      <w:pPr>
        <w:ind w:firstLine="440"/>
      </w:pPr>
      <w:r>
        <w:t>4. 不足要真实，改进措施要具体可落地。</w:t>
      </w:r>
    </w:p>
    <w:p>
      <w:pPr>
        <w:pStyle w:val="Heading1"/>
      </w:pPr>
      <w:r>
        <w:t>附：班主任可补充的班级管理内容</w:t>
      </w:r>
    </w:p>
    <w:p>
      <w:pPr>
        <w:ind w:firstLine="440"/>
      </w:pPr>
      <w:r>
        <w:t>如果兼任班主任，可加一段：本季度召开主题班会多少次、关注了哪几名特殊学生、处理了哪些班级事务、家访或和家长沟通了多少人次、班级纪律和班风有什么变化。班级管理是班主任工作的重头戏，别遗漏。</w:t>
      </w:r>
    </w:p>
    <w:p>
      <w:pPr>
        <w:pStyle w:val="Heading1"/>
      </w:pPr>
      <w:r>
        <w:t>附：教学反思怎么写才真实</w:t>
      </w:r>
    </w:p>
    <w:p>
      <w:pPr>
        <w:ind w:firstLine="440"/>
      </w:pPr>
      <w:r>
        <w:t>好的教学反思不是自我批评大会，而是具体地复盘：哪节课学生反应冷淡，为什么？是不是讲得太快、例子不贴近他们？哪个知识点错误率高，下次怎么讲更明白？把这些具体问题写出来，再写你打算怎么调整，这才叫真反思。空泛的"教学水平有待提高"没有任何意义。</w:t>
      </w:r>
    </w:p>
    <w:p>
      <w:pPr>
        <w:pStyle w:val="Heading1"/>
      </w:pPr>
      <w:r>
        <w:t>附：下学期计划要可落地</w:t>
      </w:r>
    </w:p>
    <w:p>
      <w:pPr>
        <w:ind w:firstLine="440"/>
      </w:pPr>
      <w:r>
        <w:t>别写"努力提高教学质量"这种空话。要写：每周多听一节老教师的课、给后进学生每周辅导一次、每月做一次作业错误统计、每学期开两次家长会。具体、能检查、能落地的计划，才是好计划。教师这行，功夫在平时，总结是回头看，计划是向前看，两者都要落到实处。</w:t>
      </w:r>
    </w:p>
    <w:p>
      <w:pPr>
        <w:pStyle w:val="Heading1"/>
      </w:pPr>
      <w:r>
        <w:t>附：成绩分析怎么做</w:t>
      </w:r>
    </w:p>
    <w:p>
      <w:pPr>
        <w:ind w:firstLine="440"/>
      </w:pPr>
      <w:r>
        <w:t>别只说"成绩有所提高"，要分析：哪道题错得最多？是知识点没讲透，还是学生粗心？哪个班进步大、为什么？把试卷错误率排个序，下次备课就知道重点讲啥。这才是用数据指导教学，而不是拿成绩当装饰。</w:t>
      </w:r>
    </w:p>
    <w:p>
      <w:pPr>
        <w:pStyle w:val="Heading1"/>
      </w:pPr>
      <w:r>
        <w:t>附：家校沟通</w:t>
      </w:r>
    </w:p>
    <w:p>
      <w:pPr>
        <w:ind w:firstLine="440"/>
      </w:pPr>
      <w:r>
        <w:t>和家长沟通，多讲孩子具体的进步和需要配合的地方，别只在出问题时才联系家长。平时一条简短的反馈，比期末一次告状管用。沟通时尊重家长，一起想办法，老师和家长站在一边，孩子才好过。</w:t>
      </w:r>
    </w:p>
    <w:p>
      <w:pPr>
        <w:pStyle w:val="Heading1"/>
      </w:pPr>
      <w:r>
        <w:t>附：写在最后</w:t>
      </w:r>
    </w:p>
    <w:p>
      <w:pPr>
        <w:ind w:firstLine="440"/>
      </w:pPr>
      <w:r>
        <w:t>教学是个良心活。总结写得再漂亮，不如课堂上孩子眼睛发亮那一刻来得实在。把每节课备好、把每个孩子放在心上，一学期下来，成绩和口碑自然都有了。这份总结只是把你做过的事理一理，真正的答卷在学生身上。</w:t>
      </w:r>
    </w:p>
    <w:p>
      <w:pPr>
        <w:pStyle w:val="Heading1"/>
      </w:pPr>
      <w:r>
        <w:t>附：持续成长</w:t>
      </w:r>
    </w:p>
    <w:p>
      <w:pPr>
        <w:ind w:firstLine="440"/>
      </w:pPr>
      <w:r>
        <w:t>教学这行，教到老学到老。多听课、多反思、多和同行交流。学生一届届换，你的经验却一年年厚。把每学期的总结攒起来，几年后回头看，都是你走过的路。</w:t>
      </w:r>
    </w:p>
    <w:p>
      <w:pPr>
        <w:pStyle w:val="Heading1"/>
      </w:pPr>
      <w:r>
        <w:t>附：教师的幸福感</w:t>
      </w:r>
    </w:p>
    <w:p>
      <w:pPr>
        <w:ind w:firstLine="440"/>
      </w:pPr>
      <w:r>
        <w:t>当老师的成就感，不在总结里，在学生毕业回来看你的那一刻。把每个孩子当自己的娃带，这份职业就有滋味。</w:t>
      </w:r>
    </w:p>
    <w:p>
      <w:pPr>
        <w:ind w:firstLine="440"/>
      </w:pPr>
      <w:r>
        <w:t>一学期又一学期，周而复始，但每一届学生都是新的。保持热爱，保持好奇，讲台站得久了，你就是学生心里的光。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