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/>
          <w:b/>
          <w:sz w:val="36"/>
        </w:rPr>
        <w:t>产品发布PPT模板（完整文字大纲+逐页讲解稿）</w:t>
      </w:r>
    </w:p>
    <w:p>
      <w:pPr>
        <w:jc w:val="center"/>
      </w:pPr>
      <w:r>
        <w:rPr>
          <w:color w:val="666666"/>
          <w:sz w:val="24"/>
        </w:rPr>
        <w:t>适用场景：新品发布会、产品推介会、渠道招商会、线上直播发布</w:t>
      </w:r>
    </w:p>
    <w:p/>
    <w:p>
      <w:pPr>
        <w:pStyle w:val="Heading2"/>
      </w:pPr>
      <w:r>
        <w:rPr>
          <w:rFonts w:ascii="黑体" w:hAnsi="黑体"/>
        </w:rPr>
        <w:t>第1页：封面</w:t>
      </w:r>
    </w:p>
    <w:p>
      <w:r>
        <w:t>【页面大纲】</w:t>
      </w:r>
    </w:p>
    <w:p>
      <w:r>
        <w:t>主标题：XXX产品 全新发布</w:t>
        <w:br/>
        <w:t>副标题：重新定义XX体验</w:t>
        <w:br/>
        <w:t>Slogan：科技让生活更简单</w:t>
        <w:br/>
        <w:t>日期：2026年10月</w:t>
      </w:r>
    </w:p>
    <w:p>
      <w:r>
        <w:t>【逐页讲解稿】</w:t>
      </w:r>
    </w:p>
    <w:p>
      <w:r>
        <w:t>现场的各位嘉宾、线上的朋友们，大家下午好！欢迎来到XXX产品新品发布会。今天，我们将用一个小时的时间，向大家展示一款我们打磨了整整18个月的新产品。它不仅仅是一次升级，更是我们对这个行业未来形态的一次回答。让我们一起揭开它的面纱。</w:t>
      </w:r>
    </w:p>
    <w:p/>
    <w:p>
      <w:pPr>
        <w:pStyle w:val="Heading2"/>
      </w:pPr>
      <w:r>
        <w:rPr>
          <w:rFonts w:ascii="黑体" w:hAnsi="黑体"/>
        </w:rPr>
        <w:t>第2页：议程</w:t>
      </w:r>
    </w:p>
    <w:p>
      <w:r>
        <w:t>【页面大纲】</w:t>
      </w:r>
    </w:p>
    <w:p>
      <w:r>
        <w:t>一、我们为什么做这款产品</w:t>
        <w:br/>
        <w:t>二、它解决了什么问题</w:t>
        <w:br/>
        <w:t>三、产品亮相：核心亮点</w:t>
        <w:br/>
        <w:t>四、现场体验演示</w:t>
        <w:br/>
        <w:t>五、价格与上市安排</w:t>
        <w:br/>
        <w:t>六、合作伙伴计划</w:t>
      </w:r>
    </w:p>
    <w:p>
      <w:r>
        <w:t>【逐页讲解稿】</w:t>
      </w:r>
    </w:p>
    <w:p>
      <w:r>
        <w:t>今天的发布会议程分为六个部分。首先我会讲讲做这款产品的初心和市场洞察；然后看看它到底解决了用户的哪些痛点；接下来是今天的重头戏——产品正式亮相；之后我们会做现场演示；最后公布价格和上市时间，以及合作伙伴计划。</w:t>
      </w:r>
    </w:p>
    <w:p/>
    <w:p>
      <w:pPr>
        <w:pStyle w:val="Heading2"/>
      </w:pPr>
      <w:r>
        <w:rPr>
          <w:rFonts w:ascii="黑体" w:hAnsi="黑体"/>
        </w:rPr>
        <w:t>第3页：行业现状与痛点</w:t>
      </w:r>
    </w:p>
    <w:p>
      <w:r>
        <w:t>【页面大纲】</w:t>
      </w:r>
    </w:p>
    <w:p>
      <w:r>
        <w:t>市场规模：年增长率12%</w:t>
        <w:br/>
        <w:t>用户痛点：</w:t>
        <w:br/>
        <w:t>1. 操作复杂，学习成本高</w:t>
        <w:br/>
        <w:t>2. 价格昂贵，普通用户用不起</w:t>
        <w:br/>
        <w:t>3. 功能堆砌，真正用得上的没几个</w:t>
        <w:br/>
        <w:t>4. 售后服务差，出了问题找不到人</w:t>
      </w:r>
    </w:p>
    <w:p>
      <w:r>
        <w:t>【逐页讲解稿】</w:t>
      </w:r>
    </w:p>
    <w:p>
      <w:r>
        <w:t>先说说我们为什么要做这款产品。我们调研了整个行业，发现虽然市场每年增长12%，但用户的抱怨却越来越多。总结下来有四个痛点：第一，操作太复杂，老年人和新手根本不会用；第二，价格太高，动辄几千上万，普通家庭舍不得；第三，功能一大堆，但真正日常用得上的没几个；第四，售后跟不上，出了问题打半天电话找不到人。</w:t>
      </w:r>
    </w:p>
    <w:p/>
    <w:p>
      <w:pPr>
        <w:pStyle w:val="Heading2"/>
      </w:pPr>
      <w:r>
        <w:rPr>
          <w:rFonts w:ascii="黑体" w:hAnsi="黑体"/>
        </w:rPr>
        <w:t>第4页：用户调研数据</w:t>
      </w:r>
    </w:p>
    <w:p>
      <w:r>
        <w:t>【页面大纲】</w:t>
      </w:r>
    </w:p>
    <w:p>
      <w:r>
        <w:t>调研样本：2000份有效问卷</w:t>
        <w:br/>
        <w:t>核心发现：</w:t>
        <w:br/>
        <w:t>- 78%用户认为操作可以更简单</w:t>
        <w:br/>
        <w:t>- 65%用户觉得价格超出预期</w:t>
        <w:br/>
        <w:t>- 52%用户表示用了三个月就闲置</w:t>
        <w:br/>
        <w:t>- 83%用户希望有上门服务</w:t>
      </w:r>
    </w:p>
    <w:p>
      <w:r>
        <w:t>【逐页讲解稿】</w:t>
      </w:r>
    </w:p>
    <w:p>
      <w:r>
        <w:t>这不是我们主观臆断的。过去半年，我们做了一轮用户调研，回收了2000份有效问卷。数据很能说明问题：78%的用户认为操作可以更简单；65%觉得价格超出预期；52%的人买了之后用了三个月就闲置在角落；83%的用户希望有上门安装和维修服务。这些数字，就是我们做这款产品的理由。</w:t>
      </w:r>
    </w:p>
    <w:p/>
    <w:p>
      <w:pPr>
        <w:pStyle w:val="Heading2"/>
      </w:pPr>
      <w:r>
        <w:rPr>
          <w:rFonts w:ascii="黑体" w:hAnsi="黑体"/>
        </w:rPr>
        <w:t>第5页：我们的设计理念</w:t>
      </w:r>
    </w:p>
    <w:p>
      <w:r>
        <w:t>【页面大纲】</w:t>
      </w:r>
    </w:p>
    <w:p>
      <w:r>
        <w:t>核心理念：</w:t>
        <w:br/>
        <w:t>1. 极简——能一个按钮解决的，绝不用两个</w:t>
        <w:br/>
        <w:t>2. 实用——只做用户真正需要的功能</w:t>
        <w:br/>
        <w:t>3. 亲民——让好产品不再昂贵</w:t>
        <w:br/>
        <w:t>4. 贴心——服务跟着产品走</w:t>
      </w:r>
    </w:p>
    <w:p>
      <w:r>
        <w:t>【逐页讲解稿】</w:t>
      </w:r>
    </w:p>
    <w:p>
      <w:r>
        <w:t>基于这些痛点，我们确立了四个设计理念。第一个是极简，能一个按钮解决的问题绝不用两个，开机就能用，零学习成本。第二个是实用，我们砍掉了所有花里胡哨但不实用的功能，只保留用户高频使用的。第三个是亲民，我们要把价格打下来，让普通家庭都用得起。第四个是贴心，服务跟着产品走，上门安装、两年质保、终身维护。</w:t>
      </w:r>
    </w:p>
    <w:p/>
    <w:p>
      <w:pPr>
        <w:pStyle w:val="Heading2"/>
      </w:pPr>
      <w:r>
        <w:rPr>
          <w:rFonts w:ascii="黑体" w:hAnsi="黑体"/>
        </w:rPr>
        <w:t>第6页：产品正式亮相</w:t>
      </w:r>
    </w:p>
    <w:p>
      <w:r>
        <w:t>【页面大纲】</w:t>
      </w:r>
    </w:p>
    <w:p>
      <w:r>
        <w:t>产品名称：XXX Pro</w:t>
        <w:br/>
        <w:t>一句定位：为普通家庭打造的智能XX</w:t>
        <w:br/>
        <w:t>核心关键词：简单、好用、不贵、省心</w:t>
      </w:r>
    </w:p>
    <w:p>
      <w:r>
        <w:t>【逐页讲解稿】</w:t>
      </w:r>
    </w:p>
    <w:p>
      <w:r>
        <w:t>接下来，激动人心的时刻到了。让我正式向大家介绍——XXX Pro！它的定位很清晰：为普通家庭打造的智能XX。四个关键词概括它：简单、好用、不贵、省心。接下来我会逐一展开。</w:t>
      </w:r>
    </w:p>
    <w:p/>
    <w:p>
      <w:pPr>
        <w:pStyle w:val="Heading2"/>
      </w:pPr>
      <w:r>
        <w:rPr>
          <w:rFonts w:ascii="黑体" w:hAnsi="黑体"/>
        </w:rPr>
        <w:t>第7页：核心亮点一——极简操作</w:t>
      </w:r>
    </w:p>
    <w:p>
      <w:r>
        <w:t>【页面大纲】</w:t>
      </w:r>
    </w:p>
    <w:p>
      <w:r>
        <w:t>物理按键：仅1个电源键+1个功能键</w:t>
        <w:br/>
        <w:t>语音控制：支持方言识别，普通话+粤语+四川话</w:t>
        <w:br/>
        <w:t>App设计：首页只有3个常用按钮</w:t>
        <w:br/>
        <w:t>开机即用：无需联网配对，开箱10分钟上手</w:t>
      </w:r>
    </w:p>
    <w:p>
      <w:r>
        <w:t>【逐页讲解稿】</w:t>
      </w:r>
    </w:p>
    <w:p>
      <w:r>
        <w:t>第一个亮点是极简操作。机身上面只有两个物理按键：一个电源键，一个功能键。就这么简单。语音控制支持方言识别，除了普通话，粤语和四川话都能听得懂。配套的手机App首页只有三个常用按钮，没有乱七八糟的推送广告。最关键的是，它不需要复杂的联网配对，开箱10分钟就能用起来。</w:t>
      </w:r>
    </w:p>
    <w:p/>
    <w:p>
      <w:pPr>
        <w:pStyle w:val="Heading2"/>
      </w:pPr>
      <w:r>
        <w:rPr>
          <w:rFonts w:ascii="黑体" w:hAnsi="黑体"/>
        </w:rPr>
        <w:t>第8页：核心亮点二——核心性能</w:t>
      </w:r>
    </w:p>
    <w:p>
      <w:r>
        <w:t>【页面大纲】</w:t>
      </w:r>
    </w:p>
    <w:p>
      <w:r>
        <w:t>处理器：新一代AI芯片，运行速度提升40%</w:t>
        <w:br/>
        <w:t>续航：单次充电使用15天</w:t>
        <w:br/>
        <w:t>噪音：低于35分贝，比图书馆还安静</w:t>
        <w:br/>
        <w:t>体积：比上一代小30%，放哪都不占地方</w:t>
      </w:r>
    </w:p>
    <w:p>
      <w:r>
        <w:t>【逐页讲解稿】</w:t>
      </w:r>
    </w:p>
    <w:p>
      <w:r>
        <w:t>第二个亮点是核心性能。我们搭载了新一代AI芯片，运行速度比上一代提升40%，操作丝滑不卡顿。续航方面，充一次电能用15天，出差半个月不用带充电器。噪音控制在35分贝以下，比图书馆还安静，晚上用完全不影响家人休息。体积比上一代缩小了30%，放在桌面、床头都不占地方。</w:t>
      </w:r>
    </w:p>
    <w:p/>
    <w:p>
      <w:pPr>
        <w:pStyle w:val="Heading2"/>
      </w:pPr>
      <w:r>
        <w:rPr>
          <w:rFonts w:ascii="黑体" w:hAnsi="黑体"/>
        </w:rPr>
        <w:t>第9页：核心亮点三——价格亲民</w:t>
      </w:r>
    </w:p>
    <w:p>
      <w:r>
        <w:t>【页面大纲】</w:t>
      </w:r>
    </w:p>
    <w:p>
      <w:r>
        <w:t>上一代售价：2999元</w:t>
        <w:br/>
        <w:t>XXX Pro售价：1499元</w:t>
        <w:br/>
        <w:t>同档次竞品均价：2200元左右</w:t>
        <w:br/>
        <w:t>我们的价格策略：去掉中间商，直销让利</w:t>
      </w:r>
    </w:p>
    <w:p>
      <w:r>
        <w:t>【逐页讲解稿】</w:t>
      </w:r>
    </w:p>
    <w:p>
      <w:r>
        <w:t>第三个亮点，也是大家最关心的——价格。上一代产品售价2999元，很多人觉得贵。今天我告诉大家，XXX Pro只要1499元！市面上同档次的竞品均价在2200元左右，我们直接打了七折。为什么能做到这个价格？因为我们砍掉了层层经销商，全部走线上直销，把中间利润直接让给消费者。</w:t>
      </w:r>
    </w:p>
    <w:p/>
    <w:p>
      <w:pPr>
        <w:pStyle w:val="Heading2"/>
      </w:pPr>
      <w:r>
        <w:rPr>
          <w:rFonts w:ascii="黑体" w:hAnsi="黑体"/>
        </w:rPr>
        <w:t>第10页：核心亮点四——贴心服务</w:t>
      </w:r>
    </w:p>
    <w:p>
      <w:r>
        <w:t>【页面大纲】</w:t>
      </w:r>
    </w:p>
    <w:p>
      <w:r>
        <w:t>上门安装：全国2000个区县次日达</w:t>
        <w:br/>
        <w:t>质保政策：两年免费保修，只换不修</w:t>
        <w:br/>
        <w:t>客服承诺：30秒内人工接听</w:t>
        <w:br/>
        <w:t>终身维护：过保后成本价维修</w:t>
      </w:r>
    </w:p>
    <w:p>
      <w:r>
        <w:t>【逐页讲解稿】</w:t>
      </w:r>
    </w:p>
    <w:p>
      <w:r>
        <w:t>第四个亮点是贴心服务。我们建立了覆盖全国2000个区县的上门服务网络，下单后次日就能上门安装。质保政策是两年免费保修，而且是只换不修——出了问题直接换新机，不折腾。客服承诺30秒内人工接听，不跟你玩机器人绕圈子。过了保修期也不用担心，终身维护，只收成本价。</w:t>
      </w:r>
    </w:p>
    <w:p/>
    <w:p>
      <w:pPr>
        <w:pStyle w:val="Heading2"/>
      </w:pPr>
      <w:r>
        <w:rPr>
          <w:rFonts w:ascii="黑体" w:hAnsi="黑体"/>
        </w:rPr>
        <w:t>第11页：现场演示</w:t>
      </w:r>
    </w:p>
    <w:p>
      <w:r>
        <w:t>【页面大纲】</w:t>
      </w:r>
    </w:p>
    <w:p>
      <w:r>
        <w:t>演示内容：</w:t>
        <w:br/>
        <w:t>1. 开箱与快速上手</w:t>
        <w:br/>
        <w:t>2. 语音控制实测</w:t>
        <w:br/>
        <w:t>3. 核心功能走一遍</w:t>
        <w:br/>
        <w:t>4. 噪音与续航展示</w:t>
      </w:r>
    </w:p>
    <w:p>
      <w:r>
        <w:t>【逐页讲解稿】</w:t>
      </w:r>
    </w:p>
    <w:p>
      <w:r>
        <w:t>光说不练假把式，接下来我们做现场演示。工作人员会把样机拿上来，我现场操作给大家看。首先是开箱，看看里面有什么；然后是快速上手，从拆封到能用要多久；接着语音控制实测，我说一句它做一句；最后演示一下实际运行的噪音和续航表现。大家可以近距离感受一下。</w:t>
      </w:r>
    </w:p>
    <w:p/>
    <w:p>
      <w:pPr>
        <w:pStyle w:val="Heading2"/>
      </w:pPr>
      <w:r>
        <w:rPr>
          <w:rFonts w:ascii="黑体" w:hAnsi="黑体"/>
        </w:rPr>
        <w:t>第12页：与竞品对比</w:t>
      </w:r>
    </w:p>
    <w:p>
      <w:r>
        <w:t>【页面大纲】</w:t>
      </w:r>
    </w:p>
    <w:p>
      <w:r>
        <w:t>对比维度：价格、操作难度、续航、服务网络</w:t>
        <w:br/>
        <w:t>XXX Pro：1499元 / 极简 / 15天 / 2000区县</w:t>
        <w:br/>
        <w:t>竞品A：2299元 / 中等 / 7天 / 500城市</w:t>
        <w:br/>
        <w:t>竞品B：2599元 / 复杂 / 10天 / 300城市</w:t>
      </w:r>
    </w:p>
    <w:p>
      <w:r>
        <w:t>【逐页讲解稿】</w:t>
      </w:r>
    </w:p>
    <w:p>
      <w:r>
        <w:t>为了让大家有个直观认识，我们做了一张竞品对比表。价格方面，我们1499元，竞品A是2299元，竞品B是2599元。操作难度上，我们是极简设计，A是中等，B比较复杂。续航我们15天，A只有7天，B是10天。服务网络我们覆盖2000个区县，A只有500个城市，B只有300个城市。怎么选，一目了然。</w:t>
      </w:r>
    </w:p>
    <w:p/>
    <w:p>
      <w:pPr>
        <w:pStyle w:val="Heading2"/>
      </w:pPr>
      <w:r>
        <w:rPr>
          <w:rFonts w:ascii="黑体" w:hAnsi="黑体"/>
        </w:rPr>
        <w:t>第13页：预售与上市安排</w:t>
      </w:r>
    </w:p>
    <w:p>
      <w:r>
        <w:t>【页面大纲】</w:t>
      </w:r>
    </w:p>
    <w:p>
      <w:r>
        <w:t>预售时间：10月15日-10月31日</w:t>
        <w:br/>
        <w:t>正式发货：11月1日</w:t>
        <w:br/>
        <w:t>预售福利：</w:t>
        <w:br/>
        <w:t>- 前1000名送价值199元配件大礼包</w:t>
        <w:br/>
        <w:t>- 12期免息分期</w:t>
        <w:br/>
        <w:t>- 30天无理由退换</w:t>
      </w:r>
    </w:p>
    <w:p>
      <w:r>
        <w:t>【逐页讲解稿】</w:t>
      </w:r>
    </w:p>
    <w:p>
      <w:r>
        <w:t>上市安排是这样的。10月15日开始预售，到10月31日结束。11月1日正式发货。预售期间有三重福利：前1000名下单的朋友，送价值199元的配件大礼包；支持12期免息分期，每天只要四块多钱；还有30天无理由退换，买回来不满意随时退，没有任何风险。</w:t>
      </w:r>
    </w:p>
    <w:p/>
    <w:p>
      <w:pPr>
        <w:pStyle w:val="Heading2"/>
      </w:pPr>
      <w:r>
        <w:rPr>
          <w:rFonts w:ascii="黑体" w:hAnsi="黑体"/>
        </w:rPr>
        <w:t>第14页：渠道合作伙伴计划</w:t>
      </w:r>
    </w:p>
    <w:p>
      <w:r>
        <w:t>【页面大纲】</w:t>
      </w:r>
    </w:p>
    <w:p>
      <w:r>
        <w:t>招商对象：区域代理商、线下门店、电商达人</w:t>
        <w:br/>
        <w:t>政策支持：</w:t>
        <w:br/>
        <w:t>- 首批进货享6折优惠</w:t>
        <w:br/>
        <w:t>- 区域保护：每区县仅授权1家</w:t>
        <w:br/>
        <w:t>- 培训支持：免费产品培训+销售话术</w:t>
        <w:br/>
        <w:t>- 营销支持：总部统一投放广告，线索本地分发</w:t>
      </w:r>
    </w:p>
    <w:p>
      <w:r>
        <w:t>【逐页讲解稿】</w:t>
      </w:r>
    </w:p>
    <w:p>
      <w:r>
        <w:t>接下来是渠道合作伙伴计划。我们正在招区域代理商、线下门店和电商达人。政策非常有诚意：首批进货享6折优惠；区域保护，每个区县只授权一家，避免恶性竞争；免费提供产品培训和销售话术；总部统一投放广告，收集到的销售线索直接分给当地代理商。想了解详情的朋友，发布会后可以到洽谈区详谈。</w:t>
      </w:r>
    </w:p>
    <w:p/>
    <w:p>
      <w:pPr>
        <w:pStyle w:val="Heading2"/>
      </w:pPr>
      <w:r>
        <w:rPr>
          <w:rFonts w:ascii="黑体" w:hAnsi="黑体"/>
        </w:rPr>
        <w:t>第15页：用户证言</w:t>
      </w:r>
    </w:p>
    <w:p>
      <w:r>
        <w:t>【页面大纲】</w:t>
      </w:r>
    </w:p>
    <w:p>
      <w:r>
        <w:t>内测用户反馈：</w:t>
        <w:br/>
        <w:t>- 王阿姨（58岁）：'教了一遍就会用，比手机简单多了'</w:t>
        <w:br/>
        <w:t>- 张先生（互联网从业者）：'性能不输大牌，价格真香'</w:t>
        <w:br/>
        <w:t>- 李女士（全职妈妈）：'售后上门安装，太省心了'</w:t>
      </w:r>
    </w:p>
    <w:p>
      <w:r>
        <w:t>【逐页讲解稿】</w:t>
      </w:r>
    </w:p>
    <w:p>
      <w:r>
        <w:t>在正式发布前，我们招募了200位内测用户试用了两个月。来听听他们怎么说。58岁的王阿姨说：'教了一遍就会用，比手机简单多了。'互联网从业者张先生说：'性能不输大牌，价格真香。'全职妈妈李女士说：'售后上门安装，太省心了。'这些反馈让我们更有信心，这款产品走对了方向。</w:t>
      </w:r>
    </w:p>
    <w:p/>
    <w:p>
      <w:pPr>
        <w:pStyle w:val="Heading2"/>
      </w:pPr>
      <w:r>
        <w:rPr>
          <w:rFonts w:ascii="黑体" w:hAnsi="黑体"/>
        </w:rPr>
        <w:t>第16页：未来规划</w:t>
      </w:r>
    </w:p>
    <w:p>
      <w:r>
        <w:t>【页面大纲】</w:t>
      </w:r>
    </w:p>
    <w:p>
      <w:r>
        <w:t>2026年Q4：XXX Pro 上市，目标销售5万台</w:t>
        <w:br/>
        <w:t>2027年上半年：推出迷你版（更小更便宜）</w:t>
        <w:br/>
        <w:t>2027年下半年：接入智能家居生态</w:t>
        <w:br/>
        <w:t>长期愿景：成为普通家庭智能生活第一品牌</w:t>
      </w:r>
    </w:p>
    <w:p>
      <w:r>
        <w:t>【逐页讲解稿】</w:t>
      </w:r>
    </w:p>
    <w:p>
      <w:r>
        <w:t>最后说说我们的未来规划。今年第四季度，XXX Pro上市，目标销售5万台。明年上半年推出迷你版，更小更便宜，瞄准学生和单身人群。明年下半年，我们会接入主流智能家居生态，实现互联互通。长期来看，我们的愿景是成为普通家庭智能生活的第一品牌——不是最贵的，但是最贴心的。</w:t>
      </w:r>
    </w:p>
    <w:p/>
    <w:p>
      <w:pPr>
        <w:pStyle w:val="Heading2"/>
      </w:pPr>
      <w:r>
        <w:rPr>
          <w:rFonts w:ascii="黑体" w:hAnsi="黑体"/>
        </w:rPr>
        <w:t>第17页：感谢</w:t>
      </w:r>
    </w:p>
    <w:p>
      <w:r>
        <w:t>【页面大纲】</w:t>
      </w:r>
    </w:p>
    <w:p>
      <w:r>
        <w:t>感谢每一位支持我们的用户和伙伴</w:t>
        <w:br/>
        <w:t>官网：www.xxx.com</w:t>
        <w:br/>
        <w:t>客服热线：400-XXX-XXXX</w:t>
        <w:br/>
        <w:t>谢谢大家！</w:t>
      </w:r>
    </w:p>
    <w:p>
      <w:r>
        <w:t>【逐页讲解稿】</w:t>
      </w:r>
    </w:p>
    <w:p>
      <w:r>
        <w:t>发布会到这里就接近尾声了。感谢现场的每一位嘉宾，感谢线上观看直播的朋友们，更感谢过去18个月里每一位参与这款产品的工程师、设计师、测试员。没有你们，就没有今天的XXX Pro。官网和客服热线都在屏幕上，欢迎大家进一步了解。谢谢大家！</w:t>
      </w:r>
    </w:p>
    <w:p/>
    <w:p>
      <w:pPr>
        <w:pStyle w:val="Heading1"/>
      </w:pPr>
      <w:r>
        <w:rPr>
          <w:rFonts w:ascii="黑体" w:hAnsi="黑体"/>
        </w:rPr>
        <w:t>使用说明</w:t>
      </w:r>
    </w:p>
    <w:p>
      <w:r>
        <w:t>一、本模板共17页，建议发布时长45-60分钟。线上直播可精简至12页，控制在30分钟内。</w:t>
      </w:r>
    </w:p>
    <w:p>
      <w:r>
        <w:t>二、产品名称、价格、数据等请替换为真实信息，切勿虚假宣传。</w:t>
      </w:r>
    </w:p>
    <w:p>
      <w:r>
        <w:t>三、现场演示环节务必提前彩排，准备备用方案以防设备故障。</w:t>
      </w:r>
    </w:p>
    <w:p>
      <w:r>
        <w:t>四、配色建议：科技感推荐深蓝+橙色点缀，家居风推荐米白+原木色。</w:t>
      </w:r>
    </w:p>
    <w:p>
      <w:r>
        <w:t>五、演讲者注意控制语速，重点数据和价格部分稍作停顿，给观众反应时间。</w:t>
      </w:r>
    </w:p>
    <w:p>
      <w:r>
        <w:t>六、发布会前一周开始预热，通过社交媒体、邮件列表、合作媒体多渠道造势。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