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员工试用期转正工作总结</w:t>
      </w:r>
    </w:p>
    <w:p>
      <w:pPr>
        <w:spacing w:line="360" w:lineRule="auto"/>
        <w:ind w:firstLine="480"/>
      </w:pPr>
      <w:r>
        <w:t>尊敬的领导：</w:t>
      </w:r>
    </w:p>
    <w:p>
      <w:pPr>
        <w:spacing w:line="360" w:lineRule="auto"/>
        <w:ind w:firstLine="480"/>
      </w:pPr>
      <w:r>
        <w:t>您好！时光荏苒，转眼间我加入XX公司已满三个月。在这三个月的试用期里，我从一个对业务生疏的新人，逐步成长为能够独立承担岗位工作的团队成员。回顾这段历程，既有初来乍到的忐忑，也有成长进步的欣喜。现将试用期的工作情况、收获体会以及不足之处向领导作如下汇报。</w:t>
      </w:r>
    </w:p>
    <w:p>
      <w:pPr>
        <w:spacing w:line="360" w:lineRule="auto"/>
        <w:ind w:firstLine="480"/>
      </w:pPr>
      <w:r>
        <w:t>一、工作回顾</w:t>
      </w:r>
    </w:p>
    <w:p>
      <w:pPr>
        <w:spacing w:line="360" w:lineRule="auto"/>
        <w:ind w:firstLine="480"/>
      </w:pPr>
      <w:r>
        <w:t>入职以来，我主要从事XX岗位的工作。在部门领导和同事的悉心指导下，我首先用两周时间系统学习了公司的规章制度、业务流程和岗位操作规范，快速熟悉了工作环境和团队文化。随后进入实质工作阶段，我先后参与了XX项目（或XX业务）的具体执行工作，主要负责XX环节，期间共完成XX项任务，处理各类事务XX件，均按时间节点和质量要求顺利完成。在日常工作中，我坚持当日事当日毕，主动梳理工作流程，把重复性工作流程化、把临时性工作清单化，工作效率逐步提升。</w:t>
      </w:r>
    </w:p>
    <w:p>
      <w:pPr>
        <w:spacing w:line="360" w:lineRule="auto"/>
        <w:ind w:firstLine="480"/>
      </w:pPr>
      <w:r>
        <w:t>在跨部门协作方面，我积极配合XX部门完成XX工作，主动承担沟通协调职责，累计对接XX人次，确保信息传递准确及时。同时，我保持学习状态，利用业余时间学习岗位相关的专业知识，阅读了XX等专业资料，参加了公司组织的XX培训，并将所学运用到实际工作中，取得了较好效果。</w:t>
      </w:r>
    </w:p>
    <w:p>
      <w:pPr>
        <w:spacing w:line="360" w:lineRule="auto"/>
        <w:ind w:firstLine="480"/>
      </w:pPr>
      <w:r>
        <w:t>二、收获与成长</w:t>
      </w:r>
    </w:p>
    <w:p>
      <w:pPr>
        <w:spacing w:line="360" w:lineRule="auto"/>
        <w:ind w:firstLine="480"/>
      </w:pPr>
      <w:r>
        <w:t>三个月的试用期让我收获颇丰。一是对行业和公司有了全面认识。通过参与实际工作，我深刻理解了公司的业务模式和价值理念，认识到我们的产品和服务如何为客户创造价值，这让我对公司的认同感大大增强。二是专业能力得到明显提升。从最初的边学边干，到现在的独立操作，我在XX方面的技能进步明显，处理复杂问题的能力也在实践中得到锻炼。三是职业素养逐步养成。在公司规范的制度环境和团队良好的工作氛围影响下，我养成了守时、负责、主动、闭环的工作习惯，理解了职业化做事的基本要求。</w:t>
      </w:r>
    </w:p>
    <w:p>
      <w:pPr>
        <w:spacing w:line="360" w:lineRule="auto"/>
        <w:ind w:firstLine="480"/>
      </w:pPr>
      <w:r>
        <w:t>更重要的是，我深刻体会到团队协作的力量。在XX项目推进过程中，大家目标一致、分工明确、相互补位，遇到问题一起研究解决办法。这种氛围让我很快融入了团队，也让我明白，一个人的能力有限，只有融入团队，才能发挥更大的价值。</w:t>
      </w:r>
    </w:p>
    <w:p>
      <w:pPr>
        <w:spacing w:line="360" w:lineRule="auto"/>
        <w:ind w:firstLine="480"/>
      </w:pPr>
      <w:r>
        <w:t>三、存在的不足</w:t>
      </w:r>
    </w:p>
    <w:p>
      <w:pPr>
        <w:spacing w:line="360" w:lineRule="auto"/>
        <w:ind w:firstLine="480"/>
      </w:pPr>
      <w:r>
        <w:t>在肯定成绩的同时，我也清醒地认识到自身存在的不足。一是经验积累还不够，面对一些突发情况和复杂问题，处理起来还不够从容，偶尔需要向老同事请教。二是主动思考还有欠缺，有时习惯于按部就班完成交办的任务，对工作背后的逻辑和优化空间思考不足。三是沟通表达仍需加强，在跨部门沟通中，偶尔会出现信息传递不够精准的情况。</w:t>
      </w:r>
    </w:p>
    <w:p>
      <w:pPr>
        <w:spacing w:line="360" w:lineRule="auto"/>
        <w:ind w:firstLine="480"/>
      </w:pPr>
      <w:r>
        <w:t>四、转正后的工作计划</w:t>
      </w:r>
    </w:p>
    <w:p>
      <w:pPr>
        <w:spacing w:line="360" w:lineRule="auto"/>
        <w:ind w:firstLine="480"/>
      </w:pPr>
      <w:r>
        <w:t>如果能够顺利转正，我将从以下几个方面努力：第一，尽快补齐业务短板，制定个人学习计划，系统学习岗位所需的专业知识和行业前沿动态，力争三个月内达到独立解决常见问题的能力。第二，增强主动性和创造性，在做好本职工作的基础上，主动思考流程优化和效率提升的建议，积极为公司发展建言献策。第三，提升沟通协作能力，学习高效沟通的方法，在跨部门协作中做到信息清晰、反馈及时。第四，严格自律，继续保持认真负责的工作态度，遵守公司各项规章制度，以更高的标准要求自己。</w:t>
      </w:r>
    </w:p>
    <w:p>
      <w:pPr>
        <w:spacing w:line="360" w:lineRule="auto"/>
        <w:ind w:firstLine="480"/>
      </w:pPr>
      <w:r>
        <w:t>五、关于试用期考核的个人自评</w:t>
      </w:r>
    </w:p>
    <w:p>
      <w:pPr>
        <w:spacing w:line="360" w:lineRule="auto"/>
        <w:ind w:firstLine="480"/>
      </w:pPr>
      <w:r>
        <w:t>按照公司试用期考核标准，我对照岗位职责逐项进行了自我检视。在岗位知识掌握方面，我已能够独立完成核心业务流程的操作，对常见问题的处理流程基本熟练；在工作业绩方面，各项交办任务均按时保质完成，未出现重大差错；在团队协作方面，能够主动配合部门工作，与同事相处融洽；在职业态度方面，出勤全勤，无迟到早退，严格遵守公司纪律。综合来看，我认为自己基本达到了转正要求，同时也明确知道与优秀同事相比还有差距，这份差距正是我下一步努力的方向。</w:t>
      </w:r>
    </w:p>
    <w:p>
      <w:pPr>
        <w:spacing w:line="360" w:lineRule="auto"/>
        <w:ind w:firstLine="480"/>
      </w:pPr>
      <w:r>
        <w:t>六、对试用期经历的几点感悟</w:t>
      </w:r>
    </w:p>
    <w:p>
      <w:pPr>
        <w:spacing w:line="360" w:lineRule="auto"/>
        <w:ind w:firstLine="480"/>
      </w:pPr>
      <w:r>
        <w:t>回顾这三个月，有几件小事让我印象深刻。入职第二周，我第一次独立对接客户，因为对业务不够熟悉，回答问题时不够专业，客户有些不满。后来在领导和同事的帮助下，我连夜补齐了相关知识，第二天重新对接，问题顺利解决。这件事让我明白，专业是靠一点一滴积累出来的，任何时候都不能凭感觉做事。还有一次项目任务紧急，全组加班到深夜，没有一个人抱怨，大家互相鼓劲，最终按时交付。那一刻我真正理解了什么叫团队。这些经历看似平常，却让我从一个学生心态真正转向了职场心态。</w:t>
      </w:r>
    </w:p>
    <w:p>
      <w:pPr>
        <w:spacing w:line="360" w:lineRule="auto"/>
        <w:ind w:firstLine="480"/>
      </w:pPr>
      <w:r>
        <w:t>最后，感谢公司给我这次工作机会，感谢领导和同事们在试用期对我的帮助和包容。我对公司的发展前景充满信心，也对自己的成长充满期待。恳请领导对我试用期的工作给予评定，我将以饱满的热情和踏实的态度，投入转正后的各项工作中，为公司的发展贡献自己的一份力量。</w:t>
      </w:r>
    </w:p>
    <w:p>
      <w:pPr>
        <w:spacing w:line="360" w:lineRule="auto"/>
        <w:ind w:firstLine="480"/>
      </w:pPr>
      <w:r>
        <w:t>此致</w:t>
      </w:r>
    </w:p>
    <w:p>
      <w:pPr>
        <w:spacing w:line="360" w:lineRule="auto"/>
        <w:ind w:firstLine="480"/>
      </w:pPr>
      <w:r>
        <w:t>敬礼！</w:t>
      </w:r>
    </w:p>
    <w:p>
      <w:pPr>
        <w:spacing w:line="360" w:lineRule="auto"/>
        <w:ind w:firstLine="480"/>
      </w:pPr>
      <w:r>
        <w:t>申请人：XXX</w:t>
      </w:r>
    </w:p>
    <w:p>
      <w:pPr>
        <w:spacing w:line="360" w:lineRule="auto"/>
        <w:ind w:firstLine="480"/>
      </w:pPr>
      <w:r>
        <w:t>日期：XXXX年XX月XX日</w:t>
      </w:r>
    </w:p>
    <w:p>
      <w:pPr>
        <w:spacing w:line="360" w:lineRule="auto"/>
        <w:ind w:firstLine="480"/>
      </w:pPr>
      <w:r>
        <w:t>七、试用期工作日志节选（示例）</w:t>
      </w:r>
    </w:p>
    <w:p>
      <w:pPr>
        <w:spacing w:line="360" w:lineRule="auto"/>
        <w:ind w:firstLine="480"/>
      </w:pPr>
      <w:r>
        <w:t>为帮助大家理解转正总结怎么写，这里附一段小编整理的工作日志节选作为参考：</w:t>
      </w:r>
    </w:p>
    <w:p>
      <w:pPr>
        <w:spacing w:line="360" w:lineRule="auto"/>
        <w:ind w:firstLine="480"/>
      </w:pPr>
      <w:r>
        <w:t>第1周：熟悉部门组织架构和岗位职责，通读《员工手册》和业务制度，旁听例会学习工作方法。</w:t>
      </w:r>
    </w:p>
    <w:p>
      <w:pPr>
        <w:spacing w:line="360" w:lineRule="auto"/>
        <w:ind w:firstLine="480"/>
      </w:pPr>
      <w:r>
        <w:t>第2周：在老员工指导下独立完成XX流程操作，第一次经手XX业务，出现XX小问题，向主管请教后修正，记录问题台账。</w:t>
      </w:r>
    </w:p>
    <w:p>
      <w:pPr>
        <w:spacing w:line="360" w:lineRule="auto"/>
        <w:ind w:firstLine="480"/>
      </w:pPr>
      <w:r>
        <w:t>第3周：参与XX项目启动会，负责XX环节的信息收集与整理，输出第一份工作底稿。</w:t>
      </w:r>
    </w:p>
    <w:p>
      <w:pPr>
        <w:spacing w:line="360" w:lineRule="auto"/>
        <w:ind w:firstLine="480"/>
      </w:pPr>
      <w:r>
        <w:t>第4周：独立对接第一批客户，完成XX次沟通，客户反馈良好；同步开始学习XX工具，提升数据处理效率。</w:t>
      </w:r>
    </w:p>
    <w:p>
      <w:pPr>
        <w:spacing w:line="360" w:lineRule="auto"/>
        <w:ind w:firstLine="480"/>
      </w:pPr>
      <w:r>
        <w:t>第5-8周：承担XX核心工作，处理日常事务XX件，配合完成部门季度报表；提出XX流程优化建议，被采纳。</w:t>
      </w:r>
    </w:p>
    <w:p>
      <w:pPr>
        <w:spacing w:line="360" w:lineRule="auto"/>
        <w:ind w:firstLine="480"/>
      </w:pPr>
      <w:r>
        <w:t>第9-12周：参与XX重点项目冲刺，与团队协作完成XX目标；开始带教新入职同事，梳理岗位操作手册。</w:t>
      </w:r>
    </w:p>
    <w:p>
      <w:pPr>
        <w:spacing w:line="360" w:lineRule="auto"/>
        <w:ind w:firstLine="480"/>
      </w:pPr>
      <w:r>
        <w:t>写总结时把这些具体经历转化为成果描述，就能避免空话套话，让领导看到你的真实成长。</w:t>
      </w:r>
    </w:p>
    <w:p>
      <w:pPr>
        <w:spacing w:line="360" w:lineRule="auto"/>
        <w:ind w:firstLine="480"/>
      </w:pPr>
      <w:r>
        <w:t>八、转正申请的其他注意事项</w:t>
      </w:r>
    </w:p>
    <w:p>
      <w:pPr>
        <w:spacing w:line="360" w:lineRule="auto"/>
        <w:ind w:firstLine="480"/>
      </w:pPr>
      <w:r>
        <w:t>一是提交时间要赶早不赶晚，一般提前一周提交，给领导留出审批时间；二是总结篇幅控制在1000-2000字为宜，太长领导没耐心看，太短显得敷衍；三是重点写工作成果和成长，不要写成流水账；四是有数据的地方一定写真实数据，领导会核实；五是递交前请一位信得过的同事帮忙把关，检查错别字和逻辑漏洞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imSun" w:hAnsi="SimSu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