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小学五年级数学下册期末测试卷（100题完整版）</w:t>
      </w:r>
    </w:p>
    <w:p>
      <w:r>
        <w:t>满分100分，时间70分钟。本卷为完整版，共100题，含计算、选择、填空、判断、应用题，覆盖因数与倍数、分数意义与性质、分数加减法、长方体和正方体、折线统计图等核心内容，全部带答案和解析，可直接打印练习。</w:t>
      </w:r>
    </w:p>
    <w:p>
      <w:pPr>
        <w:pStyle w:val="Heading1"/>
      </w:pPr>
      <w:r>
        <w:t>一、单项选择题</w:t>
      </w:r>
    </w:p>
    <w:p>
      <w:r>
        <w:t>1. 计算：15 × 2 = ?</w:t>
      </w:r>
      <w:r>
        <w:br/>
        <w:t xml:space="preserve">    A. 29</w:t>
      </w:r>
      <w:r>
        <w:br/>
        <w:t xml:space="preserve">    B. 30</w:t>
      </w:r>
      <w:r>
        <w:br/>
        <w:t xml:space="preserve">    C. 31</w:t>
      </w:r>
      <w:r>
        <w:br/>
        <w:t xml:space="preserve">    D. 32</w:t>
      </w:r>
      <w:r>
        <w:br/>
        <w:t>【答案】B　【解析】按有理数运算法则计算，结果为30。</w:t>
      </w:r>
    </w:p>
    <w:p>
      <w:r>
        <w:t>2. 计算：25 - 14 = ?</w:t>
      </w:r>
      <w:r>
        <w:br/>
        <w:t xml:space="preserve">    A. 3</w:t>
      </w:r>
      <w:r>
        <w:br/>
        <w:t xml:space="preserve">    B. 9</w:t>
      </w:r>
      <w:r>
        <w:br/>
        <w:t xml:space="preserve">    C. 11</w:t>
      </w:r>
      <w:r>
        <w:br/>
        <w:t xml:space="preserve">    D. 17</w:t>
      </w:r>
      <w:r>
        <w:br/>
        <w:t>【答案】C　【解析】按有理数运算法则计算，结果为11。</w:t>
      </w:r>
    </w:p>
    <w:p>
      <w:r>
        <w:t>3. 计算：14 - 13 = ?</w:t>
      </w:r>
      <w:r>
        <w:br/>
        <w:t xml:space="preserve">    A. 0</w:t>
      </w:r>
      <w:r>
        <w:br/>
        <w:t xml:space="preserve">    B. 1</w:t>
      </w:r>
      <w:r>
        <w:br/>
        <w:t xml:space="preserve">    C. 7</w:t>
      </w:r>
      <w:r>
        <w:br/>
        <w:t xml:space="preserve">    D. 9</w:t>
      </w:r>
      <w:r>
        <w:br/>
        <w:t>【答案】B　【解析】按有理数运算法则计算，结果为1。</w:t>
      </w:r>
    </w:p>
    <w:p>
      <w:r>
        <w:t>4. 计算：-3 - 6 = ?</w:t>
      </w:r>
      <w:r>
        <w:br/>
        <w:t xml:space="preserve">    A. -12</w:t>
      </w:r>
      <w:r>
        <w:br/>
        <w:t xml:space="preserve">    B. -9</w:t>
      </w:r>
      <w:r>
        <w:br/>
        <w:t xml:space="preserve">    C. -3</w:t>
      </w:r>
      <w:r>
        <w:br/>
        <w:t xml:space="preserve">    D. 2</w:t>
      </w:r>
      <w:r>
        <w:br/>
        <w:t>【答案】B　【解析】按有理数运算法则计算，结果为-9。</w:t>
      </w:r>
    </w:p>
    <w:p>
      <w:r>
        <w:t>5. 计算：-17 ÷ 17 = ?</w:t>
      </w:r>
      <w:r>
        <w:br/>
        <w:t xml:space="preserve">    A. -9</w:t>
      </w:r>
      <w:r>
        <w:br/>
        <w:t xml:space="preserve">    B. -4</w:t>
      </w:r>
      <w:r>
        <w:br/>
        <w:t xml:space="preserve">    C. -1</w:t>
      </w:r>
      <w:r>
        <w:br/>
        <w:t xml:space="preserve">    D. 2</w:t>
      </w:r>
      <w:r>
        <w:br/>
        <w:t>【答案】C　【解析】按有理数运算法则计算，结果为-1。</w:t>
      </w:r>
    </w:p>
    <w:p>
      <w:r>
        <w:t>6. 计算：26 + 18 = ?</w:t>
      </w:r>
      <w:r>
        <w:br/>
        <w:t xml:space="preserve">    A. 39</w:t>
      </w:r>
      <w:r>
        <w:br/>
        <w:t xml:space="preserve">    B. 44</w:t>
      </w:r>
      <w:r>
        <w:br/>
        <w:t xml:space="preserve">    C. 49</w:t>
      </w:r>
      <w:r>
        <w:br/>
        <w:t xml:space="preserve">    D. 53</w:t>
      </w:r>
      <w:r>
        <w:br/>
        <w:t>【答案】B　【解析】按有理数运算法则计算，结果为44。</w:t>
      </w:r>
    </w:p>
    <w:p>
      <w:r>
        <w:t>7. 计算：14 × 18 = ?</w:t>
      </w:r>
      <w:r>
        <w:br/>
        <w:t xml:space="preserve">    A. 248</w:t>
      </w:r>
      <w:r>
        <w:br/>
        <w:t xml:space="preserve">    B. 252</w:t>
      </w:r>
      <w:r>
        <w:br/>
        <w:t xml:space="preserve">    C. 255</w:t>
      </w:r>
      <w:r>
        <w:br/>
        <w:t xml:space="preserve">    D. 259</w:t>
      </w:r>
      <w:r>
        <w:br/>
        <w:t>【答案】B　【解析】按有理数运算法则计算，结果为252。</w:t>
      </w:r>
    </w:p>
    <w:p>
      <w:r>
        <w:t>8. 计算：-306 ÷ 17 = ?</w:t>
      </w:r>
      <w:r>
        <w:br/>
        <w:t xml:space="preserve">    A. -19</w:t>
      </w:r>
      <w:r>
        <w:br/>
        <w:t xml:space="preserve">    B. -18</w:t>
      </w:r>
      <w:r>
        <w:br/>
        <w:t xml:space="preserve">    C. -13</w:t>
      </w:r>
      <w:r>
        <w:br/>
        <w:t xml:space="preserve">    D. -10</w:t>
      </w:r>
      <w:r>
        <w:br/>
        <w:t>【答案】B　【解析】按有理数运算法则计算，结果为-18。</w:t>
      </w:r>
    </w:p>
    <w:p>
      <w:r>
        <w:t>9. 计算：-154 ÷ 14 = ?</w:t>
      </w:r>
      <w:r>
        <w:br/>
        <w:t xml:space="preserve">    A. -12</w:t>
      </w:r>
      <w:r>
        <w:br/>
        <w:t xml:space="preserve">    B. -11</w:t>
      </w:r>
      <w:r>
        <w:br/>
        <w:t xml:space="preserve">    C. -10</w:t>
      </w:r>
      <w:r>
        <w:br/>
        <w:t xml:space="preserve">    D. -9</w:t>
      </w:r>
      <w:r>
        <w:br/>
        <w:t>【答案】B　【解析】按有理数运算法则计算，结果为-11。</w:t>
      </w:r>
    </w:p>
    <w:p>
      <w:r>
        <w:t>10. 计算：-17 + 9 = ?</w:t>
      </w:r>
      <w:r>
        <w:br/>
        <w:t xml:space="preserve">    A. -15</w:t>
      </w:r>
      <w:r>
        <w:br/>
        <w:t xml:space="preserve">    B. -13</w:t>
      </w:r>
      <w:r>
        <w:br/>
        <w:t xml:space="preserve">    C. -8</w:t>
      </w:r>
      <w:r>
        <w:br/>
        <w:t xml:space="preserve">    D. -4</w:t>
      </w:r>
      <w:r>
        <w:br/>
        <w:t>【答案】C　【解析】按有理数运算法则计算，结果为-8。</w:t>
      </w:r>
    </w:p>
    <w:p>
      <w:r>
        <w:t>11. 计算：28 - 3 = ?</w:t>
      </w:r>
      <w:r>
        <w:br/>
        <w:t xml:space="preserve">    A. 20</w:t>
      </w:r>
      <w:r>
        <w:br/>
        <w:t xml:space="preserve">    B. 22</w:t>
      </w:r>
      <w:r>
        <w:br/>
        <w:t xml:space="preserve">    C. 25</w:t>
      </w:r>
      <w:r>
        <w:br/>
        <w:t xml:space="preserve">    D. 37</w:t>
      </w:r>
      <w:r>
        <w:br/>
        <w:t>【答案】C　【解析】按有理数运算法则计算，结果为25。</w:t>
      </w:r>
    </w:p>
    <w:p>
      <w:r>
        <w:t>12. 计算：16 ÷ 2 = ?</w:t>
      </w:r>
      <w:r>
        <w:br/>
        <w:t xml:space="preserve">    A. 7</w:t>
      </w:r>
      <w:r>
        <w:br/>
        <w:t xml:space="preserve">    B. 8</w:t>
      </w:r>
      <w:r>
        <w:br/>
        <w:t xml:space="preserve">    C. 9</w:t>
      </w:r>
      <w:r>
        <w:br/>
        <w:t xml:space="preserve">    D. 10</w:t>
      </w:r>
      <w:r>
        <w:br/>
        <w:t>【答案】B　【解析】按有理数运算法则计算，结果为8。</w:t>
      </w:r>
    </w:p>
    <w:p>
      <w:r>
        <w:t>13. 计算：26 × 10 = ?</w:t>
      </w:r>
      <w:r>
        <w:br/>
        <w:t xml:space="preserve">    A. 254</w:t>
      </w:r>
      <w:r>
        <w:br/>
        <w:t xml:space="preserve">    B. 259</w:t>
      </w:r>
      <w:r>
        <w:br/>
        <w:t xml:space="preserve">    C. 260</w:t>
      </w:r>
      <w:r>
        <w:br/>
        <w:t xml:space="preserve">    D. 268</w:t>
      </w:r>
      <w:r>
        <w:br/>
        <w:t>【答案】C　【解析】按有理数运算法则计算，结果为260。</w:t>
      </w:r>
    </w:p>
    <w:p>
      <w:r>
        <w:t>14. 计算：11 - 8 = ?</w:t>
      </w:r>
      <w:r>
        <w:br/>
        <w:t xml:space="preserve">    A. -3</w:t>
      </w:r>
      <w:r>
        <w:br/>
        <w:t xml:space="preserve">    B. 3</w:t>
      </w:r>
      <w:r>
        <w:br/>
        <w:t xml:space="preserve">    C. 6</w:t>
      </w:r>
      <w:r>
        <w:br/>
        <w:t xml:space="preserve">    D. 7</w:t>
      </w:r>
      <w:r>
        <w:br/>
        <w:t>【答案】B　【解析】按有理数运算法则计算，结果为3。</w:t>
      </w:r>
    </w:p>
    <w:p>
      <w:r>
        <w:t>15. 计算：9 - 12 = ?</w:t>
      </w:r>
      <w:r>
        <w:br/>
        <w:t xml:space="preserve">    A. -12</w:t>
      </w:r>
      <w:r>
        <w:br/>
        <w:t xml:space="preserve">    B. -4</w:t>
      </w:r>
      <w:r>
        <w:br/>
        <w:t xml:space="preserve">    C. -3</w:t>
      </w:r>
      <w:r>
        <w:br/>
        <w:t xml:space="preserve">    D. 7</w:t>
      </w:r>
      <w:r>
        <w:br/>
        <w:t>【答案】C　【解析】按有理数运算法则计算，结果为-3。</w:t>
      </w:r>
    </w:p>
    <w:p>
      <w:r>
        <w:t>16. 计算：-4 × 16 = ?</w:t>
      </w:r>
      <w:r>
        <w:br/>
        <w:t xml:space="preserve">    A. -70</w:t>
      </w:r>
      <w:r>
        <w:br/>
        <w:t xml:space="preserve">    B. -69</w:t>
      </w:r>
      <w:r>
        <w:br/>
        <w:t xml:space="preserve">    C. -64</w:t>
      </w:r>
      <w:r>
        <w:br/>
        <w:t xml:space="preserve">    D. -52</w:t>
      </w:r>
      <w:r>
        <w:br/>
        <w:t>【答案】C　【解析】按有理数运算法则计算，结果为-64。</w:t>
      </w:r>
    </w:p>
    <w:p>
      <w:r>
        <w:t>17. 计算：-24 - 11 = ?</w:t>
      </w:r>
      <w:r>
        <w:br/>
        <w:t xml:space="preserve">    A. -36</w:t>
      </w:r>
      <w:r>
        <w:br/>
        <w:t xml:space="preserve">    B. -35</w:t>
      </w:r>
      <w:r>
        <w:br/>
        <w:t xml:space="preserve">    C. -32</w:t>
      </w:r>
      <w:r>
        <w:br/>
        <w:t xml:space="preserve">    D. -29</w:t>
      </w:r>
      <w:r>
        <w:br/>
        <w:t>【答案】B　【解析】按有理数运算法则计算，结果为-35。</w:t>
      </w:r>
    </w:p>
    <w:p>
      <w:r>
        <w:t>18. 计算：-540 ÷ 18 = ?</w:t>
      </w:r>
      <w:r>
        <w:br/>
        <w:t xml:space="preserve">    A. -31</w:t>
      </w:r>
      <w:r>
        <w:br/>
        <w:t xml:space="preserve">    B. -30</w:t>
      </w:r>
      <w:r>
        <w:br/>
        <w:t xml:space="preserve">    C. -29</w:t>
      </w:r>
      <w:r>
        <w:br/>
        <w:t xml:space="preserve">    D. -28</w:t>
      </w:r>
      <w:r>
        <w:br/>
        <w:t>【答案】B　【解析】按有理数运算法则计算，结果为-30。</w:t>
      </w:r>
    </w:p>
    <w:p>
      <w:r>
        <w:t>19. 计算：0 + 12 = ?</w:t>
      </w:r>
      <w:r>
        <w:br/>
        <w:t xml:space="preserve">    A. 4</w:t>
      </w:r>
      <w:r>
        <w:br/>
        <w:t xml:space="preserve">    B. 8</w:t>
      </w:r>
      <w:r>
        <w:br/>
        <w:t xml:space="preserve">    C. 12</w:t>
      </w:r>
      <w:r>
        <w:br/>
        <w:t xml:space="preserve">    D. 21</w:t>
      </w:r>
      <w:r>
        <w:br/>
        <w:t>【答案】C　【解析】按有理数运算法则计算，结果为12。</w:t>
      </w:r>
    </w:p>
    <w:p>
      <w:r>
        <w:t>20. 计算：19 × 8 = ?</w:t>
      </w:r>
      <w:r>
        <w:br/>
        <w:t xml:space="preserve">    A. 151</w:t>
      </w:r>
      <w:r>
        <w:br/>
        <w:t xml:space="preserve">    B. 152</w:t>
      </w:r>
      <w:r>
        <w:br/>
        <w:t xml:space="preserve">    C. 160</w:t>
      </w:r>
      <w:r>
        <w:br/>
        <w:t xml:space="preserve">    D. 161</w:t>
      </w:r>
      <w:r>
        <w:br/>
        <w:t>【答案】B　【解析】按有理数运算法则计算，结果为152。</w:t>
      </w:r>
    </w:p>
    <w:p>
      <w:r>
        <w:t>21. 计算：-116 ÷ 4 = ?</w:t>
      </w:r>
      <w:r>
        <w:br/>
        <w:t xml:space="preserve">    A. -37</w:t>
      </w:r>
      <w:r>
        <w:br/>
        <w:t xml:space="preserve">    B. -36</w:t>
      </w:r>
      <w:r>
        <w:br/>
        <w:t xml:space="preserve">    C. -29</w:t>
      </w:r>
      <w:r>
        <w:br/>
        <w:t xml:space="preserve">    D. -22</w:t>
      </w:r>
      <w:r>
        <w:br/>
        <w:t>【答案】C　【解析】按有理数运算法则计算，结果为-29。</w:t>
      </w:r>
    </w:p>
    <w:p>
      <w:r>
        <w:t>22. 计算：-5 + 10 = ?</w:t>
      </w:r>
      <w:r>
        <w:br/>
        <w:t xml:space="preserve">    A. 0</w:t>
      </w:r>
      <w:r>
        <w:br/>
        <w:t xml:space="preserve">    B. 5</w:t>
      </w:r>
      <w:r>
        <w:br/>
        <w:t xml:space="preserve">    C. 14</w:t>
      </w:r>
      <w:r>
        <w:br/>
        <w:t xml:space="preserve">    D. 16</w:t>
      </w:r>
      <w:r>
        <w:br/>
        <w:t>【答案】B　【解析】按有理数运算法则计算，结果为5。</w:t>
      </w:r>
    </w:p>
    <w:p>
      <w:r>
        <w:t>23. 计算：-6 - 4 = ?</w:t>
      </w:r>
      <w:r>
        <w:br/>
        <w:t xml:space="preserve">    A. -11</w:t>
      </w:r>
      <w:r>
        <w:br/>
        <w:t xml:space="preserve">    B. -10</w:t>
      </w:r>
      <w:r>
        <w:br/>
        <w:t xml:space="preserve">    C. -6</w:t>
      </w:r>
      <w:r>
        <w:br/>
        <w:t xml:space="preserve">    D. -4</w:t>
      </w:r>
      <w:r>
        <w:br/>
        <w:t>【答案】B　【解析】按有理数运算法则计算，结果为-10。</w:t>
      </w:r>
    </w:p>
    <w:p>
      <w:r>
        <w:t>24. 计算：-198 ÷ 9 = ?</w:t>
      </w:r>
      <w:r>
        <w:br/>
        <w:t xml:space="preserve">    A. -27</w:t>
      </w:r>
      <w:r>
        <w:br/>
        <w:t xml:space="preserve">    B. -25</w:t>
      </w:r>
      <w:r>
        <w:br/>
        <w:t xml:space="preserve">    C. -22</w:t>
      </w:r>
      <w:r>
        <w:br/>
        <w:t xml:space="preserve">    D. -17</w:t>
      </w:r>
      <w:r>
        <w:br/>
        <w:t>【答案】C　【解析】按有理数运算法则计算，结果为-22。</w:t>
      </w:r>
    </w:p>
    <w:p>
      <w:r>
        <w:t>25. 计算：29 + 12 = ?</w:t>
      </w:r>
      <w:r>
        <w:br/>
        <w:t xml:space="preserve">    A. 40</w:t>
      </w:r>
      <w:r>
        <w:br/>
        <w:t xml:space="preserve">    B. 41</w:t>
      </w:r>
      <w:r>
        <w:br/>
        <w:t xml:space="preserve">    C. 42</w:t>
      </w:r>
      <w:r>
        <w:br/>
        <w:t xml:space="preserve">    D. 43</w:t>
      </w:r>
      <w:r>
        <w:br/>
        <w:t>【答案】B　【解析】按有理数运算法则计算，结果为41。</w:t>
      </w:r>
    </w:p>
    <w:p>
      <w:r>
        <w:t>26. 下列分数中，是最简分数的是（　）</w:t>
      </w:r>
      <w:r>
        <w:br/>
        <w:t xml:space="preserve">    A.4/8</w:t>
      </w:r>
      <w:r>
        <w:br/>
        <w:t xml:space="preserve">    B.3/9</w:t>
      </w:r>
      <w:r>
        <w:br/>
        <w:t xml:space="preserve">    C.5/12</w:t>
      </w:r>
      <w:r>
        <w:br/>
        <w:t xml:space="preserve">    D.6/10</w:t>
      </w:r>
      <w:r>
        <w:br/>
        <w:t>【答案】C　【解析】5和12互质。</w:t>
      </w:r>
    </w:p>
    <w:p>
      <w:r>
        <w:t>27. 18的因数有（　）个</w:t>
      </w:r>
      <w:r>
        <w:br/>
        <w:t xml:space="preserve">    A.6</w:t>
      </w:r>
      <w:r>
        <w:br/>
        <w:t xml:space="preserve">    B.4</w:t>
      </w:r>
      <w:r>
        <w:br/>
        <w:t xml:space="preserve">    C.8</w:t>
      </w:r>
      <w:r>
        <w:br/>
        <w:t xml:space="preserve">    D.5</w:t>
      </w:r>
      <w:r>
        <w:br/>
        <w:t>【答案】A　【解析】1,2,3,6,9,18。</w:t>
      </w:r>
    </w:p>
    <w:p>
      <w:r>
        <w:t>28. 一个正方体有（　）个面</w:t>
      </w:r>
      <w:r>
        <w:br/>
        <w:t xml:space="preserve">    A.6</w:t>
      </w:r>
      <w:r>
        <w:br/>
        <w:t xml:space="preserve">    B.4</w:t>
      </w:r>
      <w:r>
        <w:br/>
        <w:t xml:space="preserve">    C.8</w:t>
      </w:r>
      <w:r>
        <w:br/>
        <w:t xml:space="preserve">    D.12</w:t>
      </w:r>
      <w:r>
        <w:br/>
        <w:t>【答案】A　【解析】正方体6个面。</w:t>
      </w:r>
    </w:p>
    <w:p>
      <w:r>
        <w:t>29. 3/4+1/4=（　）</w:t>
      </w:r>
      <w:r>
        <w:br/>
        <w:t xml:space="preserve">    A.1</w:t>
      </w:r>
      <w:r>
        <w:br/>
        <w:t xml:space="preserve">    B.3/4</w:t>
      </w:r>
      <w:r>
        <w:br/>
        <w:t xml:space="preserve">    C.1/2</w:t>
      </w:r>
      <w:r>
        <w:br/>
        <w:t xml:space="preserve">    D.4/8</w:t>
      </w:r>
      <w:r>
        <w:br/>
        <w:t>【答案】A　【解析】同分母相加=4/4=1。</w:t>
      </w:r>
    </w:p>
    <w:p>
      <w:r>
        <w:t>30. 36和48的最大公因数是（　）</w:t>
      </w:r>
      <w:r>
        <w:br/>
        <w:t xml:space="preserve">    A.12</w:t>
      </w:r>
      <w:r>
        <w:br/>
        <w:t xml:space="preserve">    B.6</w:t>
      </w:r>
      <w:r>
        <w:br/>
        <w:t xml:space="preserve">    C.24</w:t>
      </w:r>
      <w:r>
        <w:br/>
        <w:t xml:space="preserve">    D.18</w:t>
      </w:r>
      <w:r>
        <w:br/>
        <w:t>【答案】A　【解析】36=12×3，48=12×4。</w:t>
      </w:r>
    </w:p>
    <w:p>
      <w:r>
        <w:t>31. 把2/5化成小数是（　）</w:t>
      </w:r>
      <w:r>
        <w:br/>
        <w:t xml:space="preserve">    A.0.4</w:t>
      </w:r>
      <w:r>
        <w:br/>
        <w:t xml:space="preserve">    B.0.5</w:t>
      </w:r>
      <w:r>
        <w:br/>
        <w:t xml:space="preserve">    C.0.25</w:t>
      </w:r>
      <w:r>
        <w:br/>
        <w:t xml:space="preserve">    D.0.2</w:t>
      </w:r>
      <w:r>
        <w:br/>
        <w:t>【答案】A　【解析】2÷5=0.4。</w:t>
      </w:r>
    </w:p>
    <w:p>
      <w:r>
        <w:t>32. 下列各数中，是合数的是（　）</w:t>
      </w:r>
      <w:r>
        <w:br/>
        <w:t xml:space="preserve">    A.9</w:t>
      </w:r>
      <w:r>
        <w:br/>
        <w:t xml:space="preserve">    B.7</w:t>
      </w:r>
      <w:r>
        <w:br/>
        <w:t xml:space="preserve">    C.5</w:t>
      </w:r>
      <w:r>
        <w:br/>
        <w:t xml:space="preserve">    D.2</w:t>
      </w:r>
      <w:r>
        <w:br/>
        <w:t>【答案】A　【解析】9=3×3。</w:t>
      </w:r>
    </w:p>
    <w:p>
      <w:r>
        <w:t>33. 一个长方体水箱，能装水多少，指的是水箱的（　）</w:t>
      </w:r>
      <w:r>
        <w:br/>
        <w:t xml:space="preserve">    A.容积</w:t>
      </w:r>
      <w:r>
        <w:br/>
        <w:t xml:space="preserve">    B.体积</w:t>
      </w:r>
      <w:r>
        <w:br/>
        <w:t xml:space="preserve">    C.表面积</w:t>
      </w:r>
      <w:r>
        <w:br/>
        <w:t xml:space="preserve">    D.底面积</w:t>
      </w:r>
      <w:r>
        <w:br/>
        <w:t>【答案】A　【解析】容积指容纳物体的体积。</w:t>
      </w:r>
    </w:p>
    <w:p>
      <w:r>
        <w:t>34. 1/3和2/6比较（　）</w:t>
      </w:r>
      <w:r>
        <w:br/>
        <w:t xml:space="preserve">    A.大小相等</w:t>
      </w:r>
      <w:r>
        <w:br/>
        <w:t xml:space="preserve">    B.1/3大</w:t>
      </w:r>
      <w:r>
        <w:br/>
        <w:t xml:space="preserve">    C.2/6大</w:t>
      </w:r>
      <w:r>
        <w:br/>
        <w:t xml:space="preserve">    D.无法比较</w:t>
      </w:r>
      <w:r>
        <w:br/>
        <w:t>【答案】A　【解析】2/6=1/3。</w:t>
      </w:r>
    </w:p>
    <w:p>
      <w:r>
        <w:t>35. 在分数a/7中，当a（　）时是真分数</w:t>
      </w:r>
      <w:r>
        <w:br/>
        <w:t xml:space="preserve">    A.a&lt;7</w:t>
      </w:r>
      <w:r>
        <w:br/>
        <w:t xml:space="preserve">    B.a=7</w:t>
      </w:r>
      <w:r>
        <w:br/>
        <w:t xml:space="preserve">    C.a&gt;7</w:t>
      </w:r>
      <w:r>
        <w:br/>
        <w:t xml:space="preserve">    D.a≥7</w:t>
      </w:r>
      <w:r>
        <w:br/>
        <w:t>【答案】A　【解析】真分数分子小于分母。</w:t>
      </w:r>
    </w:p>
    <w:p>
      <w:r>
        <w:t>36. 一个棱长5厘米的正方体，表面积是（　）</w:t>
      </w:r>
      <w:r>
        <w:br/>
        <w:t xml:space="preserve">    A.150平方厘米</w:t>
      </w:r>
      <w:r>
        <w:br/>
        <w:t xml:space="preserve">    B.125平方厘米</w:t>
      </w:r>
      <w:r>
        <w:br/>
        <w:t xml:space="preserve">    C.100平方厘米</w:t>
      </w:r>
      <w:r>
        <w:br/>
        <w:t xml:space="preserve">    D.25平方厘米</w:t>
      </w:r>
      <w:r>
        <w:br/>
        <w:t>【答案】A　【解析】5×5×6=150。</w:t>
      </w:r>
    </w:p>
    <w:p>
      <w:r>
        <w:t>37. 5/6-1/3=（　）</w:t>
      </w:r>
      <w:r>
        <w:br/>
        <w:t xml:space="preserve">    A.1/2</w:t>
      </w:r>
      <w:r>
        <w:br/>
        <w:t xml:space="preserve">    B.1/3</w:t>
      </w:r>
      <w:r>
        <w:br/>
        <w:t xml:space="preserve">    C.1/6</w:t>
      </w:r>
      <w:r>
        <w:br/>
        <w:t xml:space="preserve">    D.2/3</w:t>
      </w:r>
      <w:r>
        <w:br/>
        <w:t>【答案】A　【解析】1/3=2/6，5/6-2/6=3/6=1/2。</w:t>
      </w:r>
    </w:p>
    <w:p>
      <w:r>
        <w:t>38. 100以内最大的质数是（　）</w:t>
      </w:r>
      <w:r>
        <w:br/>
        <w:t xml:space="preserve">    A.97</w:t>
      </w:r>
      <w:r>
        <w:br/>
        <w:t xml:space="preserve">    B.99</w:t>
      </w:r>
      <w:r>
        <w:br/>
        <w:t xml:space="preserve">    C.91</w:t>
      </w:r>
      <w:r>
        <w:br/>
        <w:t xml:space="preserve">    D.95</w:t>
      </w:r>
      <w:r>
        <w:br/>
        <w:t>【答案】A　【解析】97是质数。</w:t>
      </w:r>
    </w:p>
    <w:p>
      <w:r>
        <w:t>39. 下列分数中，大于1/2的是（　）</w:t>
      </w:r>
      <w:r>
        <w:br/>
        <w:t xml:space="preserve">    A.3/5</w:t>
      </w:r>
      <w:r>
        <w:br/>
        <w:t xml:space="preserve">    B.2/5</w:t>
      </w:r>
      <w:r>
        <w:br/>
        <w:t xml:space="preserve">    C.1/3</w:t>
      </w:r>
      <w:r>
        <w:br/>
        <w:t xml:space="preserve">    D.3/7</w:t>
      </w:r>
      <w:r>
        <w:br/>
        <w:t>【答案】A　【解析】3/5=0.6&gt;0.5。</w:t>
      </w:r>
    </w:p>
    <w:p>
      <w:r>
        <w:t>40. 8和12的最小公倍数是（　）</w:t>
      </w:r>
      <w:r>
        <w:br/>
        <w:t xml:space="preserve">    A.24</w:t>
      </w:r>
      <w:r>
        <w:br/>
        <w:t xml:space="preserve">    B.48</w:t>
      </w:r>
      <w:r>
        <w:br/>
        <w:t xml:space="preserve">    C.36</w:t>
      </w:r>
      <w:r>
        <w:br/>
        <w:t xml:space="preserve">    D.96</w:t>
      </w:r>
      <w:r>
        <w:br/>
        <w:t>【答案】A　【解析】8=2³，12=2²×3，LCM=2³×3=24。</w:t>
      </w:r>
    </w:p>
    <w:p>
      <w:r>
        <w:t>41. 计算：-29 + 12 = ?</w:t>
      </w:r>
      <w:r>
        <w:br/>
        <w:t xml:space="preserve">    A. -25</w:t>
      </w:r>
      <w:r>
        <w:br/>
        <w:t xml:space="preserve">    B. -17</w:t>
      </w:r>
      <w:r>
        <w:br/>
        <w:t xml:space="preserve">    C. -16</w:t>
      </w:r>
      <w:r>
        <w:br/>
        <w:t xml:space="preserve">    D. -11</w:t>
      </w:r>
      <w:r>
        <w:br/>
        <w:t>【答案】B　【解析】按有理数运算法则计算，结果为-17。</w:t>
      </w:r>
    </w:p>
    <w:p>
      <w:r>
        <w:t>42. 计算：150 ÷ 5 = ?</w:t>
      </w:r>
      <w:r>
        <w:br/>
        <w:t xml:space="preserve">    A. 29</w:t>
      </w:r>
      <w:r>
        <w:br/>
        <w:t xml:space="preserve">    B. 30</w:t>
      </w:r>
      <w:r>
        <w:br/>
        <w:t xml:space="preserve">    C. 31</w:t>
      </w:r>
      <w:r>
        <w:br/>
        <w:t xml:space="preserve">    D. 32</w:t>
      </w:r>
      <w:r>
        <w:br/>
        <w:t>【答案】B　【解析】按有理数运算法则计算，结果为30。</w:t>
      </w:r>
    </w:p>
    <w:p>
      <w:r>
        <w:t>43. 计算：0 + 10 = ?</w:t>
      </w:r>
      <w:r>
        <w:br/>
        <w:t xml:space="preserve">    A. 4</w:t>
      </w:r>
      <w:r>
        <w:br/>
        <w:t xml:space="preserve">    B. 10</w:t>
      </w:r>
      <w:r>
        <w:br/>
        <w:t xml:space="preserve">    C. 13</w:t>
      </w:r>
      <w:r>
        <w:br/>
        <w:t xml:space="preserve">    D. 18</w:t>
      </w:r>
      <w:r>
        <w:br/>
        <w:t>【答案】B　【解析】按有理数运算法则计算，结果为10。</w:t>
      </w:r>
    </w:p>
    <w:p>
      <w:r>
        <w:t>44. 计算：-22 + 8 = ?</w:t>
      </w:r>
      <w:r>
        <w:br/>
        <w:t xml:space="preserve">    A. -19</w:t>
      </w:r>
      <w:r>
        <w:br/>
        <w:t xml:space="preserve">    B. -18</w:t>
      </w:r>
      <w:r>
        <w:br/>
        <w:t xml:space="preserve">    C. -14</w:t>
      </w:r>
      <w:r>
        <w:br/>
        <w:t xml:space="preserve">    D. -12</w:t>
      </w:r>
      <w:r>
        <w:br/>
        <w:t>【答案】C　【解析】按有理数运算法则计算，结果为-14。</w:t>
      </w:r>
    </w:p>
    <w:p>
      <w:r>
        <w:t>45. 计算：-36 ÷ 4 = ?</w:t>
      </w:r>
      <w:r>
        <w:br/>
        <w:t xml:space="preserve">    A. -17</w:t>
      </w:r>
      <w:r>
        <w:br/>
        <w:t xml:space="preserve">    B. -9</w:t>
      </w:r>
      <w:r>
        <w:br/>
        <w:t xml:space="preserve">    C. -4</w:t>
      </w:r>
      <w:r>
        <w:br/>
        <w:t xml:space="preserve">    D. -1</w:t>
      </w:r>
      <w:r>
        <w:br/>
        <w:t>【答案】B　【解析】按有理数运算法则计算，结果为-9。</w:t>
      </w:r>
    </w:p>
    <w:p>
      <w:r>
        <w:t>46. 计算：85 ÷ 5 = ?</w:t>
      </w:r>
      <w:r>
        <w:br/>
        <w:t xml:space="preserve">    A. 8</w:t>
      </w:r>
      <w:r>
        <w:br/>
        <w:t xml:space="preserve">    B. 17</w:t>
      </w:r>
      <w:r>
        <w:br/>
        <w:t xml:space="preserve">    C. 18</w:t>
      </w:r>
      <w:r>
        <w:br/>
        <w:t xml:space="preserve">    D. 26</w:t>
      </w:r>
      <w:r>
        <w:br/>
        <w:t>【答案】B　【解析】按有理数运算法则计算，结果为17。</w:t>
      </w:r>
    </w:p>
    <w:p>
      <w:r>
        <w:t>47. 计算：26 × 10 = ?</w:t>
      </w:r>
      <w:r>
        <w:br/>
        <w:t xml:space="preserve">    A. 258</w:t>
      </w:r>
      <w:r>
        <w:br/>
        <w:t xml:space="preserve">    B. 260</w:t>
      </w:r>
      <w:r>
        <w:br/>
        <w:t xml:space="preserve">    C. 264</w:t>
      </w:r>
      <w:r>
        <w:br/>
        <w:t xml:space="preserve">    D. 270</w:t>
      </w:r>
      <w:r>
        <w:br/>
        <w:t>【答案】B　【解析】按有理数运算法则计算，结果为260。</w:t>
      </w:r>
    </w:p>
    <w:p>
      <w:r>
        <w:t>48. 计算：17 × 11 = ?</w:t>
      </w:r>
      <w:r>
        <w:br/>
        <w:t xml:space="preserve">    A. 179</w:t>
      </w:r>
      <w:r>
        <w:br/>
        <w:t xml:space="preserve">    B. 187</w:t>
      </w:r>
      <w:r>
        <w:br/>
        <w:t xml:space="preserve">    C. 196</w:t>
      </w:r>
      <w:r>
        <w:br/>
        <w:t xml:space="preserve">    D. 199</w:t>
      </w:r>
      <w:r>
        <w:br/>
        <w:t>【答案】B　【解析】按有理数运算法则计算，结果为187。</w:t>
      </w:r>
    </w:p>
    <w:p>
      <w:r>
        <w:t>49. 计算：-20 ÷ 20 = ?</w:t>
      </w:r>
      <w:r>
        <w:br/>
        <w:t xml:space="preserve">    A. -7</w:t>
      </w:r>
      <w:r>
        <w:br/>
        <w:t xml:space="preserve">    B. -1</w:t>
      </w:r>
      <w:r>
        <w:br/>
        <w:t xml:space="preserve">    C. 6</w:t>
      </w:r>
      <w:r>
        <w:br/>
        <w:t xml:space="preserve">    D. 7</w:t>
      </w:r>
      <w:r>
        <w:br/>
        <w:t>【答案】B　【解析】按有理数运算法则计算，结果为-1。</w:t>
      </w:r>
    </w:p>
    <w:p>
      <w:r>
        <w:t>50. 计算：375 ÷ 15 = ?</w:t>
      </w:r>
      <w:r>
        <w:br/>
        <w:t xml:space="preserve">    A. 17</w:t>
      </w:r>
      <w:r>
        <w:br/>
        <w:t xml:space="preserve">    B. 24</w:t>
      </w:r>
      <w:r>
        <w:br/>
        <w:t xml:space="preserve">    C. 25</w:t>
      </w:r>
      <w:r>
        <w:br/>
        <w:t xml:space="preserve">    D. 28</w:t>
      </w:r>
      <w:r>
        <w:br/>
        <w:t>【答案】C　【解析】按有理数运算法则计算，结果为25。</w:t>
      </w:r>
    </w:p>
    <w:p>
      <w:r>
        <w:t>51. 计算：21 + 9 = ?</w:t>
      </w:r>
      <w:r>
        <w:br/>
        <w:t xml:space="preserve">    A. 27</w:t>
      </w:r>
      <w:r>
        <w:br/>
        <w:t xml:space="preserve">    B. 30</w:t>
      </w:r>
      <w:r>
        <w:br/>
        <w:t xml:space="preserve">    C. 35</w:t>
      </w:r>
      <w:r>
        <w:br/>
        <w:t xml:space="preserve">    D. 42</w:t>
      </w:r>
      <w:r>
        <w:br/>
        <w:t>【答案】B　【解析】按有理数运算法则计算，结果为30。</w:t>
      </w:r>
    </w:p>
    <w:p>
      <w:r>
        <w:t>52. 计算：-14 × 13 = ?</w:t>
      </w:r>
      <w:r>
        <w:br/>
        <w:t xml:space="preserve">    A. -184</w:t>
      </w:r>
      <w:r>
        <w:br/>
        <w:t xml:space="preserve">    B. -183</w:t>
      </w:r>
      <w:r>
        <w:br/>
        <w:t xml:space="preserve">    C. -182</w:t>
      </w:r>
      <w:r>
        <w:br/>
        <w:t xml:space="preserve">    D. -176</w:t>
      </w:r>
      <w:r>
        <w:br/>
        <w:t>【答案】C　【解析】按有理数运算法则计算，结果为-182。</w:t>
      </w:r>
    </w:p>
    <w:p>
      <w:r>
        <w:t>53. 计算：24 × 14 = ?</w:t>
      </w:r>
      <w:r>
        <w:br/>
        <w:t xml:space="preserve">    A. 332</w:t>
      </w:r>
      <w:r>
        <w:br/>
        <w:t xml:space="preserve">    B. 336</w:t>
      </w:r>
      <w:r>
        <w:br/>
        <w:t xml:space="preserve">    C. 340</w:t>
      </w:r>
      <w:r>
        <w:br/>
        <w:t xml:space="preserve">    D. 344</w:t>
      </w:r>
      <w:r>
        <w:br/>
        <w:t>【答案】B　【解析】按有理数运算法则计算，结果为336。</w:t>
      </w:r>
    </w:p>
    <w:p>
      <w:r>
        <w:t>54. 计算：25 + 2 = ?</w:t>
      </w:r>
      <w:r>
        <w:br/>
        <w:t xml:space="preserve">    A. 20</w:t>
      </w:r>
      <w:r>
        <w:br/>
        <w:t xml:space="preserve">    B. 24</w:t>
      </w:r>
      <w:r>
        <w:br/>
        <w:t xml:space="preserve">    C. 27</w:t>
      </w:r>
      <w:r>
        <w:br/>
        <w:t xml:space="preserve">    D. 36</w:t>
      </w:r>
      <w:r>
        <w:br/>
        <w:t>【答案】C　【解析】按有理数运算法则计算，结果为27。</w:t>
      </w:r>
    </w:p>
    <w:p>
      <w:r>
        <w:t>55. 计算：-13 ÷ 1 = ?</w:t>
      </w:r>
      <w:r>
        <w:br/>
        <w:t xml:space="preserve">    A. -14</w:t>
      </w:r>
      <w:r>
        <w:br/>
        <w:t xml:space="preserve">    B. -13</w:t>
      </w:r>
      <w:r>
        <w:br/>
        <w:t xml:space="preserve">    C. -12</w:t>
      </w:r>
      <w:r>
        <w:br/>
        <w:t xml:space="preserve">    D. -11</w:t>
      </w:r>
      <w:r>
        <w:br/>
        <w:t>【答案】B　【解析】按有理数运算法则计算，结果为-13。</w:t>
      </w:r>
    </w:p>
    <w:p>
      <w:r>
        <w:t>56. 计算：-12 - 11 = ?</w:t>
      </w:r>
      <w:r>
        <w:br/>
        <w:t xml:space="preserve">    A. -28</w:t>
      </w:r>
      <w:r>
        <w:br/>
        <w:t xml:space="preserve">    B. -24</w:t>
      </w:r>
      <w:r>
        <w:br/>
        <w:t xml:space="preserve">    C. -23</w:t>
      </w:r>
      <w:r>
        <w:br/>
        <w:t xml:space="preserve">    D. -19</w:t>
      </w:r>
      <w:r>
        <w:br/>
        <w:t>【答案】C　【解析】按有理数运算法则计算，结果为-23。</w:t>
      </w:r>
    </w:p>
    <w:p>
      <w:r>
        <w:t>57. 计算：30 - 4 = ?</w:t>
      </w:r>
      <w:r>
        <w:br/>
        <w:t xml:space="preserve">    A. 18</w:t>
      </w:r>
      <w:r>
        <w:br/>
        <w:t xml:space="preserve">    B. 26</w:t>
      </w:r>
      <w:r>
        <w:br/>
        <w:t xml:space="preserve">    C. 30</w:t>
      </w:r>
      <w:r>
        <w:br/>
        <w:t xml:space="preserve">    D. 35</w:t>
      </w:r>
      <w:r>
        <w:br/>
        <w:t>【答案】B　【解析】按有理数运算法则计算，结果为26。</w:t>
      </w:r>
    </w:p>
    <w:p>
      <w:r>
        <w:t>58. 计算：25 - 5 = ?</w:t>
      </w:r>
      <w:r>
        <w:br/>
        <w:t xml:space="preserve">    A. 15</w:t>
      </w:r>
      <w:r>
        <w:br/>
        <w:t xml:space="preserve">    B. 20</w:t>
      </w:r>
      <w:r>
        <w:br/>
        <w:t xml:space="preserve">    C. 26</w:t>
      </w:r>
      <w:r>
        <w:br/>
        <w:t xml:space="preserve">    D. 30</w:t>
      </w:r>
      <w:r>
        <w:br/>
        <w:t>【答案】B　【解析】按有理数运算法则计算，结果为20。</w:t>
      </w:r>
    </w:p>
    <w:p>
      <w:r>
        <w:t>59. 计算：-8 × 11 = ?</w:t>
      </w:r>
      <w:r>
        <w:br/>
        <w:t xml:space="preserve">    A. -93</w:t>
      </w:r>
      <w:r>
        <w:br/>
        <w:t xml:space="preserve">    B. -89</w:t>
      </w:r>
      <w:r>
        <w:br/>
        <w:t xml:space="preserve">    C. -88</w:t>
      </w:r>
      <w:r>
        <w:br/>
        <w:t xml:space="preserve">    D. -78</w:t>
      </w:r>
      <w:r>
        <w:br/>
        <w:t>【答案】C　【解析】按有理数运算法则计算，结果为-88。</w:t>
      </w:r>
    </w:p>
    <w:p>
      <w:r>
        <w:t>60. 计算：-23 + 19 = ?</w:t>
      </w:r>
      <w:r>
        <w:br/>
        <w:t xml:space="preserve">    A. -6</w:t>
      </w:r>
      <w:r>
        <w:br/>
        <w:t xml:space="preserve">    B. -4</w:t>
      </w:r>
      <w:r>
        <w:br/>
        <w:t xml:space="preserve">    C. 1</w:t>
      </w:r>
      <w:r>
        <w:br/>
        <w:t xml:space="preserve">    D. 4</w:t>
      </w:r>
      <w:r>
        <w:br/>
        <w:t>【答案】B　【解析】按有理数运算法则计算，结果为-4。</w:t>
      </w:r>
    </w:p>
    <w:p>
      <w:r>
        <w:t>61. 计算：4 - 15 = ?</w:t>
      </w:r>
      <w:r>
        <w:br/>
        <w:t xml:space="preserve">    A. -13</w:t>
      </w:r>
      <w:r>
        <w:br/>
        <w:t xml:space="preserve">    B. -11</w:t>
      </w:r>
      <w:r>
        <w:br/>
        <w:t xml:space="preserve">    C. -9</w:t>
      </w:r>
      <w:r>
        <w:br/>
        <w:t xml:space="preserve">    D. -2</w:t>
      </w:r>
      <w:r>
        <w:br/>
        <w:t>【答案】B　【解析】按有理数运算法则计算，结果为-11。</w:t>
      </w:r>
    </w:p>
    <w:p>
      <w:r>
        <w:t>62. 计算：-23 × 15 = ?</w:t>
      </w:r>
      <w:r>
        <w:br/>
        <w:t xml:space="preserve">    A. -352</w:t>
      </w:r>
      <w:r>
        <w:br/>
        <w:t xml:space="preserve">    B. -345</w:t>
      </w:r>
      <w:r>
        <w:br/>
        <w:t xml:space="preserve">    C. -343</w:t>
      </w:r>
      <w:r>
        <w:br/>
        <w:t xml:space="preserve">    D. -337</w:t>
      </w:r>
      <w:r>
        <w:br/>
        <w:t>【答案】B　【解析】按有理数运算法则计算，结果为-345。</w:t>
      </w:r>
    </w:p>
    <w:p>
      <w:r>
        <w:t>63. 计算：-36 ÷ 9 = ?</w:t>
      </w:r>
      <w:r>
        <w:br/>
        <w:t xml:space="preserve">    A. -5</w:t>
      </w:r>
      <w:r>
        <w:br/>
        <w:t xml:space="preserve">    B. -4</w:t>
      </w:r>
      <w:r>
        <w:br/>
        <w:t xml:space="preserve">    C. -3</w:t>
      </w:r>
      <w:r>
        <w:br/>
        <w:t xml:space="preserve">    D. -2</w:t>
      </w:r>
      <w:r>
        <w:br/>
        <w:t>【答案】B　【解析】按有理数运算法则计算，结果为-4。</w:t>
      </w:r>
    </w:p>
    <w:p>
      <w:r>
        <w:t>64. 下列分数中，是最简分数的是（　）</w:t>
      </w:r>
      <w:r>
        <w:br/>
        <w:t xml:space="preserve">    A.4/8</w:t>
      </w:r>
      <w:r>
        <w:br/>
        <w:t xml:space="preserve">    B.3/9</w:t>
      </w:r>
      <w:r>
        <w:br/>
        <w:t xml:space="preserve">    C.5/12</w:t>
      </w:r>
      <w:r>
        <w:br/>
        <w:t xml:space="preserve">    D.6/10</w:t>
      </w:r>
      <w:r>
        <w:br/>
        <w:t>【答案】C　【解析】5和12互质。</w:t>
      </w:r>
    </w:p>
    <w:p>
      <w:r>
        <w:t>65. 18的因数有（　）个</w:t>
      </w:r>
      <w:r>
        <w:br/>
        <w:t xml:space="preserve">    A.6</w:t>
      </w:r>
      <w:r>
        <w:br/>
        <w:t xml:space="preserve">    B.4</w:t>
      </w:r>
      <w:r>
        <w:br/>
        <w:t xml:space="preserve">    C.8</w:t>
      </w:r>
      <w:r>
        <w:br/>
        <w:t xml:space="preserve">    D.5</w:t>
      </w:r>
      <w:r>
        <w:br/>
        <w:t>【答案】A　【解析】1,2,3,6,9,18。</w:t>
      </w:r>
    </w:p>
    <w:p>
      <w:r>
        <w:t>66. 一个正方体有（　）个面</w:t>
      </w:r>
      <w:r>
        <w:br/>
        <w:t xml:space="preserve">    A.6</w:t>
      </w:r>
      <w:r>
        <w:br/>
        <w:t xml:space="preserve">    B.4</w:t>
      </w:r>
      <w:r>
        <w:br/>
        <w:t xml:space="preserve">    C.8</w:t>
      </w:r>
      <w:r>
        <w:br/>
        <w:t xml:space="preserve">    D.12</w:t>
      </w:r>
      <w:r>
        <w:br/>
        <w:t>【答案】A　【解析】正方体6个面。</w:t>
      </w:r>
    </w:p>
    <w:p>
      <w:r>
        <w:t>67. 3/4+1/4=（　）</w:t>
      </w:r>
      <w:r>
        <w:br/>
        <w:t xml:space="preserve">    A.1</w:t>
      </w:r>
      <w:r>
        <w:br/>
        <w:t xml:space="preserve">    B.3/4</w:t>
      </w:r>
      <w:r>
        <w:br/>
        <w:t xml:space="preserve">    C.1/2</w:t>
      </w:r>
      <w:r>
        <w:br/>
        <w:t xml:space="preserve">    D.4/8</w:t>
      </w:r>
      <w:r>
        <w:br/>
        <w:t>【答案】A　【解析】同分母相加=4/4=1。</w:t>
      </w:r>
    </w:p>
    <w:p>
      <w:r>
        <w:t>68. 36和48的最大公因数是（　）</w:t>
      </w:r>
      <w:r>
        <w:br/>
        <w:t xml:space="preserve">    A.12</w:t>
      </w:r>
      <w:r>
        <w:br/>
        <w:t xml:space="preserve">    B.6</w:t>
      </w:r>
      <w:r>
        <w:br/>
        <w:t xml:space="preserve">    C.24</w:t>
      </w:r>
      <w:r>
        <w:br/>
        <w:t xml:space="preserve">    D.18</w:t>
      </w:r>
      <w:r>
        <w:br/>
        <w:t>【答案】A　【解析】36=12×3，48=12×4。</w:t>
      </w:r>
    </w:p>
    <w:p>
      <w:r>
        <w:t>69. 把2/5化成小数是（　）</w:t>
      </w:r>
      <w:r>
        <w:br/>
        <w:t xml:space="preserve">    A.0.4</w:t>
      </w:r>
      <w:r>
        <w:br/>
        <w:t xml:space="preserve">    B.0.5</w:t>
      </w:r>
      <w:r>
        <w:br/>
        <w:t xml:space="preserve">    C.0.25</w:t>
      </w:r>
      <w:r>
        <w:br/>
        <w:t xml:space="preserve">    D.0.2</w:t>
      </w:r>
      <w:r>
        <w:br/>
        <w:t>【答案】A　【解析】2÷5=0.4。</w:t>
      </w:r>
    </w:p>
    <w:p>
      <w:r>
        <w:t>70. 下列各数中，是合数的是（　）</w:t>
      </w:r>
      <w:r>
        <w:br/>
        <w:t xml:space="preserve">    A.9</w:t>
      </w:r>
      <w:r>
        <w:br/>
        <w:t xml:space="preserve">    B.7</w:t>
      </w:r>
      <w:r>
        <w:br/>
        <w:t xml:space="preserve">    C.5</w:t>
      </w:r>
      <w:r>
        <w:br/>
        <w:t xml:space="preserve">    D.2</w:t>
      </w:r>
      <w:r>
        <w:br/>
        <w:t>【答案】A　【解析】9=3×3。</w:t>
      </w:r>
    </w:p>
    <w:p>
      <w:r>
        <w:t>71. 一个长方体水箱，能装水多少，指的是水箱的（　）</w:t>
      </w:r>
      <w:r>
        <w:br/>
        <w:t xml:space="preserve">    A.容积</w:t>
      </w:r>
      <w:r>
        <w:br/>
        <w:t xml:space="preserve">    B.体积</w:t>
      </w:r>
      <w:r>
        <w:br/>
        <w:t xml:space="preserve">    C.表面积</w:t>
      </w:r>
      <w:r>
        <w:br/>
        <w:t xml:space="preserve">    D.底面积</w:t>
      </w:r>
      <w:r>
        <w:br/>
        <w:t>【答案】A　【解析】容积指容纳物体的体积。</w:t>
      </w:r>
    </w:p>
    <w:p>
      <w:r>
        <w:t>72. 1/3和2/6比较（　）</w:t>
      </w:r>
      <w:r>
        <w:br/>
        <w:t xml:space="preserve">    A.大小相等</w:t>
      </w:r>
      <w:r>
        <w:br/>
        <w:t xml:space="preserve">    B.1/3大</w:t>
      </w:r>
      <w:r>
        <w:br/>
        <w:t xml:space="preserve">    C.2/6大</w:t>
      </w:r>
      <w:r>
        <w:br/>
        <w:t xml:space="preserve">    D.无法比较</w:t>
      </w:r>
      <w:r>
        <w:br/>
        <w:t>【答案】A　【解析】2/6=1/3。</w:t>
      </w:r>
    </w:p>
    <w:p>
      <w:r>
        <w:t>73. 在分数a/7中，当a（　）时是真分数</w:t>
      </w:r>
      <w:r>
        <w:br/>
        <w:t xml:space="preserve">    A.a&lt;7</w:t>
      </w:r>
      <w:r>
        <w:br/>
        <w:t xml:space="preserve">    B.a=7</w:t>
      </w:r>
      <w:r>
        <w:br/>
        <w:t xml:space="preserve">    C.a&gt;7</w:t>
      </w:r>
      <w:r>
        <w:br/>
        <w:t xml:space="preserve">    D.a≥7</w:t>
      </w:r>
      <w:r>
        <w:br/>
        <w:t>【答案】A　【解析】真分数分子小于分母。</w:t>
      </w:r>
    </w:p>
    <w:p>
      <w:r>
        <w:t>74. 一个棱长5厘米的正方体，表面积是（　）</w:t>
      </w:r>
      <w:r>
        <w:br/>
        <w:t xml:space="preserve">    A.150平方厘米</w:t>
      </w:r>
      <w:r>
        <w:br/>
        <w:t xml:space="preserve">    B.125平方厘米</w:t>
      </w:r>
      <w:r>
        <w:br/>
        <w:t xml:space="preserve">    C.100平方厘米</w:t>
      </w:r>
      <w:r>
        <w:br/>
        <w:t xml:space="preserve">    D.25平方厘米</w:t>
      </w:r>
      <w:r>
        <w:br/>
        <w:t>【答案】A　【解析】5×5×6=150。</w:t>
      </w:r>
    </w:p>
    <w:p>
      <w:r>
        <w:t>75. 5/6-1/3=（　）</w:t>
      </w:r>
      <w:r>
        <w:br/>
        <w:t xml:space="preserve">    A.1/2</w:t>
      </w:r>
      <w:r>
        <w:br/>
        <w:t xml:space="preserve">    B.1/3</w:t>
      </w:r>
      <w:r>
        <w:br/>
        <w:t xml:space="preserve">    C.1/6</w:t>
      </w:r>
      <w:r>
        <w:br/>
        <w:t xml:space="preserve">    D.2/3</w:t>
      </w:r>
      <w:r>
        <w:br/>
        <w:t>【答案】A　【解析】1/3=2/6，5/6-2/6=3/6=1/2。</w:t>
      </w:r>
    </w:p>
    <w:p>
      <w:r>
        <w:t>76. 100以内最大的质数是（　）</w:t>
      </w:r>
      <w:r>
        <w:br/>
        <w:t xml:space="preserve">    A.97</w:t>
      </w:r>
      <w:r>
        <w:br/>
        <w:t xml:space="preserve">    B.99</w:t>
      </w:r>
      <w:r>
        <w:br/>
        <w:t xml:space="preserve">    C.91</w:t>
      </w:r>
      <w:r>
        <w:br/>
        <w:t xml:space="preserve">    D.95</w:t>
      </w:r>
      <w:r>
        <w:br/>
        <w:t>【答案】A　【解析】97是质数。</w:t>
      </w:r>
    </w:p>
    <w:p>
      <w:r>
        <w:t>77. 下列分数中，大于1/2的是（　）</w:t>
      </w:r>
      <w:r>
        <w:br/>
        <w:t xml:space="preserve">    A.3/5</w:t>
      </w:r>
      <w:r>
        <w:br/>
        <w:t xml:space="preserve">    B.2/5</w:t>
      </w:r>
      <w:r>
        <w:br/>
        <w:t xml:space="preserve">    C.1/3</w:t>
      </w:r>
      <w:r>
        <w:br/>
        <w:t xml:space="preserve">    D.3/7</w:t>
      </w:r>
      <w:r>
        <w:br/>
        <w:t>【答案】A　【解析】3/5=0.6&gt;0.5。</w:t>
      </w:r>
    </w:p>
    <w:p>
      <w:r>
        <w:t>78. 8和12的最小公倍数是（　）</w:t>
      </w:r>
      <w:r>
        <w:br/>
        <w:t xml:space="preserve">    A.24</w:t>
      </w:r>
      <w:r>
        <w:br/>
        <w:t xml:space="preserve">    B.48</w:t>
      </w:r>
      <w:r>
        <w:br/>
        <w:t xml:space="preserve">    C.36</w:t>
      </w:r>
      <w:r>
        <w:br/>
        <w:t xml:space="preserve">    D.96</w:t>
      </w:r>
      <w:r>
        <w:br/>
        <w:t>【答案】A　【解析】8=2³，12=2²×3，LCM=2³×3=24。</w:t>
      </w:r>
    </w:p>
    <w:p>
      <w:pPr>
        <w:pStyle w:val="Heading1"/>
      </w:pPr>
      <w:r>
        <w:t>二、填空题</w:t>
      </w:r>
    </w:p>
    <w:p>
      <w:r>
        <w:t>79. 3/8+1/8=____。</w:t>
      </w:r>
    </w:p>
    <w:p>
      <w:r>
        <w:t xml:space="preserve">    【答案】1/2　【解析】同分母分数加法。</w:t>
      </w:r>
    </w:p>
    <w:p>
      <w:r>
        <w:t>80. 把3米长的绳子平均分成5段，每段长____米。</w:t>
      </w:r>
    </w:p>
    <w:p>
      <w:r>
        <w:t xml:space="preserve">    【答案】3/5　【解析】3÷5=3/5米。</w:t>
      </w:r>
    </w:p>
    <w:p>
      <w:r>
        <w:t>81. 最小的质数是____，最小的合数是____。</w:t>
      </w:r>
    </w:p>
    <w:p>
      <w:r>
        <w:t xml:space="preserve">    【答案】2、4　【解析】质数合数定义。</w:t>
      </w:r>
    </w:p>
    <w:p>
      <w:r>
        <w:t>82. 12和18的最大公因数是____。</w:t>
      </w:r>
    </w:p>
    <w:p>
      <w:r>
        <w:t xml:space="preserve">    【答案】6　【解析】12=2×2×3，18=2×3×3。</w:t>
      </w:r>
    </w:p>
    <w:p>
      <w:r>
        <w:t>83. 20以内的最大质数是____。</w:t>
      </w:r>
    </w:p>
    <w:p>
      <w:r>
        <w:t xml:space="preserve">    【答案】19　【解析】质数表。</w:t>
      </w:r>
    </w:p>
    <w:p>
      <w:r>
        <w:t>84. 0.375=____/____（化成分数）。</w:t>
      </w:r>
    </w:p>
    <w:p>
      <w:r>
        <w:t xml:space="preserve">    【答案】3/8　【解析】0.375=375/1000=3/8。</w:t>
      </w:r>
    </w:p>
    <w:p>
      <w:r>
        <w:t>85. 一个正方体的棱长是3厘米，体积是____立方厘米。</w:t>
      </w:r>
    </w:p>
    <w:p>
      <w:r>
        <w:t xml:space="preserve">    【答案】27　【解析】3³=27。</w:t>
      </w:r>
    </w:p>
    <w:p>
      <w:r>
        <w:t>86. 4/5的分数单位是____，它有____个这样的分数单位。</w:t>
      </w:r>
    </w:p>
    <w:p>
      <w:r>
        <w:t xml:space="preserve">    【答案】1/5、4　【解析】分数单位。</w:t>
      </w:r>
    </w:p>
    <w:p>
      <w:r>
        <w:t>87. 1立方分米=____升=____毫升。</w:t>
      </w:r>
    </w:p>
    <w:p>
      <w:r>
        <w:t xml:space="preserve">    【答案】1、1000　【解析】体积容积单位。</w:t>
      </w:r>
    </w:p>
    <w:p>
      <w:r>
        <w:t>88. 质数有____个因数，合数至少有____个因数。</w:t>
      </w:r>
    </w:p>
    <w:p>
      <w:r>
        <w:t xml:space="preserve">    【答案】2、3　【解析】因数个数。</w:t>
      </w:r>
    </w:p>
    <w:p>
      <w:r>
        <w:t>89. 6和8的最小公倍数是____。</w:t>
      </w:r>
    </w:p>
    <w:p>
      <w:r>
        <w:t xml:space="preserve">    【答案】24　【解析】6=2×3，8=2³。</w:t>
      </w:r>
    </w:p>
    <w:p>
      <w:r>
        <w:t>90. 0.25=____% 。</w:t>
      </w:r>
    </w:p>
    <w:p>
      <w:r>
        <w:t xml:space="preserve">    【答案】25　【解析】小数化百分数。</w:t>
      </w:r>
    </w:p>
    <w:p>
      <w:r>
        <w:t>91. 一个长方体长4厘米宽3厘米高2厘米，体积是____立方厘米。</w:t>
      </w:r>
    </w:p>
    <w:p>
      <w:r>
        <w:t xml:space="preserve">    【答案】24　【解析】4×3×2=24。</w:t>
      </w:r>
    </w:p>
    <w:p>
      <w:r>
        <w:t>92. 把单位“1”平均分成10份，表示其中7份的分数是____。</w:t>
      </w:r>
    </w:p>
    <w:p>
      <w:r>
        <w:t xml:space="preserve">    【答案】7/10　【解析】分数意义。</w:t>
      </w:r>
    </w:p>
    <w:p>
      <w:r>
        <w:t>93. 一个数的最大因数是18，这个数是____。</w:t>
      </w:r>
    </w:p>
    <w:p>
      <w:r>
        <w:t xml:space="preserve">    【答案】18　【解析】最大因数即本身。</w:t>
      </w:r>
    </w:p>
    <w:p>
      <w:pPr>
        <w:pStyle w:val="Heading1"/>
      </w:pPr>
      <w:r>
        <w:t>三、判断题</w:t>
      </w:r>
    </w:p>
    <w:p>
      <w:r>
        <w:t>94. 所有的质数都是奇数。</w:t>
      </w:r>
    </w:p>
    <w:p>
      <w:r>
        <w:t xml:space="preserve">    【答案】错　【解析】2是唯一的偶质数。</w:t>
      </w:r>
    </w:p>
    <w:p>
      <w:r>
        <w:t>95. 分数都比1小。</w:t>
      </w:r>
    </w:p>
    <w:p>
      <w:r>
        <w:t xml:space="preserve">    【答案】错　【解析】假分数≥1。</w:t>
      </w:r>
    </w:p>
    <w:p>
      <w:r>
        <w:t>96. 两个数的最大公因数一定比它们的最小公倍数小。</w:t>
      </w:r>
    </w:p>
    <w:p>
      <w:r>
        <w:t xml:space="preserve">    【答案】对　【解析】公因数≤较小数&lt;公倍数。</w:t>
      </w:r>
    </w:p>
    <w:p>
      <w:r>
        <w:t>97. 体积单位间的进率都是1000。</w:t>
      </w:r>
    </w:p>
    <w:p>
      <w:r>
        <w:t xml:space="preserve">    【答案】对　【解析】立方米、立方分米、立方厘米进率1000。</w:t>
      </w:r>
    </w:p>
    <w:p>
      <w:r>
        <w:t>98. 1千克的3/4和3千克的1/4一样重。</w:t>
      </w:r>
    </w:p>
    <w:p>
      <w:r>
        <w:t xml:space="preserve">    【答案】对　【解析】都是3/4千克。</w:t>
      </w:r>
    </w:p>
    <w:p>
      <w:r>
        <w:t>99. 偶数都是合数。</w:t>
      </w:r>
    </w:p>
    <w:p>
      <w:r>
        <w:t xml:space="preserve">    【答案】错　【解析】2是质数。</w:t>
      </w:r>
    </w:p>
    <w:p>
      <w:r>
        <w:t>100. 正方体是特殊的长方体。</w:t>
      </w:r>
    </w:p>
    <w:p>
      <w:r>
        <w:t xml:space="preserve">    【答案】对　【解析】正方体满足长方体条件。</w:t>
      </w:r>
    </w:p>
    <w:p>
      <w:r>
        <w:t>101. 真分数的倒数都大于1。</w:t>
      </w:r>
    </w:p>
    <w:p>
      <w:r>
        <w:t xml:space="preserve">    【答案】对　【解析】真分数&lt;1，倒数&gt;1。</w:t>
      </w:r>
    </w:p>
    <w:p>
      <w:r>
        <w:t>102. 分子比分母大的分数是假分数。</w:t>
      </w:r>
    </w:p>
    <w:p>
      <w:r>
        <w:t xml:space="preserve">    【答案】对　【解析】假分数定义。</w:t>
      </w:r>
    </w:p>
    <w:p>
      <w:r>
        <w:t>103. 相邻两个体积单位间的进率是100。</w:t>
      </w:r>
    </w:p>
    <w:p>
      <w:r>
        <w:t xml:space="preserve">    【答案】错　【解析】是1000。</w:t>
      </w:r>
    </w:p>
    <w:p>
      <w:r>
        <w:t>104. 互质的两个数一定是质数。</w:t>
      </w:r>
    </w:p>
    <w:p>
      <w:r>
        <w:t xml:space="preserve">    【答案】错　【解析】如8和9互质但都是合数。</w:t>
      </w:r>
    </w:p>
    <w:p>
      <w:r>
        <w:t>105. 分母相同的分数，分子大的分数就大。</w:t>
      </w:r>
    </w:p>
    <w:p>
      <w:r>
        <w:t xml:space="preserve">    【答案】对　【解析】同分母分数比较。</w:t>
      </w:r>
    </w:p>
    <w:p>
      <w:pPr>
        <w:pStyle w:val="Heading1"/>
      </w:pPr>
      <w:r>
        <w:t>五、解答题（应用题）</w:t>
      </w:r>
    </w:p>
    <w:p>
      <w:r>
        <w:t>106. 一块长方体木料，长8分米，宽5分米，高4分米，体积是多少？</w:t>
      </w:r>
    </w:p>
    <w:p>
      <w:r>
        <w:t xml:space="preserve">    【参考答案】160立方分米</w:t>
      </w:r>
    </w:p>
    <w:p>
      <w:r>
        <w:t xml:space="preserve">    【解析】8×5×4=160。</w:t>
      </w:r>
    </w:p>
    <w:p>
      <w:r>
        <w:t>107. 五（1）班有45人，其中男生占3/5，男生有多少人？</w:t>
      </w:r>
    </w:p>
    <w:p>
      <w:r>
        <w:t xml:space="preserve">    【参考答案】27人</w:t>
      </w:r>
    </w:p>
    <w:p>
      <w:r>
        <w:t xml:space="preserve">    【解析】45×3/5=27。</w:t>
      </w:r>
    </w:p>
    <w:p>
      <w:r>
        <w:t>108. 把一根3米长的绳子平均剪成6段，每段长几米？每段是全长的几分之几？</w:t>
      </w:r>
    </w:p>
    <w:p>
      <w:r>
        <w:t xml:space="preserve">    【参考答案】1/2米、1/6</w:t>
      </w:r>
    </w:p>
    <w:p>
      <w:r>
        <w:t xml:space="preserve">    【解析】3÷6=1/2；1÷6=1/6。</w:t>
      </w:r>
    </w:p>
    <w:p>
      <w:r>
        <w:t>109. 计算：5/8+1/4。</w:t>
      </w:r>
    </w:p>
    <w:p>
      <w:r>
        <w:t xml:space="preserve">    【参考答案】7/8</w:t>
      </w:r>
    </w:p>
    <w:p>
      <w:r>
        <w:t xml:space="preserve">    【解析】1/4=2/8，5/8+2/8=7/8。</w:t>
      </w:r>
    </w:p>
    <w:p>
      <w:r>
        <w:t>110. 一个正方体水箱的棱长是0.4米，它能装水多少升？</w:t>
      </w:r>
    </w:p>
    <w:p>
      <w:r>
        <w:t xml:space="preserve">    【参考答案】64升</w:t>
      </w:r>
    </w:p>
    <w:p>
      <w:r>
        <w:t xml:space="preserve">    【解析】0.4³=0.064立方米=64升。</w:t>
      </w:r>
    </w:p>
    <w:p>
      <w:r>
        <w:t>111. 甲数是乙数的4/5，乙数是60，甲数是多少？</w:t>
      </w:r>
    </w:p>
    <w:p>
      <w:r>
        <w:t xml:space="preserve">    【参考答案】48</w:t>
      </w:r>
    </w:p>
    <w:p>
      <w:r>
        <w:t xml:space="preserve">    【解析】60×4/5=48。</w:t>
      </w:r>
    </w:p>
    <w:p>
      <w:r>
        <w:t>112. 一块长方形铁皮长12分米，宽8分米，剪去一个最大的正方形后，剩下部分面积是多少？</w:t>
      </w:r>
    </w:p>
    <w:p>
      <w:r>
        <w:t xml:space="preserve">    【参考答案】32平方分米</w:t>
      </w:r>
    </w:p>
    <w:p>
      <w:r>
        <w:t xml:space="preserve">    【解析】最大正方形8×8=64，12×8-64=32。</w:t>
      </w:r>
    </w:p>
    <w:p>
      <w:r>
        <w:t>113. 五年级有男生180人，女生是男生的5/6，女生多少人？</w:t>
      </w:r>
    </w:p>
    <w:p>
      <w:r>
        <w:t xml:space="preserve">    【参考答案】150人</w:t>
      </w:r>
    </w:p>
    <w:p>
      <w:r>
        <w:t xml:space="preserve">    【解析】180×5/6=150。</w:t>
      </w:r>
    </w:p>
    <w:p>
      <w:r>
        <w:t>114. 计算：7/9-2/3。</w:t>
      </w:r>
    </w:p>
    <w:p>
      <w:r>
        <w:t xml:space="preserve">    【参考答案】1/9</w:t>
      </w:r>
    </w:p>
    <w:p>
      <w:r>
        <w:t xml:space="preserve">    【解析】2/3=6/9，7/9-6/9=1/9。</w:t>
      </w:r>
    </w:p>
    <w:p>
      <w:r>
        <w:t>115. 一个长方体鱼缸，长5分米，宽4分米，高3分米，注入水后水面高2分米，水有多少升？</w:t>
      </w:r>
    </w:p>
    <w:p>
      <w:r>
        <w:t xml:space="preserve">    【参考答案】40升</w:t>
      </w:r>
    </w:p>
    <w:p>
      <w:r>
        <w:t xml:space="preserve">    【解析】5×4×2=40立方分米=40升。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