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销售季度工作总结范文（业绩数据+客户开发+下季计划）</w:t>
      </w:r>
    </w:p>
    <w:p>
      <w:r>
        <w:t>季度总结会上，销售业绩怎么汇报才亮眼？小编整理了销售季度工作总结范文，突出业绩数据、客户开发和下季度计划。</w:t>
      </w:r>
    </w:p>
    <w:p>
      <w:r>
        <w:t>亮点：①业绩数据呈现模板；②客户开发与维护写法；③问题分析角度；④下季目标制定方法。网页是预览版，下载Word完整版可编辑使用。? 免费下载Word完整版（可直接打印编辑）</w:t>
      </w:r>
    </w:p>
    <w:p>
      <w:pPr>
        <w:pStyle w:val="Heading1"/>
      </w:pPr>
      <w:r>
        <w:t>销售季度总结范文（节选）</w:t>
      </w:r>
    </w:p>
    <w:p>
      <w:r>
        <w:t>2026年X季度销售工作总结</w:t>
      </w:r>
    </w:p>
    <w:p>
      <w:r>
        <w:t>一、业绩完成情况</w:t>
      </w:r>
    </w:p>
    <w:p>
      <w:r>
        <w:t>本季度销售目标XX万元，实际完成XX万元，完成率XX%，同比增长X%。其中：新客户贡献XX万元，老客户复购XX万元。</w:t>
      </w:r>
    </w:p>
    <w:p>
      <w:r>
        <w:t>二、客户开发与维护</w:t>
      </w:r>
    </w:p>
    <w:p>
      <w:r>
        <w:t>1. 新客户开发：本季度新开发客户X家（个），其中重点客户X家，预计下季度可贡献XX万元业绩。</w:t>
      </w:r>
    </w:p>
    <w:p>
      <w:r>
        <w:t>2. 客户维护：通过定期回访、节日关怀等方式维护老客户，客户续约率X%，转介绍X单。</w:t>
      </w:r>
    </w:p>
    <w:p>
      <w:r>
        <w:t>三、市场动态与竞品分析</w:t>
      </w:r>
    </w:p>
    <w:p>
      <w:r>
        <w:t>本季度市场呈现XX趋势，竞品XX动态值得关注，对我司XX产品线构成一定压力。</w:t>
      </w:r>
    </w:p>
    <w:p>
      <w:r>
        <w:t>四、存在的不足</w:t>
      </w:r>
    </w:p>
    <w:p>
      <w:r>
        <w:t>1. 大客户攻坚能力不足，重点项目推进缓慢；2. 新市场开拓力度不够，区域覆盖不均。</w:t>
      </w:r>
    </w:p>
    <w:p>
      <w:r>
        <w:t>五、下季度工作计划</w:t>
      </w:r>
    </w:p>
    <w:p>
      <w:r>
        <w:t>1. 目标：下季度销售目标XX万元，力争同比增长X%；2. 策略：聚焦XX行业客户，深挖XX区域市场；3. 行动：制定大客户攻坚方案，参加行业展会X场。</w:t>
      </w:r>
    </w:p>
    <w:p>
      <w:r>
        <w:t>（完整业绩表格模板见Word版）? 写作要点：①数据是核心，完成率、增长率都要算清楚；②问题分析要诚实；③计划要量化可执行。完整版见Word。?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