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销售个人年终总结范文：业绩+客户+来年目标</w:t>
      </w:r>
    </w:p>
    <w:p>
      <w:r>
        <w:t>销售年底总结怎么写才能让领导记住你？小编整理了销售个人年终总结范文，突出业绩和客户经营。</w:t>
      </w:r>
    </w:p>
    <w:p>
      <w:r>
        <w:t>亮点：①业绩数据表达模板；②客户维护亮点；③来年目标设定。网页是预览版，下载Word完整版可编辑。? 免费下载Word完整版（可直接打印编辑）</w:t>
      </w:r>
    </w:p>
    <w:p>
      <w:pPr>
        <w:pStyle w:val="Heading1"/>
      </w:pPr>
      <w:r>
        <w:t>销售年度总结</w:t>
      </w:r>
    </w:p>
    <w:p>
      <w:r>
        <w:t>【业绩】全年完成销售额____万元，达成年度目标____%，同比增长____%；新开发客户____家，维护老客户____家。</w:t>
      </w:r>
    </w:p>
    <w:p>
      <w:r>
        <w:t>【动作】一是渠道拓展……二是客户经营……三是团队协作……</w:t>
      </w:r>
    </w:p>
    <w:p>
      <w:r>
        <w:t>【不足】客单价提升空间大，新客转化率待提高。</w:t>
      </w:r>
    </w:p>
    <w:p>
      <w:r>
        <w:t>【明年】目标____万元，重点发力____。完整范文见Word版。?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