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小学成语积累100题（常考成语+释义，含答案）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一、成语填空与释义（每题1分，共100分）</w:t>
      </w:r>
    </w:p>
    <w:p>
      <w:r>
        <w:t>1. 安居乐业：释义____</w:t>
      </w:r>
    </w:p>
    <w:p>
      <w:r>
        <w:t>2. 专心致志：释义____</w:t>
      </w:r>
    </w:p>
    <w:p>
      <w:r>
        <w:t>3. 精益求精：释义____</w:t>
      </w:r>
    </w:p>
    <w:p>
      <w:r>
        <w:t>4. 学以致用：释义____</w:t>
      </w:r>
    </w:p>
    <w:p>
      <w:r>
        <w:t>5. 温故知新：释义____</w:t>
      </w:r>
    </w:p>
    <w:p>
      <w:r>
        <w:t>6. 触类旁通：释义____</w:t>
      </w:r>
    </w:p>
    <w:p>
      <w:r>
        <w:t>7. 触类旁通：释义____</w:t>
      </w:r>
    </w:p>
    <w:p>
      <w:r>
        <w:t>8. 百折不挠：释义____</w:t>
      </w:r>
    </w:p>
    <w:p>
      <w:r>
        <w:t>9. 百折不挠：释义____</w:t>
      </w:r>
    </w:p>
    <w:p>
      <w:r>
        <w:t>10. 精益求精：释义____</w:t>
      </w:r>
    </w:p>
    <w:p>
      <w:r>
        <w:t>11. 厚积薄发：释义____</w:t>
      </w:r>
    </w:p>
    <w:p>
      <w:r>
        <w:t>12. 水滴石穿：释义____</w:t>
      </w:r>
    </w:p>
    <w:p>
      <w:r>
        <w:t>13. 奋不顾身：释义____</w:t>
      </w:r>
    </w:p>
    <w:p>
      <w:r>
        <w:t>14. 安居乐业：释义____</w:t>
      </w:r>
    </w:p>
    <w:p>
      <w:r>
        <w:t>15. 自强不息：释义____</w:t>
      </w:r>
    </w:p>
    <w:p>
      <w:r>
        <w:t>16. 安居乐业：释义____</w:t>
      </w:r>
    </w:p>
    <w:p>
      <w:r>
        <w:t>17. 触类旁通：释义____</w:t>
      </w:r>
    </w:p>
    <w:p>
      <w:r>
        <w:t>18. 温故知新：释义____</w:t>
      </w:r>
    </w:p>
    <w:p>
      <w:r>
        <w:t>19. 铁杵成针：释义____</w:t>
      </w:r>
    </w:p>
    <w:p>
      <w:r>
        <w:t>20. 笨鸟先飞：释义____</w:t>
      </w:r>
    </w:p>
    <w:p>
      <w:r>
        <w:t>21. 全神贯注：释义____</w:t>
      </w:r>
    </w:p>
    <w:p>
      <w:r>
        <w:t>22. 全神贯注：释义____</w:t>
      </w:r>
    </w:p>
    <w:p>
      <w:r>
        <w:t>23. 融会贯通：释义____</w:t>
      </w:r>
    </w:p>
    <w:p>
      <w:r>
        <w:t>24. 坚持不懈：释义____</w:t>
      </w:r>
    </w:p>
    <w:p>
      <w:r>
        <w:t>25. 自强不息：释义____</w:t>
      </w:r>
    </w:p>
    <w:p>
      <w:r>
        <w:t>26. 废寝忘食：释义____</w:t>
      </w:r>
    </w:p>
    <w:p>
      <w:r>
        <w:t>27. 全神贯注：释义____</w:t>
      </w:r>
    </w:p>
    <w:p>
      <w:r>
        <w:t>28. 一丝不苟：释义____</w:t>
      </w:r>
    </w:p>
    <w:p>
      <w:r>
        <w:t>29. 学以致用：释义____</w:t>
      </w:r>
    </w:p>
    <w:p>
      <w:r>
        <w:t>30. 举一反三：释义____</w:t>
      </w:r>
    </w:p>
    <w:p>
      <w:r>
        <w:t>31. 一丝不苟：释义____</w:t>
      </w:r>
    </w:p>
    <w:p>
      <w:r>
        <w:t>32. 触类旁通：释义____</w:t>
      </w:r>
    </w:p>
    <w:p>
      <w:r>
        <w:t>33. 全神贯注：释义____</w:t>
      </w:r>
    </w:p>
    <w:p>
      <w:r>
        <w:t>34. 融会贯通：释义____</w:t>
      </w:r>
    </w:p>
    <w:p>
      <w:r>
        <w:t>35. 自强不息：释义____</w:t>
      </w:r>
    </w:p>
    <w:p>
      <w:r>
        <w:t>36. 脚踏实地：释义____</w:t>
      </w:r>
    </w:p>
    <w:p>
      <w:r>
        <w:t>37. 学以致用：释义____</w:t>
      </w:r>
    </w:p>
    <w:p>
      <w:r>
        <w:t>38. 安居乐业：释义____</w:t>
      </w:r>
    </w:p>
    <w:p>
      <w:r>
        <w:t>39. 自强不息：释义____</w:t>
      </w:r>
    </w:p>
    <w:p>
      <w:r>
        <w:t>40. 实事求是：释义____</w:t>
      </w:r>
    </w:p>
    <w:p>
      <w:r>
        <w:t>41. 奋不顾身：释义____</w:t>
      </w:r>
    </w:p>
    <w:p>
      <w:r>
        <w:t>42. 铁杵成针：释义____</w:t>
      </w:r>
    </w:p>
    <w:p>
      <w:r>
        <w:t>43. 勤能补拙：释义____</w:t>
      </w:r>
    </w:p>
    <w:p>
      <w:r>
        <w:t>44. 专心致志：释义____</w:t>
      </w:r>
    </w:p>
    <w:p>
      <w:r>
        <w:t>45. 一丝不苟：释义____</w:t>
      </w:r>
    </w:p>
    <w:p>
      <w:r>
        <w:t>46. 全神贯注：释义____</w:t>
      </w:r>
    </w:p>
    <w:p>
      <w:r>
        <w:t>47. 知难而进：释义____</w:t>
      </w:r>
    </w:p>
    <w:p>
      <w:r>
        <w:t>48. 厚德载物：释义____</w:t>
      </w:r>
    </w:p>
    <w:p>
      <w:r>
        <w:t>49. 触类旁通：释义____</w:t>
      </w:r>
    </w:p>
    <w:p>
      <w:r>
        <w:t>50. 精益求精：释义____</w:t>
      </w:r>
    </w:p>
    <w:p>
      <w:r>
        <w:t>51. 知难而进：释义____</w:t>
      </w:r>
    </w:p>
    <w:p>
      <w:r>
        <w:t>52. 知难而进：释义____</w:t>
      </w:r>
    </w:p>
    <w:p>
      <w:r>
        <w:t>53. 实事求是：释义____</w:t>
      </w:r>
    </w:p>
    <w:p>
      <w:r>
        <w:t>54. 一丝不苟：释义____</w:t>
      </w:r>
    </w:p>
    <w:p>
      <w:r>
        <w:t>55. 温故知新：释义____</w:t>
      </w:r>
    </w:p>
    <w:p>
      <w:r>
        <w:t>56. 触类旁通：释义____</w:t>
      </w:r>
    </w:p>
    <w:p>
      <w:r>
        <w:t>57. 坚持不懈：释义____</w:t>
      </w:r>
    </w:p>
    <w:p>
      <w:r>
        <w:t>58. 笨鸟先飞：释义____</w:t>
      </w:r>
    </w:p>
    <w:p>
      <w:r>
        <w:t>59. 聚精会神：释义____</w:t>
      </w:r>
    </w:p>
    <w:p>
      <w:r>
        <w:t>60. 厚德载物：释义____</w:t>
      </w:r>
    </w:p>
    <w:p>
      <w:r>
        <w:t>61. 迎难而上：释义____</w:t>
      </w:r>
    </w:p>
    <w:p>
      <w:r>
        <w:t>62. 迎难而上：释义____</w:t>
      </w:r>
    </w:p>
    <w:p>
      <w:r>
        <w:t>63. 笨鸟先飞：释义____</w:t>
      </w:r>
    </w:p>
    <w:p>
      <w:r>
        <w:t>64. 奋不顾身：释义____</w:t>
      </w:r>
    </w:p>
    <w:p>
      <w:r>
        <w:t>65. 厚积薄发：释义____</w:t>
      </w:r>
    </w:p>
    <w:p>
      <w:r>
        <w:t>66. 自强不息：释义____</w:t>
      </w:r>
    </w:p>
    <w:p>
      <w:r>
        <w:t>67. 触类旁通：释义____</w:t>
      </w:r>
    </w:p>
    <w:p>
      <w:r>
        <w:t>68. 循序渐进：释义____</w:t>
      </w:r>
    </w:p>
    <w:p>
      <w:r>
        <w:t>69. 笨鸟先飞：释义____</w:t>
      </w:r>
    </w:p>
    <w:p>
      <w:r>
        <w:t>70. 触类旁通：释义____</w:t>
      </w:r>
    </w:p>
    <w:p>
      <w:r>
        <w:t>71. 一丝不苟：释义____</w:t>
      </w:r>
    </w:p>
    <w:p>
      <w:r>
        <w:t>72. 水滴石穿：释义____</w:t>
      </w:r>
    </w:p>
    <w:p>
      <w:r>
        <w:t>73. 厚积薄发：释义____</w:t>
      </w:r>
    </w:p>
    <w:p>
      <w:r>
        <w:t>74. 专心致志：释义____</w:t>
      </w:r>
    </w:p>
    <w:p>
      <w:r>
        <w:t>75. 全神贯注：释义____</w:t>
      </w:r>
    </w:p>
    <w:p>
      <w:r>
        <w:t>76. 百折不挠：释义____</w:t>
      </w:r>
    </w:p>
    <w:p>
      <w:r>
        <w:t>77. 勤能补拙：释义____</w:t>
      </w:r>
    </w:p>
    <w:p>
      <w:r>
        <w:t>78. 坚持不懈：释义____</w:t>
      </w:r>
    </w:p>
    <w:p>
      <w:r>
        <w:t>79. 百折不挠：释义____</w:t>
      </w:r>
    </w:p>
    <w:p>
      <w:r>
        <w:t>80. 自强不息：释义____</w:t>
      </w:r>
    </w:p>
    <w:p>
      <w:r>
        <w:t>81. 笨鸟先飞：释义____</w:t>
      </w:r>
    </w:p>
    <w:p>
      <w:r>
        <w:t>82. 奋不顾身：释义____</w:t>
      </w:r>
    </w:p>
    <w:p>
      <w:r>
        <w:t>83. 勤能补拙：释义____</w:t>
      </w:r>
    </w:p>
    <w:p>
      <w:r>
        <w:t>84. 安居乐业：释义____</w:t>
      </w:r>
    </w:p>
    <w:p>
      <w:r>
        <w:t>85. 精益求精：释义____</w:t>
      </w:r>
    </w:p>
    <w:p>
      <w:r>
        <w:t>86. 知难而进：释义____</w:t>
      </w:r>
    </w:p>
    <w:p>
      <w:r>
        <w:t>87. 水滴石穿：释义____</w:t>
      </w:r>
    </w:p>
    <w:p>
      <w:r>
        <w:t>88. 不耻下问：释义____</w:t>
      </w:r>
    </w:p>
    <w:p>
      <w:r>
        <w:t>89. 披星戴月：释义____</w:t>
      </w:r>
    </w:p>
    <w:p>
      <w:r>
        <w:t>90. 勤能补拙：释义____</w:t>
      </w:r>
    </w:p>
    <w:p>
      <w:r>
        <w:t>91. 百折不挠：释义____</w:t>
      </w:r>
    </w:p>
    <w:p>
      <w:r>
        <w:t>92. 学以致用：释义____</w:t>
      </w:r>
    </w:p>
    <w:p>
      <w:r>
        <w:t>93. 安居乐业：释义____</w:t>
      </w:r>
    </w:p>
    <w:p>
      <w:r>
        <w:t>94. 一丝不苟：释义____</w:t>
      </w:r>
    </w:p>
    <w:p>
      <w:r>
        <w:t>95. 实事求是：释义____</w:t>
      </w:r>
    </w:p>
    <w:p>
      <w:r>
        <w:t>96. 循序渐进：释义____</w:t>
      </w:r>
    </w:p>
    <w:p>
      <w:r>
        <w:t>97. 笨鸟先飞：释义____</w:t>
      </w:r>
    </w:p>
    <w:p>
      <w:r>
        <w:t>98. 百折不挠：释义____</w:t>
      </w:r>
    </w:p>
    <w:p>
      <w:r>
        <w:t>99. 专心致志：释义____</w:t>
      </w:r>
    </w:p>
    <w:p>
      <w:r>
        <w:t>100. 铁杵成针：释义____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【一、成语填空与释义（每题1分，共100分）】答案：</w:t>
      </w:r>
    </w:p>
    <w:p>
      <w:r>
        <w:t>1. 安居乐业：释义____</w:t>
      </w:r>
    </w:p>
    <w:p>
      <w:r>
        <w:t>2. 专心致志：释义____</w:t>
      </w:r>
    </w:p>
    <w:p>
      <w:r>
        <w:t>3. 精益求精：释义____</w:t>
      </w:r>
    </w:p>
    <w:p>
      <w:r>
        <w:t>4. 学以致用：释义____</w:t>
      </w:r>
    </w:p>
    <w:p>
      <w:r>
        <w:t>5. 温故知新：释义____</w:t>
      </w:r>
    </w:p>
    <w:p>
      <w:r>
        <w:t>6. 触类旁通：释义____</w:t>
      </w:r>
    </w:p>
    <w:p>
      <w:r>
        <w:t>7. 触类旁通：释义____</w:t>
      </w:r>
    </w:p>
    <w:p>
      <w:r>
        <w:t>8. 百折不挠：释义____</w:t>
      </w:r>
    </w:p>
    <w:p>
      <w:r>
        <w:t>9. 百折不挠：释义____</w:t>
      </w:r>
    </w:p>
    <w:p>
      <w:r>
        <w:t>10. 精益求精：释义____</w:t>
      </w:r>
    </w:p>
    <w:p>
      <w:r>
        <w:t>11. 厚积薄发：释义____</w:t>
      </w:r>
    </w:p>
    <w:p>
      <w:r>
        <w:t>12. 水滴石穿：释义____</w:t>
      </w:r>
    </w:p>
    <w:p>
      <w:r>
        <w:t>13. 奋不顾身：释义____</w:t>
      </w:r>
    </w:p>
    <w:p>
      <w:r>
        <w:t>14. 安居乐业：释义____</w:t>
      </w:r>
    </w:p>
    <w:p>
      <w:r>
        <w:t>15. 自强不息：释义____</w:t>
      </w:r>
    </w:p>
    <w:p>
      <w:r>
        <w:t>16. 安居乐业：释义____</w:t>
      </w:r>
    </w:p>
    <w:p>
      <w:r>
        <w:t>17. 触类旁通：释义____</w:t>
      </w:r>
    </w:p>
    <w:p>
      <w:r>
        <w:t>18. 温故知新：释义____</w:t>
      </w:r>
    </w:p>
    <w:p>
      <w:r>
        <w:t>19. 铁杵成针：释义____</w:t>
      </w:r>
    </w:p>
    <w:p>
      <w:r>
        <w:t>20. 笨鸟先飞：释义____</w:t>
      </w:r>
    </w:p>
    <w:p>
      <w:r>
        <w:t>21. 全神贯注：释义____</w:t>
      </w:r>
    </w:p>
    <w:p>
      <w:r>
        <w:t>22. 全神贯注：释义____</w:t>
      </w:r>
    </w:p>
    <w:p>
      <w:r>
        <w:t>23. 融会贯通：释义____</w:t>
      </w:r>
    </w:p>
    <w:p>
      <w:r>
        <w:t>24. 坚持不懈：释义____</w:t>
      </w:r>
    </w:p>
    <w:p>
      <w:r>
        <w:t>25. 自强不息：释义____</w:t>
      </w:r>
    </w:p>
    <w:p>
      <w:r>
        <w:t>26. 废寝忘食：释义____</w:t>
      </w:r>
    </w:p>
    <w:p>
      <w:r>
        <w:t>27. 全神贯注：释义____</w:t>
      </w:r>
    </w:p>
    <w:p>
      <w:r>
        <w:t>28. 一丝不苟：释义____</w:t>
      </w:r>
    </w:p>
    <w:p>
      <w:r>
        <w:t>29. 学以致用：释义____</w:t>
      </w:r>
    </w:p>
    <w:p>
      <w:r>
        <w:t>30. 举一反三：释义____</w:t>
      </w:r>
    </w:p>
    <w:p>
      <w:r>
        <w:t>31. 一丝不苟：释义____</w:t>
      </w:r>
    </w:p>
    <w:p>
      <w:r>
        <w:t>32. 触类旁通：释义____</w:t>
      </w:r>
    </w:p>
    <w:p>
      <w:r>
        <w:t>33. 全神贯注：释义____</w:t>
      </w:r>
    </w:p>
    <w:p>
      <w:r>
        <w:t>34. 融会贯通：释义____</w:t>
      </w:r>
    </w:p>
    <w:p>
      <w:r>
        <w:t>35. 自强不息：释义____</w:t>
      </w:r>
    </w:p>
    <w:p>
      <w:r>
        <w:t>36. 脚踏实地：释义____</w:t>
      </w:r>
    </w:p>
    <w:p>
      <w:r>
        <w:t>37. 学以致用：释义____</w:t>
      </w:r>
    </w:p>
    <w:p>
      <w:r>
        <w:t>38. 安居乐业：释义____</w:t>
      </w:r>
    </w:p>
    <w:p>
      <w:r>
        <w:t>39. 自强不息：释义____</w:t>
      </w:r>
    </w:p>
    <w:p>
      <w:r>
        <w:t>40. 实事求是：释义____</w:t>
      </w:r>
    </w:p>
    <w:p>
      <w:r>
        <w:t>41. 奋不顾身：释义____</w:t>
      </w:r>
    </w:p>
    <w:p>
      <w:r>
        <w:t>42. 铁杵成针：释义____</w:t>
      </w:r>
    </w:p>
    <w:p>
      <w:r>
        <w:t>43. 勤能补拙：释义____</w:t>
      </w:r>
    </w:p>
    <w:p>
      <w:r>
        <w:t>44. 专心致志：释义____</w:t>
      </w:r>
    </w:p>
    <w:p>
      <w:r>
        <w:t>45. 一丝不苟：释义____</w:t>
      </w:r>
    </w:p>
    <w:p>
      <w:r>
        <w:t>46. 全神贯注：释义____</w:t>
      </w:r>
    </w:p>
    <w:p>
      <w:r>
        <w:t>47. 知难而进：释义____</w:t>
      </w:r>
    </w:p>
    <w:p>
      <w:r>
        <w:t>48. 厚德载物：释义____</w:t>
      </w:r>
    </w:p>
    <w:p>
      <w:r>
        <w:t>49. 触类旁通：释义____</w:t>
      </w:r>
    </w:p>
    <w:p>
      <w:r>
        <w:t>50. 精益求精：释义____</w:t>
      </w:r>
    </w:p>
    <w:p>
      <w:r>
        <w:t>51. 知难而进：释义____</w:t>
      </w:r>
    </w:p>
    <w:p>
      <w:r>
        <w:t>52. 知难而进：释义____</w:t>
      </w:r>
    </w:p>
    <w:p>
      <w:r>
        <w:t>53. 实事求是：释义____</w:t>
      </w:r>
    </w:p>
    <w:p>
      <w:r>
        <w:t>54. 一丝不苟：释义____</w:t>
      </w:r>
    </w:p>
    <w:p>
      <w:r>
        <w:t>55. 温故知新：释义____</w:t>
      </w:r>
    </w:p>
    <w:p>
      <w:r>
        <w:t>56. 触类旁通：释义____</w:t>
      </w:r>
    </w:p>
    <w:p>
      <w:r>
        <w:t>57. 坚持不懈：释义____</w:t>
      </w:r>
    </w:p>
    <w:p>
      <w:r>
        <w:t>58. 笨鸟先飞：释义____</w:t>
      </w:r>
    </w:p>
    <w:p>
      <w:r>
        <w:t>59. 聚精会神：释义____</w:t>
      </w:r>
    </w:p>
    <w:p>
      <w:r>
        <w:t>60. 厚德载物：释义____</w:t>
      </w:r>
    </w:p>
    <w:p>
      <w:r>
        <w:t>61. 迎难而上：释义____</w:t>
      </w:r>
    </w:p>
    <w:p>
      <w:r>
        <w:t>62. 迎难而上：释义____</w:t>
      </w:r>
    </w:p>
    <w:p>
      <w:r>
        <w:t>63. 笨鸟先飞：释义____</w:t>
      </w:r>
    </w:p>
    <w:p>
      <w:r>
        <w:t>64. 奋不顾身：释义____</w:t>
      </w:r>
    </w:p>
    <w:p>
      <w:r>
        <w:t>65. 厚积薄发：释义____</w:t>
      </w:r>
    </w:p>
    <w:p>
      <w:r>
        <w:t>66. 自强不息：释义____</w:t>
      </w:r>
    </w:p>
    <w:p>
      <w:r>
        <w:t>67. 触类旁通：释义____</w:t>
      </w:r>
    </w:p>
    <w:p>
      <w:r>
        <w:t>68. 循序渐进：释义____</w:t>
      </w:r>
    </w:p>
    <w:p>
      <w:r>
        <w:t>69. 笨鸟先飞：释义____</w:t>
      </w:r>
    </w:p>
    <w:p>
      <w:r>
        <w:t>70. 触类旁通：释义____</w:t>
      </w:r>
    </w:p>
    <w:p>
      <w:r>
        <w:t>71. 一丝不苟：释义____</w:t>
      </w:r>
    </w:p>
    <w:p>
      <w:r>
        <w:t>72. 水滴石穿：释义____</w:t>
      </w:r>
    </w:p>
    <w:p>
      <w:r>
        <w:t>73. 厚积薄发：释义____</w:t>
      </w:r>
    </w:p>
    <w:p>
      <w:r>
        <w:t>74. 专心致志：释义____</w:t>
      </w:r>
    </w:p>
    <w:p>
      <w:r>
        <w:t>75. 全神贯注：释义____</w:t>
      </w:r>
    </w:p>
    <w:p>
      <w:r>
        <w:t>76. 百折不挠：释义____</w:t>
      </w:r>
    </w:p>
    <w:p>
      <w:r>
        <w:t>77. 勤能补拙：释义____</w:t>
      </w:r>
    </w:p>
    <w:p>
      <w:r>
        <w:t>78. 坚持不懈：释义____</w:t>
      </w:r>
    </w:p>
    <w:p>
      <w:r>
        <w:t>79. 百折不挠：释义____</w:t>
      </w:r>
    </w:p>
    <w:p>
      <w:r>
        <w:t>80. 自强不息：释义____</w:t>
      </w:r>
    </w:p>
    <w:p>
      <w:r>
        <w:t>81. 笨鸟先飞：释义____</w:t>
      </w:r>
    </w:p>
    <w:p>
      <w:r>
        <w:t>82. 奋不顾身：释义____</w:t>
      </w:r>
    </w:p>
    <w:p>
      <w:r>
        <w:t>83. 勤能补拙：释义____</w:t>
      </w:r>
    </w:p>
    <w:p>
      <w:r>
        <w:t>84. 安居乐业：释义____</w:t>
      </w:r>
    </w:p>
    <w:p>
      <w:r>
        <w:t>85. 精益求精：释义____</w:t>
      </w:r>
    </w:p>
    <w:p>
      <w:r>
        <w:t>86. 知难而进：释义____</w:t>
      </w:r>
    </w:p>
    <w:p>
      <w:r>
        <w:t>87. 水滴石穿：释义____</w:t>
      </w:r>
    </w:p>
    <w:p>
      <w:r>
        <w:t>88. 不耻下问：释义____</w:t>
      </w:r>
    </w:p>
    <w:p>
      <w:r>
        <w:t>89. 披星戴月：释义____</w:t>
      </w:r>
    </w:p>
    <w:p>
      <w:r>
        <w:t>90. 勤能补拙：释义____</w:t>
      </w:r>
    </w:p>
    <w:p>
      <w:r>
        <w:t>91. 百折不挠：释义____</w:t>
      </w:r>
    </w:p>
    <w:p>
      <w:r>
        <w:t>92. 学以致用：释义____</w:t>
      </w:r>
    </w:p>
    <w:p>
      <w:r>
        <w:t>93. 安居乐业：释义____</w:t>
      </w:r>
    </w:p>
    <w:p>
      <w:r>
        <w:t>94. 一丝不苟：释义____</w:t>
      </w:r>
    </w:p>
    <w:p>
      <w:r>
        <w:t>95. 实事求是：释义____</w:t>
      </w:r>
    </w:p>
    <w:p>
      <w:r>
        <w:t>96. 循序渐进：释义____</w:t>
      </w:r>
    </w:p>
    <w:p>
      <w:r>
        <w:t>97. 笨鸟先飞：释义____</w:t>
      </w:r>
    </w:p>
    <w:p>
      <w:r>
        <w:t>98. 百折不挠：释义____</w:t>
      </w:r>
    </w:p>
    <w:p>
      <w:r>
        <w:t>99. 专心致志：释义____</w:t>
      </w:r>
    </w:p>
    <w:p>
      <w:r>
        <w:t>100. 铁杵成针：释义____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