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培训心得体会范文《参加乡村振兴专题培训有感》</w:t>
      </w:r>
    </w:p>
    <w:p>
      <w:pPr>
        <w:jc w:val="center"/>
      </w:pPr>
      <w:r>
        <w:t>（范文模板，可直接参考使用）</w:t>
      </w:r>
    </w:p>
    <w:p/>
    <w:p>
      <w:r>
        <w:t>参加乡村振兴专题培训心得体会</w:t>
      </w:r>
    </w:p>
    <w:p>
      <w:r>
        <w:t>很荣幸参加了X月X日至X月X日举办的乡村振兴专题培训班。此次培训虽然时间不长，但内容丰富、形式多样，既有专家授课，又有现场教学，还有交流研讨，让我深受启发、收获满满。现结合工作实际，谈几点心得体会。</w:t>
      </w:r>
    </w:p>
    <w:p>
      <w:r>
        <w:t>一、进一步深化了对乡村振兴战略的认识。通过专家系统讲解，我深刻认识到乡村振兴是实现中华民族伟大复兴的一项重大任务，是新时代“三农”工作的总抓手。“产业兴旺、生态宜居、乡风文明、治理有效、生活富裕”二十字总要求，为我们指明了方向、提供了遵循。乡村振兴不只是农村的事，更是全党全社会的事。</w:t>
      </w:r>
    </w:p>
    <w:p>
      <w:r>
        <w:t>二、学习到了可借鉴的实践经验。在XX村（示范点）的现场教学中，我亲眼看到了当地通过发展特色产业带动群众增收的生动实践：XX产业从无到有、从小到大，带动X户农户参与，户均增收X元。这让我认识到，乡村振兴必须立足本地资源禀赋，找准比较优势，走差异化发展路子，不能简单照搬照抄。</w:t>
      </w:r>
    </w:p>
    <w:p>
      <w:r>
        <w:t>三、反思了自身工作的差距不足。对照先进经验，我深感自身工作还有不小差距：一是对乡村振兴政策研究不深不透，学用结合不够；二是谋划产业项目的能力不足，视野不够开阔；三是发动群众、组织群众的方法还比较单一。这些问题都需要在今后工作中切实加以解决。</w:t>
      </w:r>
    </w:p>
    <w:p>
      <w:r>
        <w:t>四、明确了下一步努力方向。一是持续加强学习，把乡村振兴的政策文件学深学透，提升政策运用能力；二是深入调查研究，摸清本地区资源底数和群众需求，为科学决策提供依据；三是创新工作方法，学习借鉴先进地区的经验做法，探索适合本地的发展路径；四是密切联系群众，多听群众意见，把工作做到群众心坎上。</w:t>
      </w:r>
    </w:p>
    <w:p>
      <w:r>
        <w:t>此次培训既是一次充电赋能，更是一次思想洗礼。我将以此次培训为新起点，把学到的知识转化为推动工作的实际能力，以更加昂扬的状态、更加务实的作风，为全面推进乡村振兴贡献自己的力量。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