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学习心得体会范文：培训学习、读书学习通用版</w:t>
      </w:r>
    </w:p>
    <w:p>
      <w:r>
        <w:t>参加培训要交心得体会、读完一本书要写读后感、单位学习要写学习心得——小编整理了一份通用版学习心得体会范文，换一下主题就能用。</w:t>
      </w:r>
    </w:p>
    <w:p>
      <w:r>
        <w:t>亮点：①结构模板（收获+感悟+行动）；②每个部分都有可替换句；③常见写作误区提醒。网页是预览版，下载Word完整版可编辑。? 免费下载Word完整版（可直接打印编辑）</w:t>
      </w:r>
    </w:p>
    <w:p>
      <w:pPr>
        <w:pStyle w:val="Heading1"/>
      </w:pPr>
      <w:r>
        <w:t>学习心得体会（范文）</w:t>
      </w:r>
    </w:p>
    <w:p>
      <w:r>
        <w:t>近期，我参加了____学习（阅读了____），收获颇丰，感触良多。现将心得体会汇报如下。</w:t>
      </w:r>
    </w:p>
    <w:p>
      <w:r>
        <w:t>【主要收获】通过本次学习，我对____有了更深入的认识。一是理念认识上……二是知识储备上……三是工作方法上……</w:t>
      </w:r>
    </w:p>
    <w:p>
      <w:r>
        <w:t>【个人感悟】最大的感悟是：____。过去我在____方面做得不够，今后要____。</w:t>
      </w:r>
    </w:p>
    <w:p>
      <w:r>
        <w:t>【下一步行动】一是坚持____；二是改进____；三是带动____。</w:t>
      </w:r>
    </w:p>
    <w:p>
      <w:r>
        <w:t>总的来说，这次学习让我受益良多。我将把学习成果转化为实际行动，以更好的状态投入工作和生活。</w:t>
      </w:r>
    </w:p>
    <w:p>
      <w:pPr>
        <w:pStyle w:val="Heading1"/>
      </w:pPr>
      <w:r>
        <w:t>写作小技巧</w:t>
      </w:r>
    </w:p>
    <w:p>
      <w:r>
        <w:t>①开头交代背景，一句话即可；②"收获"写具体的1-2个点，不要泛泛而谈；③"行动"要落到具体做法；④全文用第一人称，真诚不套话。完整范文和更多例句见Word版。?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