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学习心得体会写作模板（含范文：政治学习/培训学习通用）</w:t>
      </w:r>
    </w:p>
    <w:p>
      <w:r>
        <w:t>学习心得体会</w:t>
      </w:r>
    </w:p>
    <w:p>
      <w:r>
        <w:t>近期，我认真学习了___，通过___（集中学习/自学/培训/参观），深受教育、深受启发。现将学习心得体会汇报如下：</w:t>
      </w:r>
    </w:p>
    <w:p>
      <w:r>
        <w:t>一、学有所获：通过学习，我对___有了更深刻的认识。一是___（理论观点1及理解）；二是___（理论观点2及理解）；三是___（理论观点3及理解）。这些内容让我认识到___的重要性。</w:t>
      </w:r>
    </w:p>
    <w:p>
      <w:r>
        <w:t>二、思有所悟：对照所学内容，我认真反思自身：一方面，___（结合自己工作/学习的进步之处）；另一方面，我也清醒地认识到存在的不足，比如___（具体不足），这提醒我要___。</w:t>
      </w:r>
    </w:p>
    <w:p>
      <w:r>
        <w:t>三、行有所践：学习的目的在于运用。今后我将做到：1.在思想上，___（提高认识，端正态度）；2.在学习上，___（持续学习，学深悟透）；3.在工作（生活）上，___（付诸行动，落到实处）。以实际行动检验学习成效。</w:t>
      </w:r>
    </w:p>
    <w:p>
      <w:r>
        <w:t>总之，通过这次学习，我进一步坚定了信念、明确了方向。我将把学习成果转化为干事创业的动力，立足岗位、履职尽责，为___贡献自己的力量。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