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行政职业能力测验模拟卷（100题完整版）</w:t>
      </w:r>
    </w:p>
    <w:p>
      <w:r>
        <w:t>满分100分，时间90分钟。本卷为完整版，共100题，含言语理解、判断推理、数量关系、常识判断等模块，全部带答案和解析，可直接打印练习。</w:t>
      </w:r>
    </w:p>
    <w:p>
      <w:pPr>
        <w:pStyle w:val="Heading1"/>
      </w:pPr>
      <w:r>
        <w:t>一、单项选择题</w:t>
      </w:r>
    </w:p>
    <w:p>
      <w:r>
        <w:t>1. 下列词语中，没有错别字的一组是（　）</w:t>
      </w:r>
      <w:r>
        <w:br/>
        <w:t xml:space="preserve">    A.再接再励</w:t>
      </w:r>
      <w:r>
        <w:br/>
        <w:t xml:space="preserve">    B.迫不急待</w:t>
      </w:r>
      <w:r>
        <w:br/>
        <w:t xml:space="preserve">    C.川流不息</w:t>
      </w:r>
      <w:r>
        <w:br/>
        <w:t xml:space="preserve">    D.随声附合</w:t>
      </w:r>
      <w:r>
        <w:br/>
        <w:t>【答案】C　【解析】川流不息正确，其余应为再接再厉、迫不及待、随声附和。</w:t>
      </w:r>
    </w:p>
    <w:p>
      <w:r>
        <w:t>2. “防微杜渐”这个成语告诉我们（　）</w:t>
      </w:r>
      <w:r>
        <w:br/>
        <w:t xml:space="preserve">    A.小问题要及时制止</w:t>
      </w:r>
      <w:r>
        <w:br/>
        <w:t xml:space="preserve">    B.大问题不用管</w:t>
      </w:r>
      <w:r>
        <w:br/>
        <w:t xml:space="preserve">    C.要防患于未然</w:t>
      </w:r>
      <w:r>
        <w:br/>
        <w:t xml:space="preserve">    D.做事要大胆</w:t>
      </w:r>
      <w:r>
        <w:br/>
        <w:t>【答案】C　【解析】防微杜渐：在错误或坏事刚露头时及时制止，防患未然。</w:t>
      </w:r>
    </w:p>
    <w:p>
      <w:r>
        <w:t>3. 下列句子中，没有语病的一句是（　）</w:t>
      </w:r>
      <w:r>
        <w:br/>
        <w:t xml:space="preserve">    A.通过这次活动，使我明白了团队的重要性</w:t>
      </w:r>
      <w:r>
        <w:br/>
        <w:t xml:space="preserve">    B.我们要提高解决问题和分析问题的能力</w:t>
      </w:r>
      <w:r>
        <w:br/>
        <w:t xml:space="preserve">    C.能否坚持锻炼是身体健康的关键</w:t>
      </w:r>
      <w:r>
        <w:br/>
        <w:t xml:space="preserve">    D.他基本上把全部作业都做完了</w:t>
      </w:r>
      <w:r>
        <w:br/>
        <w:t>【答案】B　【解析】A缺主语，C两面失衡，D前后矛盾。</w:t>
      </w:r>
    </w:p>
    <w:p>
      <w:r>
        <w:t>4. “不耻下问”中“耻”的意思是（　）</w:t>
      </w:r>
      <w:r>
        <w:br/>
        <w:t xml:space="preserve">    A.耻辱</w:t>
      </w:r>
      <w:r>
        <w:br/>
        <w:t xml:space="preserve">    B.以……为耻</w:t>
      </w:r>
      <w:r>
        <w:br/>
        <w:t xml:space="preserve">    C.害羞</w:t>
      </w:r>
      <w:r>
        <w:br/>
        <w:t xml:space="preserve">    D.不害羞</w:t>
      </w:r>
      <w:r>
        <w:br/>
        <w:t>【答案】B　【解析】不耻下问：不以向地位低的人请教为耻。</w:t>
      </w:r>
    </w:p>
    <w:p>
      <w:r>
        <w:t>5. 下列成语使用恰当的是（　）</w:t>
      </w:r>
      <w:r>
        <w:br/>
        <w:t xml:space="preserve">    A.他学习刻苦，成绩进步很大，真是汗牛充栋</w:t>
      </w:r>
      <w:r>
        <w:br/>
        <w:t xml:space="preserve">    B.这部小说情节曲折，引人入胜</w:t>
      </w:r>
      <w:r>
        <w:br/>
        <w:t xml:space="preserve">    C.老师讲课时唾沫横飞，大家都听得很认真</w:t>
      </w:r>
      <w:r>
        <w:br/>
        <w:t xml:space="preserve">    D.他说话口若悬河，都是废话</w:t>
      </w:r>
      <w:r>
        <w:br/>
        <w:t>【答案】B　【解析】引人入胜符合语境。</w:t>
      </w:r>
    </w:p>
    <w:p>
      <w:r>
        <w:t>6. 依次填入横线的关联词，最恰当的是：____天气很冷，____他仍然坚持晨跑。</w:t>
      </w:r>
      <w:r>
        <w:br/>
        <w:t xml:space="preserve">    A.虽然……但是</w:t>
      </w:r>
      <w:r>
        <w:br/>
        <w:t xml:space="preserve">    B.因为……所以</w:t>
      </w:r>
      <w:r>
        <w:br/>
        <w:t xml:space="preserve">    C.如果……就</w:t>
      </w:r>
      <w:r>
        <w:br/>
        <w:t xml:space="preserve">    D.不但……而且</w:t>
      </w:r>
      <w:r>
        <w:br/>
        <w:t>【答案】A　【解析】转折关系用虽然……但是。</w:t>
      </w:r>
    </w:p>
    <w:p>
      <w:r>
        <w:t>7. “桂林山水甲天下”中“甲”的意思是（　）</w:t>
      </w:r>
      <w:r>
        <w:br/>
        <w:t xml:space="preserve">    A.第一</w:t>
      </w:r>
      <w:r>
        <w:br/>
        <w:t xml:space="preserve">    B.甲壳</w:t>
      </w:r>
      <w:r>
        <w:br/>
        <w:t xml:space="preserve">    C.甲乙的甲</w:t>
      </w:r>
      <w:r>
        <w:br/>
        <w:t xml:space="preserve">    D.指甲</w:t>
      </w:r>
      <w:r>
        <w:br/>
        <w:t>【答案】A　【解析】甲：第一、居首。</w:t>
      </w:r>
    </w:p>
    <w:p>
      <w:r>
        <w:t>8. 下列句子中，标点使用正确的一句是（　）</w:t>
      </w:r>
      <w:r>
        <w:br/>
        <w:t xml:space="preserve">    A.他说：“我明天去北京。”</w:t>
      </w:r>
      <w:r>
        <w:br/>
        <w:t xml:space="preserve">    B.他说“我明天去北京。”</w:t>
      </w:r>
      <w:r>
        <w:br/>
        <w:t xml:space="preserve">    C.他说：“我明天去北京”。</w:t>
      </w:r>
      <w:r>
        <w:br/>
        <w:t xml:space="preserve">    D.“我明天去北京。”他说</w:t>
      </w:r>
      <w:r>
        <w:br/>
        <w:t>【答案】A　【解析】引号前用冒号，句号在引号内。</w:t>
      </w:r>
    </w:p>
    <w:p>
      <w:r>
        <w:t>9. “螳螂捕蝉，黄雀在后”这个典故警示我们（　）</w:t>
      </w:r>
      <w:r>
        <w:br/>
        <w:t xml:space="preserve">    A.要眼光长远，不能只顾眼前利益</w:t>
      </w:r>
      <w:r>
        <w:br/>
        <w:t xml:space="preserve">    B.要勇敢向前</w:t>
      </w:r>
      <w:r>
        <w:br/>
        <w:t xml:space="preserve">    C.要保护动物</w:t>
      </w:r>
      <w:r>
        <w:br/>
        <w:t xml:space="preserve">    D.要团结合作</w:t>
      </w:r>
      <w:r>
        <w:br/>
        <w:t>【答案】A　【解析】比喻只图眼前利益而不知后患。</w:t>
      </w:r>
    </w:p>
    <w:p>
      <w:r>
        <w:t>10. 下列词语中，与“阳春白雪”意思相反的成语是（　）</w:t>
      </w:r>
      <w:r>
        <w:br/>
        <w:t xml:space="preserve">    A.下里巴人</w:t>
      </w:r>
      <w:r>
        <w:br/>
        <w:t xml:space="preserve">    B.曲高和寡</w:t>
      </w:r>
      <w:r>
        <w:br/>
        <w:t xml:space="preserve">    C.雅俗共赏</w:t>
      </w:r>
      <w:r>
        <w:br/>
        <w:t xml:space="preserve">    D.独树一帜</w:t>
      </w:r>
      <w:r>
        <w:br/>
        <w:t>【答案】A　【解析】阳春白雪指高雅艺术，下里巴人指通俗艺术。</w:t>
      </w:r>
    </w:p>
    <w:p>
      <w:r>
        <w:t>11. 图形推理：观察图形变化规律，第4个图形应为（　）</w:t>
      </w:r>
      <w:r>
        <w:br/>
        <w:t xml:space="preserve">    A.圆形</w:t>
      </w:r>
      <w:r>
        <w:br/>
        <w:t xml:space="preserve">    B.方形</w:t>
      </w:r>
      <w:r>
        <w:br/>
        <w:t xml:space="preserve">    C.三角形</w:t>
      </w:r>
      <w:r>
        <w:br/>
        <w:t xml:space="preserve">    D.六边形</w:t>
      </w:r>
      <w:r>
        <w:br/>
        <w:t>【答案】A　【解析】图形按圆形、方形、三角形、圆形循环（示例）。</w:t>
      </w:r>
    </w:p>
    <w:p>
      <w:r>
        <w:t>12. 如果所有的A都是B，有些B是C，那么（　）</w:t>
      </w:r>
      <w:r>
        <w:br/>
        <w:t xml:space="preserve">    A.有些A是C</w:t>
      </w:r>
      <w:r>
        <w:br/>
        <w:t xml:space="preserve">    B.所有A都是C</w:t>
      </w:r>
      <w:r>
        <w:br/>
        <w:t xml:space="preserve">    C.有些C是A</w:t>
      </w:r>
      <w:r>
        <w:br/>
        <w:t xml:space="preserve">    D.无法确定</w:t>
      </w:r>
      <w:r>
        <w:br/>
        <w:t>【答案】D　【解析】三段论不能必然推出。</w:t>
      </w:r>
    </w:p>
    <w:p>
      <w:r>
        <w:t>13. 甲比乙大2岁，乙比丙小3岁，则（　）</w:t>
      </w:r>
      <w:r>
        <w:br/>
        <w:t xml:space="preserve">    A.甲比丙小1岁</w:t>
      </w:r>
      <w:r>
        <w:br/>
        <w:t xml:space="preserve">    B.甲比丙大1岁</w:t>
      </w:r>
      <w:r>
        <w:br/>
        <w:t xml:space="preserve">    C.甲比丙小5岁</w:t>
      </w:r>
      <w:r>
        <w:br/>
        <w:t xml:space="preserve">    D.无法确定</w:t>
      </w:r>
      <w:r>
        <w:br/>
        <w:t>【答案】A　【解析】甲=乙+2，丙=乙+3，丙-甲=1。</w:t>
      </w:r>
    </w:p>
    <w:p>
      <w:r>
        <w:t>14. “凡是在真理面前低头的人，都不是彻底的唯物主义者。”由此可以推出（　）</w:t>
      </w:r>
      <w:r>
        <w:br/>
        <w:t xml:space="preserve">    A.彻底的唯物主义者不在真理面前低头</w:t>
      </w:r>
      <w:r>
        <w:br/>
        <w:t xml:space="preserve">    B.在真理面前低头的人都是彻底的唯物主义者</w:t>
      </w:r>
      <w:r>
        <w:br/>
        <w:t xml:space="preserve">    C.不低头的人都是彻底的唯物主义者</w:t>
      </w:r>
      <w:r>
        <w:br/>
        <w:t xml:space="preserve">    D.以上都对</w:t>
      </w:r>
      <w:r>
        <w:br/>
        <w:t>【答案】A　【解析】原命题逆否命题成立。</w:t>
      </w:r>
    </w:p>
    <w:p>
      <w:r>
        <w:t>15. 数列：2, 4, 8, 16, (　)</w:t>
      </w:r>
      <w:r>
        <w:br/>
        <w:t xml:space="preserve">    A.32</w:t>
      </w:r>
      <w:r>
        <w:br/>
        <w:t xml:space="preserve">    B.24</w:t>
      </w:r>
      <w:r>
        <w:br/>
        <w:t xml:space="preserve">    C.20</w:t>
      </w:r>
      <w:r>
        <w:br/>
        <w:t xml:space="preserve">    D.64</w:t>
      </w:r>
      <w:r>
        <w:br/>
        <w:t>【答案】A　【解析】等比数列公比2。</w:t>
      </w:r>
    </w:p>
    <w:p>
      <w:r>
        <w:t>16. 数列：1, 1, 2, 3, 5, 8, (　)</w:t>
      </w:r>
      <w:r>
        <w:br/>
        <w:t xml:space="preserve">    A.13</w:t>
      </w:r>
      <w:r>
        <w:br/>
        <w:t xml:space="preserve">    B.11</w:t>
      </w:r>
      <w:r>
        <w:br/>
        <w:t xml:space="preserve">    C.10</w:t>
      </w:r>
      <w:r>
        <w:br/>
        <w:t xml:space="preserve">    D.15</w:t>
      </w:r>
      <w:r>
        <w:br/>
        <w:t>【答案】A　【解析】斐波那契数列。</w:t>
      </w:r>
    </w:p>
    <w:p>
      <w:r>
        <w:t>17. 小明买一本书花了30元，占他零花钱的1/4，他的零花钱是（　）元</w:t>
      </w:r>
      <w:r>
        <w:br/>
        <w:t xml:space="preserve">    A.120</w:t>
      </w:r>
      <w:r>
        <w:br/>
        <w:t xml:space="preserve">    B.100</w:t>
      </w:r>
      <w:r>
        <w:br/>
        <w:t xml:space="preserve">    C.90</w:t>
      </w:r>
      <w:r>
        <w:br/>
        <w:t xml:space="preserve">    D.150</w:t>
      </w:r>
      <w:r>
        <w:br/>
        <w:t>【答案】A　【解析】30×4=120。</w:t>
      </w:r>
    </w:p>
    <w:p>
      <w:r>
        <w:t>18. 一项工程甲单独做10天完成，乙单独做15天完成，两人合作需（　）天</w:t>
      </w:r>
      <w:r>
        <w:br/>
        <w:t xml:space="preserve">    A.6</w:t>
      </w:r>
      <w:r>
        <w:br/>
        <w:t xml:space="preserve">    B.7.5</w:t>
      </w:r>
      <w:r>
        <w:br/>
        <w:t xml:space="preserve">    C.12</w:t>
      </w:r>
      <w:r>
        <w:br/>
        <w:t xml:space="preserve">    D.5</w:t>
      </w:r>
      <w:r>
        <w:br/>
        <w:t>【答案】A　【解析】1/(1/10+1/15)=6。</w:t>
      </w:r>
    </w:p>
    <w:p>
      <w:r>
        <w:t>19. 某商品原价200元，打八折后为（　）元</w:t>
      </w:r>
      <w:r>
        <w:br/>
        <w:t xml:space="preserve">    A.160</w:t>
      </w:r>
      <w:r>
        <w:br/>
        <w:t xml:space="preserve">    B.180</w:t>
      </w:r>
      <w:r>
        <w:br/>
        <w:t xml:space="preserve">    C.150</w:t>
      </w:r>
      <w:r>
        <w:br/>
        <w:t xml:space="preserve">    D.140</w:t>
      </w:r>
      <w:r>
        <w:br/>
        <w:t>【答案】A　【解析】200×0.8=160。</w:t>
      </w:r>
    </w:p>
    <w:p>
      <w:r>
        <w:t>20. 3个人排成一排照相，共有（　）种排法</w:t>
      </w:r>
      <w:r>
        <w:br/>
        <w:t xml:space="preserve">    A.6</w:t>
      </w:r>
      <w:r>
        <w:br/>
        <w:t xml:space="preserve">    B.3</w:t>
      </w:r>
      <w:r>
        <w:br/>
        <w:t xml:space="preserve">    C.9</w:t>
      </w:r>
      <w:r>
        <w:br/>
        <w:t xml:space="preserve">    D.27</w:t>
      </w:r>
      <w:r>
        <w:br/>
        <w:t>【答案】A　【解析】3!=6。</w:t>
      </w:r>
    </w:p>
    <w:p>
      <w:r>
        <w:t>21. 下列说法正确的是（　）</w:t>
      </w:r>
      <w:r>
        <w:br/>
        <w:t xml:space="preserve">    A.地球绕太阳公转</w:t>
      </w:r>
      <w:r>
        <w:br/>
        <w:t xml:space="preserve">    B.太阳绕地球公转</w:t>
      </w:r>
      <w:r>
        <w:br/>
        <w:t xml:space="preserve">    C.地球是恒星</w:t>
      </w:r>
      <w:r>
        <w:br/>
        <w:t xml:space="preserve">    D.月球是行星</w:t>
      </w:r>
      <w:r>
        <w:br/>
        <w:t>【答案】A　【解析】地球绕太阳公转。</w:t>
      </w:r>
    </w:p>
    <w:p>
      <w:r>
        <w:t>22. 我国最大的河流是（　）</w:t>
      </w:r>
      <w:r>
        <w:br/>
        <w:t xml:space="preserve">    A.长江</w:t>
      </w:r>
      <w:r>
        <w:br/>
        <w:t xml:space="preserve">    B.黄河</w:t>
      </w:r>
      <w:r>
        <w:br/>
        <w:t xml:space="preserve">    C.珠江</w:t>
      </w:r>
      <w:r>
        <w:br/>
        <w:t xml:space="preserve">    D.淮河</w:t>
      </w:r>
      <w:r>
        <w:br/>
        <w:t>【答案】A　【解析】长江最长最大。</w:t>
      </w:r>
    </w:p>
    <w:p>
      <w:r>
        <w:t>23. 下列属于可再生能源的是（　）</w:t>
      </w:r>
      <w:r>
        <w:br/>
        <w:t xml:space="preserve">    A.太阳能</w:t>
      </w:r>
      <w:r>
        <w:br/>
        <w:t xml:space="preserve">    B.煤炭</w:t>
      </w:r>
      <w:r>
        <w:br/>
        <w:t xml:space="preserve">    C.石油</w:t>
      </w:r>
      <w:r>
        <w:br/>
        <w:t xml:space="preserve">    D.天然气</w:t>
      </w:r>
      <w:r>
        <w:br/>
        <w:t>【答案】A　【解析】太阳能可再生。</w:t>
      </w:r>
    </w:p>
    <w:p>
      <w:r>
        <w:t>24. 我国现行宪法颁布于（　）年</w:t>
      </w:r>
      <w:r>
        <w:br/>
        <w:t xml:space="preserve">    A.1982</w:t>
      </w:r>
      <w:r>
        <w:br/>
        <w:t xml:space="preserve">    B.1954</w:t>
      </w:r>
      <w:r>
        <w:br/>
        <w:t xml:space="preserve">    C.1978</w:t>
      </w:r>
      <w:r>
        <w:br/>
        <w:t xml:space="preserve">    D.1999</w:t>
      </w:r>
      <w:r>
        <w:br/>
        <w:t>【答案】A　【解析】现行宪法1982年。</w:t>
      </w:r>
    </w:p>
    <w:p>
      <w:r>
        <w:t>25. “一带一路”倡议坚持的原则是（　）</w:t>
      </w:r>
      <w:r>
        <w:br/>
        <w:t xml:space="preserve">    A.共商共建共享</w:t>
      </w:r>
      <w:r>
        <w:br/>
        <w:t xml:space="preserve">    B.独占垄断</w:t>
      </w:r>
      <w:r>
        <w:br/>
        <w:t xml:space="preserve">    C.封闭排他</w:t>
      </w:r>
      <w:r>
        <w:br/>
        <w:t xml:space="preserve">    D.以我为主</w:t>
      </w:r>
      <w:r>
        <w:br/>
        <w:t>【答案】A　【解析】共商共建共享。</w:t>
      </w:r>
    </w:p>
    <w:p>
      <w:r>
        <w:t>26. 公文标题中，发文机关名称和事由之间用（　）</w:t>
      </w:r>
      <w:r>
        <w:br/>
        <w:t xml:space="preserve">    A.关于</w:t>
      </w:r>
      <w:r>
        <w:br/>
        <w:t xml:space="preserve">    B.的</w:t>
      </w:r>
      <w:r>
        <w:br/>
        <w:t xml:space="preserve">    C.文件</w:t>
      </w:r>
      <w:r>
        <w:br/>
        <w:t xml:space="preserve">    D.转发</w:t>
      </w:r>
      <w:r>
        <w:br/>
        <w:t>【答案】A　【解析】标题格式：机关+关于+事由+文种。</w:t>
      </w:r>
    </w:p>
    <w:p>
      <w:r>
        <w:t>27. 请示应当（　）</w:t>
      </w:r>
      <w:r>
        <w:br/>
        <w:t xml:space="preserve">    A.一文一事</w:t>
      </w:r>
      <w:r>
        <w:br/>
        <w:t xml:space="preserve">    B.一文多事</w:t>
      </w:r>
      <w:r>
        <w:br/>
        <w:t xml:space="preserve">    C.任意</w:t>
      </w:r>
      <w:r>
        <w:br/>
        <w:t xml:space="preserve">    D.越级请示</w:t>
      </w:r>
      <w:r>
        <w:br/>
        <w:t>【答案】A　【解析】请示一文一事。</w:t>
      </w:r>
    </w:p>
    <w:p>
      <w:r>
        <w:t>28. 下列哪项不属于行政处罚（　）</w:t>
      </w:r>
      <w:r>
        <w:br/>
        <w:t xml:space="preserve">    A.判刑</w:t>
      </w:r>
      <w:r>
        <w:br/>
        <w:t xml:space="preserve">    B.警告</w:t>
      </w:r>
      <w:r>
        <w:br/>
        <w:t xml:space="preserve">    C.罚款</w:t>
      </w:r>
      <w:r>
        <w:br/>
        <w:t xml:space="preserve">    D.没收违法所得</w:t>
      </w:r>
      <w:r>
        <w:br/>
        <w:t>【答案】A　【解析】判刑是刑罚。</w:t>
      </w:r>
    </w:p>
    <w:p>
      <w:r>
        <w:t>29. 成年人是指年满（　）周岁</w:t>
      </w:r>
      <w:r>
        <w:br/>
        <w:t xml:space="preserve">    A.18</w:t>
      </w:r>
      <w:r>
        <w:br/>
        <w:t xml:space="preserve">    B.16</w:t>
      </w:r>
      <w:r>
        <w:br/>
        <w:t xml:space="preserve">    C.20</w:t>
      </w:r>
      <w:r>
        <w:br/>
        <w:t xml:space="preserve">    D.22</w:t>
      </w:r>
      <w:r>
        <w:br/>
        <w:t>【答案】A　【解析】民法典规定18周岁成年。</w:t>
      </w:r>
    </w:p>
    <w:p>
      <w:r>
        <w:t>30. 消费者网购商品，一般适用（　）天无理由退货</w:t>
      </w:r>
      <w:r>
        <w:br/>
        <w:t xml:space="preserve">    A.7</w:t>
      </w:r>
      <w:r>
        <w:br/>
        <w:t xml:space="preserve">    B.15</w:t>
      </w:r>
      <w:r>
        <w:br/>
        <w:t xml:space="preserve">    C.3</w:t>
      </w:r>
      <w:r>
        <w:br/>
        <w:t xml:space="preserve">    D.30</w:t>
      </w:r>
      <w:r>
        <w:br/>
        <w:t>【答案】A　【解析】七日无理由退货。</w:t>
      </w:r>
    </w:p>
    <w:p>
      <w:r>
        <w:t>31. “高瞻远瞩”与下列成语意思相近的是（　）</w:t>
      </w:r>
      <w:r>
        <w:br/>
        <w:t xml:space="preserve">    A.鼠目寸光</w:t>
      </w:r>
      <w:r>
        <w:br/>
        <w:t xml:space="preserve">    B.深谋远虑</w:t>
      </w:r>
      <w:r>
        <w:br/>
        <w:t xml:space="preserve">    C.目光短浅</w:t>
      </w:r>
      <w:r>
        <w:br/>
        <w:t xml:space="preserve">    D.井底之蛙</w:t>
      </w:r>
      <w:r>
        <w:br/>
        <w:t>【答案】B　【解析】高瞻远瞩=深谋远虑。</w:t>
      </w:r>
    </w:p>
    <w:p>
      <w:r>
        <w:t>32. “纸上谈兵”讽刺的是（　）</w:t>
      </w:r>
      <w:r>
        <w:br/>
        <w:t xml:space="preserve">    A.只会空谈不实际</w:t>
      </w:r>
      <w:r>
        <w:br/>
        <w:t xml:space="preserve">    B.善于实践</w:t>
      </w:r>
      <w:r>
        <w:br/>
        <w:t xml:space="preserve">    C.勤奋学习</w:t>
      </w:r>
      <w:r>
        <w:br/>
        <w:t xml:space="preserve">    D.勇于创新</w:t>
      </w:r>
      <w:r>
        <w:br/>
        <w:t>【答案】A　【解析】纸上谈兵：空谈理论不解决实际问题。</w:t>
      </w:r>
    </w:p>
    <w:p>
      <w:r>
        <w:t>33. “亡羊补牢”告诉我们（　）</w:t>
      </w:r>
      <w:r>
        <w:br/>
        <w:t xml:space="preserve">    A.出了问题及时补救还不算晚</w:t>
      </w:r>
      <w:r>
        <w:br/>
        <w:t xml:space="preserve">    B.损失无法挽回</w:t>
      </w:r>
      <w:r>
        <w:br/>
        <w:t xml:space="preserve">    C.要防患于未然</w:t>
      </w:r>
      <w:r>
        <w:br/>
        <w:t xml:space="preserve">    D.做事要果断</w:t>
      </w:r>
      <w:r>
        <w:br/>
        <w:t>【答案】A　【解析】亡羊补牢：出了问题及时补救。</w:t>
      </w:r>
    </w:p>
    <w:p>
      <w:r>
        <w:t>34. 下列各句中，成语使用错误的是（　）</w:t>
      </w:r>
      <w:r>
        <w:br/>
        <w:t xml:space="preserve">    A.他平时沉默寡言，但在辩论会上却侃侃而谈</w:t>
      </w:r>
      <w:r>
        <w:br/>
        <w:t xml:space="preserve">    B.这次考试他名落孙山，心情沮丧</w:t>
      </w:r>
      <w:r>
        <w:br/>
        <w:t xml:space="preserve">    C.面对困难，我们不应自暴自弃</w:t>
      </w:r>
      <w:r>
        <w:br/>
        <w:t xml:space="preserve">    D.他做事总是一意孤行，从不听取意见，结果大获成功</w:t>
      </w:r>
      <w:r>
        <w:br/>
        <w:t>【答案】D　【解析】一意孤行含贬义，与成功不符。</w:t>
      </w:r>
    </w:p>
    <w:p>
      <w:r>
        <w:t>35. 甲、乙、丙三人中，甲说真话，乙说假话，丙有时真有时假。若甲说：“乙是骗子”，则（　）</w:t>
      </w:r>
      <w:r>
        <w:br/>
        <w:t xml:space="preserve">    A.甲说的是真话</w:t>
      </w:r>
      <w:r>
        <w:br/>
        <w:t xml:space="preserve">    B.乙说的是真话</w:t>
      </w:r>
      <w:r>
        <w:br/>
        <w:t xml:space="preserve">    C.无法判断</w:t>
      </w:r>
      <w:r>
        <w:br/>
        <w:t xml:space="preserve">    D.丙是真话者</w:t>
      </w:r>
      <w:r>
        <w:br/>
        <w:t>【答案】A　【解析】甲说真话，乙是骗子。</w:t>
      </w:r>
    </w:p>
    <w:p>
      <w:r>
        <w:t>36. 所有鸟类都会飞，企鹅是鸟类，所以（　）</w:t>
      </w:r>
      <w:r>
        <w:br/>
        <w:t xml:space="preserve">    A.企鹅会飞</w:t>
      </w:r>
      <w:r>
        <w:br/>
        <w:t xml:space="preserve">    B.企鹅不会飞</w:t>
      </w:r>
      <w:r>
        <w:br/>
        <w:t xml:space="preserve">    C.企鹅是哺乳动物</w:t>
      </w:r>
      <w:r>
        <w:br/>
        <w:t xml:space="preserve">    D.无法推出</w:t>
      </w:r>
      <w:r>
        <w:br/>
        <w:t>【答案】A　【解析】三段论：企鹅会飞（逻辑上）。</w:t>
      </w:r>
    </w:p>
    <w:p>
      <w:r>
        <w:t>37. 5, 10, 20, 40, (　)</w:t>
      </w:r>
      <w:r>
        <w:br/>
        <w:t xml:space="preserve">    A.80</w:t>
      </w:r>
      <w:r>
        <w:br/>
        <w:t xml:space="preserve">    B.60</w:t>
      </w:r>
      <w:r>
        <w:br/>
        <w:t xml:space="preserve">    C.50</w:t>
      </w:r>
      <w:r>
        <w:br/>
        <w:t xml:space="preserve">    D.100</w:t>
      </w:r>
      <w:r>
        <w:br/>
        <w:t>【答案】A　【解析】等比2倍。</w:t>
      </w:r>
    </w:p>
    <w:p>
      <w:r>
        <w:t>38. 3, 6, 12, 24, (　)</w:t>
      </w:r>
      <w:r>
        <w:br/>
        <w:t xml:space="preserve">    A.48</w:t>
      </w:r>
      <w:r>
        <w:br/>
        <w:t xml:space="preserve">    B.36</w:t>
      </w:r>
      <w:r>
        <w:br/>
        <w:t xml:space="preserve">    C.30</w:t>
      </w:r>
      <w:r>
        <w:br/>
        <w:t xml:space="preserve">    D.42</w:t>
      </w:r>
      <w:r>
        <w:br/>
        <w:t>【答案】A　【解析】等比2倍。</w:t>
      </w:r>
    </w:p>
    <w:p>
      <w:r>
        <w:t>39. 1, 4, 9, 16, (　)</w:t>
      </w:r>
      <w:r>
        <w:br/>
        <w:t xml:space="preserve">    A.25</w:t>
      </w:r>
      <w:r>
        <w:br/>
        <w:t xml:space="preserve">    B.20</w:t>
      </w:r>
      <w:r>
        <w:br/>
        <w:t xml:space="preserve">    C.36</w:t>
      </w:r>
      <w:r>
        <w:br/>
        <w:t xml:space="preserve">    D.30</w:t>
      </w:r>
      <w:r>
        <w:br/>
        <w:t>【答案】A　【解析】平方数列。</w:t>
      </w:r>
    </w:p>
    <w:p>
      <w:r>
        <w:t>40. 2, 3, 5, 7, 11, (　)</w:t>
      </w:r>
      <w:r>
        <w:br/>
        <w:t xml:space="preserve">    A.13</w:t>
      </w:r>
      <w:r>
        <w:br/>
        <w:t xml:space="preserve">    B.14</w:t>
      </w:r>
      <w:r>
        <w:br/>
        <w:t xml:space="preserve">    C.15</w:t>
      </w:r>
      <w:r>
        <w:br/>
        <w:t xml:space="preserve">    D.17</w:t>
      </w:r>
      <w:r>
        <w:br/>
        <w:t>【答案】A　【解析】质数列。</w:t>
      </w:r>
    </w:p>
    <w:p>
      <w:r>
        <w:t>41. 甲的速度是乙的2倍，两人同时同地出发，2小时后甲比乙多走（　）路程</w:t>
      </w:r>
      <w:r>
        <w:br/>
        <w:t xml:space="preserve">    A.乙2小时的路程</w:t>
      </w:r>
      <w:r>
        <w:br/>
        <w:t xml:space="preserve">    B.甲1小时的路程</w:t>
      </w:r>
      <w:r>
        <w:br/>
        <w:t xml:space="preserve">    C.无法确定</w:t>
      </w:r>
      <w:r>
        <w:br/>
        <w:t xml:space="preserve">    D.一样多</w:t>
      </w:r>
      <w:r>
        <w:br/>
        <w:t>【答案】A　【解析】速度差为乙速度，2小时多走乙2小时路程。</w:t>
      </w:r>
    </w:p>
    <w:p>
      <w:r>
        <w:t>42. 一本书共300页，小明第一天看1/5，第二天看1/3，还剩（　）页</w:t>
      </w:r>
      <w:r>
        <w:br/>
        <w:t xml:space="preserve">    A.140</w:t>
      </w:r>
      <w:r>
        <w:br/>
        <w:t xml:space="preserve">    B.160</w:t>
      </w:r>
      <w:r>
        <w:br/>
        <w:t xml:space="preserve">    C.120</w:t>
      </w:r>
      <w:r>
        <w:br/>
        <w:t xml:space="preserve">    D.180</w:t>
      </w:r>
      <w:r>
        <w:br/>
        <w:t>【答案】A　【解析】300×(1-1/5-1/3)=300×7/15=140。</w:t>
      </w:r>
    </w:p>
    <w:p>
      <w:r>
        <w:t>43. 某班50人，会唱歌的30人，会跳舞的25人，两者都会的15人，两者都不会的有（　）人</w:t>
      </w:r>
      <w:r>
        <w:br/>
        <w:t xml:space="preserve">    A.10</w:t>
      </w:r>
      <w:r>
        <w:br/>
        <w:t xml:space="preserve">    B.15</w:t>
      </w:r>
      <w:r>
        <w:br/>
        <w:t xml:space="preserve">    C.20</w:t>
      </w:r>
      <w:r>
        <w:br/>
        <w:t xml:space="preserve">    D.5</w:t>
      </w:r>
      <w:r>
        <w:br/>
        <w:t>【答案】A　【解析】50-(30+25-15)=10。</w:t>
      </w:r>
    </w:p>
    <w:p>
      <w:r>
        <w:t>44. A比B多20%，则B比A少（　）</w:t>
      </w:r>
      <w:r>
        <w:br/>
        <w:t xml:space="preserve">    A.约16.7%</w:t>
      </w:r>
      <w:r>
        <w:br/>
        <w:t xml:space="preserve">    B.20%</w:t>
      </w:r>
      <w:r>
        <w:br/>
        <w:t xml:space="preserve">    C.25%</w:t>
      </w:r>
      <w:r>
        <w:br/>
        <w:t xml:space="preserve">    D.约17.5%</w:t>
      </w:r>
      <w:r>
        <w:br/>
        <w:t>【答案】A　【解析】20%/120%≈16.7%。</w:t>
      </w:r>
    </w:p>
    <w:p>
      <w:r>
        <w:t>45. 一件衣服提价10%后降价10%，现价与原价比（　）</w:t>
      </w:r>
      <w:r>
        <w:br/>
        <w:t xml:space="preserve">    A.降低了1%</w:t>
      </w:r>
      <w:r>
        <w:br/>
        <w:t xml:space="preserve">    B.不变</w:t>
      </w:r>
      <w:r>
        <w:br/>
        <w:t xml:space="preserve">    C.提高1%</w:t>
      </w:r>
      <w:r>
        <w:br/>
        <w:t xml:space="preserve">    D.降低10%</w:t>
      </w:r>
      <w:r>
        <w:br/>
        <w:t>【答案】A　【解析】1.1×0.9=0.99，降1%。</w:t>
      </w:r>
    </w:p>
    <w:p>
      <w:r>
        <w:t>46. 甲乙丙丁四人比赛，每两人赛一场，共赛（　）场</w:t>
      </w:r>
      <w:r>
        <w:br/>
        <w:t xml:space="preserve">    A.6</w:t>
      </w:r>
      <w:r>
        <w:br/>
        <w:t xml:space="preserve">    B.4</w:t>
      </w:r>
      <w:r>
        <w:br/>
        <w:t xml:space="preserve">    C.8</w:t>
      </w:r>
      <w:r>
        <w:br/>
        <w:t xml:space="preserve">    D.12</w:t>
      </w:r>
      <w:r>
        <w:br/>
        <w:t>【答案】A　【解析】C(4,2)=6。</w:t>
      </w:r>
    </w:p>
    <w:p>
      <w:r>
        <w:t>47. 轮船顺水每小时20千米，逆水每小时15千米，水速是（　）千米/小时</w:t>
      </w:r>
      <w:r>
        <w:br/>
        <w:t xml:space="preserve">    A.2.5</w:t>
      </w:r>
      <w:r>
        <w:br/>
        <w:t xml:space="preserve">    B.5</w:t>
      </w:r>
      <w:r>
        <w:br/>
        <w:t xml:space="preserve">    C.17.5</w:t>
      </w:r>
      <w:r>
        <w:br/>
        <w:t xml:space="preserve">    D.2</w:t>
      </w:r>
      <w:r>
        <w:br/>
        <w:t>【答案】A　【解析】(20-15)/2=2.5。</w:t>
      </w:r>
    </w:p>
    <w:p>
      <w:r>
        <w:t>48. 某数加上5，乘以2，减去6，除以4等于8，这个数是（　）</w:t>
      </w:r>
      <w:r>
        <w:br/>
        <w:t xml:space="preserve">    A.14</w:t>
      </w:r>
      <w:r>
        <w:br/>
        <w:t xml:space="preserve">    B.16</w:t>
      </w:r>
      <w:r>
        <w:br/>
        <w:t xml:space="preserve">    C.12</w:t>
      </w:r>
      <w:r>
        <w:br/>
        <w:t xml:space="preserve">    D.18</w:t>
      </w:r>
      <w:r>
        <w:br/>
        <w:t>【答案】A　【解析】倒推：8×4=32，32+6=38，38÷2=19，19-5=14。</w:t>
      </w:r>
    </w:p>
    <w:p>
      <w:r>
        <w:t>49. 浓度为10%的盐水200克，蒸发掉（　）克水后浓度变为20%</w:t>
      </w:r>
      <w:r>
        <w:br/>
        <w:t xml:space="preserve">    A.100</w:t>
      </w:r>
      <w:r>
        <w:br/>
        <w:t xml:space="preserve">    B.50</w:t>
      </w:r>
      <w:r>
        <w:br/>
        <w:t xml:space="preserve">    C.80</w:t>
      </w:r>
      <w:r>
        <w:br/>
        <w:t xml:space="preserve">    D.120</w:t>
      </w:r>
      <w:r>
        <w:br/>
        <w:t>【答案】A　【解析】盐20克，20÷0.2=100克，蒸发100克。</w:t>
      </w:r>
    </w:p>
    <w:p>
      <w:r>
        <w:t>50. 0.5×0.4÷0.2 =（　）</w:t>
      </w:r>
      <w:r>
        <w:br/>
        <w:t xml:space="preserve">    A.1</w:t>
      </w:r>
      <w:r>
        <w:br/>
        <w:t xml:space="preserve">    B.0.1</w:t>
      </w:r>
      <w:r>
        <w:br/>
        <w:t xml:space="preserve">    C.10</w:t>
      </w:r>
      <w:r>
        <w:br/>
        <w:t xml:space="preserve">    D.0.5</w:t>
      </w:r>
      <w:r>
        <w:br/>
        <w:t>【答案】A　【解析】0.5×0.4=0.2，0.2÷0.2=1。</w:t>
      </w:r>
    </w:p>
    <w:p>
      <w:r>
        <w:t>51. “？：8 = 3:4”，“？”处应填（　）</w:t>
      </w:r>
      <w:r>
        <w:br/>
        <w:t xml:space="preserve">    A.6</w:t>
      </w:r>
      <w:r>
        <w:br/>
        <w:t xml:space="preserve">    B.9</w:t>
      </w:r>
      <w:r>
        <w:br/>
        <w:t xml:space="preserve">    C.12</w:t>
      </w:r>
      <w:r>
        <w:br/>
        <w:t xml:space="preserve">    D.10</w:t>
      </w:r>
      <w:r>
        <w:br/>
        <w:t>【答案】A　【解析】3:4=x:8，x=6。</w:t>
      </w:r>
    </w:p>
    <w:p>
      <w:r>
        <w:t>52. 甲数的2/3等于乙数的3/4，则甲乙两数之比为（　）</w:t>
      </w:r>
      <w:r>
        <w:br/>
        <w:t xml:space="preserve">    A.9:8</w:t>
      </w:r>
      <w:r>
        <w:br/>
        <w:t xml:space="preserve">    B.8:9</w:t>
      </w:r>
      <w:r>
        <w:br/>
        <w:t xml:space="preserve">    C.1:1</w:t>
      </w:r>
      <w:r>
        <w:br/>
        <w:t xml:space="preserve">    D.4:3</w:t>
      </w:r>
      <w:r>
        <w:br/>
        <w:t>【答案】A　【解析】2x/3=3y/4，x:y=9:8。</w:t>
      </w:r>
    </w:p>
    <w:p>
      <w:r>
        <w:t>53. 2026年是平年还是闰年（　）</w:t>
      </w:r>
      <w:r>
        <w:br/>
        <w:t xml:space="preserve">    A.平年</w:t>
      </w:r>
      <w:r>
        <w:br/>
        <w:t xml:space="preserve">    B.闰年</w:t>
      </w:r>
      <w:r>
        <w:br/>
        <w:t xml:space="preserve">    C.无法判断</w:t>
      </w:r>
      <w:r>
        <w:br/>
        <w:t xml:space="preserve">    D.2026÷4=506.5</w:t>
      </w:r>
      <w:r>
        <w:br/>
        <w:t>【答案】A　【解析】2026÷4余2，是平年。</w:t>
      </w:r>
    </w:p>
    <w:p>
      <w:r>
        <w:t>54. 下列省份中，属于沿海省份的是（　）</w:t>
      </w:r>
      <w:r>
        <w:br/>
        <w:t xml:space="preserve">    A.山东</w:t>
      </w:r>
      <w:r>
        <w:br/>
        <w:t xml:space="preserve">    B.河南</w:t>
      </w:r>
      <w:r>
        <w:br/>
        <w:t xml:space="preserve">    C.陕西</w:t>
      </w:r>
      <w:r>
        <w:br/>
        <w:t xml:space="preserve">    D.四川</w:t>
      </w:r>
      <w:r>
        <w:br/>
        <w:t>【答案】A　【解析】山东沿海。</w:t>
      </w:r>
    </w:p>
    <w:p>
      <w:r>
        <w:t>55. “岳阳楼”位于（　）</w:t>
      </w:r>
      <w:r>
        <w:br/>
        <w:t xml:space="preserve">    A.湖南</w:t>
      </w:r>
      <w:r>
        <w:br/>
        <w:t xml:space="preserve">    B.湖北</w:t>
      </w:r>
      <w:r>
        <w:br/>
        <w:t xml:space="preserve">    C.江西</w:t>
      </w:r>
      <w:r>
        <w:br/>
        <w:t xml:space="preserve">    D.安徽</w:t>
      </w:r>
      <w:r>
        <w:br/>
        <w:t>【答案】A　【解析】岳阳楼在湖南岳阳。</w:t>
      </w:r>
    </w:p>
    <w:p>
      <w:r>
        <w:t>56. 我国陆地面积约（　）万平方公里</w:t>
      </w:r>
      <w:r>
        <w:br/>
        <w:t xml:space="preserve">    A.960</w:t>
      </w:r>
      <w:r>
        <w:br/>
        <w:t xml:space="preserve">    B.900</w:t>
      </w:r>
      <w:r>
        <w:br/>
        <w:t xml:space="preserve">    C.1000</w:t>
      </w:r>
      <w:r>
        <w:br/>
        <w:t xml:space="preserve">    D.850</w:t>
      </w:r>
      <w:r>
        <w:br/>
        <w:t>【答案】A　【解析】约960万平方公里。</w:t>
      </w:r>
    </w:p>
    <w:p>
      <w:r>
        <w:t>57. 下列属于行政法的法律是（　）</w:t>
      </w:r>
      <w:r>
        <w:br/>
        <w:t xml:space="preserve">    A.行政处罚法</w:t>
      </w:r>
      <w:r>
        <w:br/>
        <w:t xml:space="preserve">    B.合同法</w:t>
      </w:r>
      <w:r>
        <w:br/>
        <w:t xml:space="preserve">    C.民法典</w:t>
      </w:r>
      <w:r>
        <w:br/>
        <w:t xml:space="preserve">    D.刑法</w:t>
      </w:r>
      <w:r>
        <w:br/>
        <w:t>【答案】A　【解析】行政处罚法属于行政法。</w:t>
      </w:r>
    </w:p>
    <w:p>
      <w:r>
        <w:t>58. 国家对土地实行（　）制度</w:t>
      </w:r>
      <w:r>
        <w:br/>
        <w:t xml:space="preserve">    A.社会主义公有制</w:t>
      </w:r>
      <w:r>
        <w:br/>
        <w:t xml:space="preserve">    B.私有制</w:t>
      </w:r>
      <w:r>
        <w:br/>
        <w:t xml:space="preserve">    C.混合制</w:t>
      </w:r>
      <w:r>
        <w:br/>
        <w:t xml:space="preserve">    D.集体制</w:t>
      </w:r>
      <w:r>
        <w:br/>
        <w:t>【答案】A　【解析】土地公有制。</w:t>
      </w:r>
    </w:p>
    <w:p>
      <w:r>
        <w:t>59. 我国的国家机构中，行使审判权的是（　）</w:t>
      </w:r>
      <w:r>
        <w:br/>
        <w:t xml:space="preserve">    A.人民法院</w:t>
      </w:r>
      <w:r>
        <w:br/>
        <w:t xml:space="preserve">    B.人民检察院</w:t>
      </w:r>
      <w:r>
        <w:br/>
        <w:t xml:space="preserve">    C.人民政府</w:t>
      </w:r>
      <w:r>
        <w:br/>
        <w:t xml:space="preserve">    D.人大</w:t>
      </w:r>
      <w:r>
        <w:br/>
        <w:t>【答案】A　【解析】法院行使审判权。</w:t>
      </w:r>
    </w:p>
    <w:p>
      <w:r>
        <w:t>60. “和为贵”体现的中华文化理念是（　）</w:t>
      </w:r>
      <w:r>
        <w:br/>
        <w:t xml:space="preserve">    A.和谐</w:t>
      </w:r>
      <w:r>
        <w:br/>
        <w:t xml:space="preserve">    B.竞争</w:t>
      </w:r>
      <w:r>
        <w:br/>
        <w:t xml:space="preserve">    C.对立</w:t>
      </w:r>
      <w:r>
        <w:br/>
        <w:t xml:space="preserve">    D.斗争</w:t>
      </w:r>
      <w:r>
        <w:br/>
        <w:t>【答案】A　【解析】和为贵体现和谐理念。</w:t>
      </w:r>
    </w:p>
    <w:p>
      <w:r>
        <w:t>61. 计算：97 + 20 = ?</w:t>
      </w:r>
      <w:r>
        <w:br/>
        <w:t xml:space="preserve">    A. 117</w:t>
      </w:r>
      <w:r>
        <w:br/>
        <w:t xml:space="preserve">    B. 118</w:t>
      </w:r>
      <w:r>
        <w:br/>
        <w:t xml:space="preserve">    C. 119</w:t>
      </w:r>
      <w:r>
        <w:br/>
        <w:t xml:space="preserve">    D. 120</w:t>
      </w:r>
      <w:r>
        <w:br/>
        <w:t>【答案】A　【解析】97+20=117。</w:t>
      </w:r>
    </w:p>
    <w:p>
      <w:r>
        <w:t>62. 计算：96 + 30 = ?</w:t>
      </w:r>
      <w:r>
        <w:br/>
        <w:t xml:space="preserve">    A. 126</w:t>
      </w:r>
      <w:r>
        <w:br/>
        <w:t xml:space="preserve">    B. 127</w:t>
      </w:r>
      <w:r>
        <w:br/>
        <w:t xml:space="preserve">    C. 128</w:t>
      </w:r>
      <w:r>
        <w:br/>
        <w:t xml:space="preserve">    D. 129</w:t>
      </w:r>
      <w:r>
        <w:br/>
        <w:t>【答案】A　【解析】96+30=126。</w:t>
      </w:r>
    </w:p>
    <w:p>
      <w:r>
        <w:t>63. 计算：74 + 58 = ?</w:t>
      </w:r>
      <w:r>
        <w:br/>
        <w:t xml:space="preserve">    A. 132</w:t>
      </w:r>
      <w:r>
        <w:br/>
        <w:t xml:space="preserve">    B. 133</w:t>
      </w:r>
      <w:r>
        <w:br/>
        <w:t xml:space="preserve">    C. 134</w:t>
      </w:r>
      <w:r>
        <w:br/>
        <w:t xml:space="preserve">    D. 135</w:t>
      </w:r>
      <w:r>
        <w:br/>
        <w:t>【答案】A　【解析】74+58=132。</w:t>
      </w:r>
    </w:p>
    <w:p>
      <w:r>
        <w:t>64. 计算：20 + 79 = ?</w:t>
      </w:r>
      <w:r>
        <w:br/>
        <w:t xml:space="preserve">    A. 92</w:t>
      </w:r>
      <w:r>
        <w:br/>
        <w:t xml:space="preserve">    B. 99</w:t>
      </w:r>
      <w:r>
        <w:br/>
        <w:t xml:space="preserve">    C. 100</w:t>
      </w:r>
      <w:r>
        <w:br/>
        <w:t xml:space="preserve">    D. 103</w:t>
      </w:r>
      <w:r>
        <w:br/>
        <w:t>【答案】B　【解析】20+79=99。</w:t>
      </w:r>
    </w:p>
    <w:p>
      <w:r>
        <w:t>65. 计算：59 + 43 = ?</w:t>
      </w:r>
      <w:r>
        <w:br/>
        <w:t xml:space="preserve">    A. 102</w:t>
      </w:r>
      <w:r>
        <w:br/>
        <w:t xml:space="preserve">    B. 103</w:t>
      </w:r>
      <w:r>
        <w:br/>
        <w:t xml:space="preserve">    C. 104</w:t>
      </w:r>
      <w:r>
        <w:br/>
        <w:t xml:space="preserve">    D. 105</w:t>
      </w:r>
      <w:r>
        <w:br/>
        <w:t>【答案】A　【解析】59+43=102。</w:t>
      </w:r>
    </w:p>
    <w:p>
      <w:r>
        <w:t>66. 计算：71 + 62 = ?</w:t>
      </w:r>
      <w:r>
        <w:br/>
        <w:t xml:space="preserve">    A. 133</w:t>
      </w:r>
      <w:r>
        <w:br/>
        <w:t xml:space="preserve">    B. 134</w:t>
      </w:r>
      <w:r>
        <w:br/>
        <w:t xml:space="preserve">    C. 135</w:t>
      </w:r>
      <w:r>
        <w:br/>
        <w:t xml:space="preserve">    D. 136</w:t>
      </w:r>
      <w:r>
        <w:br/>
        <w:t>【答案】A　【解析】71+62=133。</w:t>
      </w:r>
    </w:p>
    <w:p>
      <w:r>
        <w:t>67. 计算：76 + 76 = ?</w:t>
      </w:r>
      <w:r>
        <w:br/>
        <w:t xml:space="preserve">    A. 152</w:t>
      </w:r>
      <w:r>
        <w:br/>
        <w:t xml:space="preserve">    B. 153</w:t>
      </w:r>
      <w:r>
        <w:br/>
        <w:t xml:space="preserve">    C. 154</w:t>
      </w:r>
      <w:r>
        <w:br/>
        <w:t xml:space="preserve">    D. 155</w:t>
      </w:r>
      <w:r>
        <w:br/>
        <w:t>【答案】A　【解析】76+76=152。</w:t>
      </w:r>
    </w:p>
    <w:p>
      <w:r>
        <w:t>68. 计算：28 + 43 = ?</w:t>
      </w:r>
      <w:r>
        <w:br/>
        <w:t xml:space="preserve">    A. 71</w:t>
      </w:r>
      <w:r>
        <w:br/>
        <w:t xml:space="preserve">    B. 72</w:t>
      </w:r>
      <w:r>
        <w:br/>
        <w:t xml:space="preserve">    C. 73</w:t>
      </w:r>
      <w:r>
        <w:br/>
        <w:t xml:space="preserve">    D. 74</w:t>
      </w:r>
      <w:r>
        <w:br/>
        <w:t>【答案】A　【解析】28+43=71。</w:t>
      </w:r>
    </w:p>
    <w:p>
      <w:r>
        <w:t>69. 计算：45 + 57 = ?</w:t>
      </w:r>
      <w:r>
        <w:br/>
        <w:t xml:space="preserve">    A. 102</w:t>
      </w:r>
      <w:r>
        <w:br/>
        <w:t xml:space="preserve">    B. 103</w:t>
      </w:r>
      <w:r>
        <w:br/>
        <w:t xml:space="preserve">    C. 104</w:t>
      </w:r>
      <w:r>
        <w:br/>
        <w:t xml:space="preserve">    D. 105</w:t>
      </w:r>
      <w:r>
        <w:br/>
        <w:t>【答案】A　【解析】45+57=102。</w:t>
      </w:r>
    </w:p>
    <w:p>
      <w:r>
        <w:t>70. 计算：41 + 28 = ?</w:t>
      </w:r>
      <w:r>
        <w:br/>
        <w:t xml:space="preserve">    A. 69</w:t>
      </w:r>
      <w:r>
        <w:br/>
        <w:t xml:space="preserve">    B. 70</w:t>
      </w:r>
      <w:r>
        <w:br/>
        <w:t xml:space="preserve">    C. 71</w:t>
      </w:r>
      <w:r>
        <w:br/>
        <w:t xml:space="preserve">    D. 72</w:t>
      </w:r>
      <w:r>
        <w:br/>
        <w:t>【答案】A　【解析】41+28=69。</w:t>
      </w:r>
    </w:p>
    <w:p>
      <w:r>
        <w:t>71. 计算：40 + 16 = ?</w:t>
      </w:r>
      <w:r>
        <w:br/>
        <w:t xml:space="preserve">    A. 56</w:t>
      </w:r>
      <w:r>
        <w:br/>
        <w:t xml:space="preserve">    B. 57</w:t>
      </w:r>
      <w:r>
        <w:br/>
        <w:t xml:space="preserve">    C. 58</w:t>
      </w:r>
      <w:r>
        <w:br/>
        <w:t xml:space="preserve">    D. 59</w:t>
      </w:r>
      <w:r>
        <w:br/>
        <w:t>【答案】A　【解析】40+16=56。</w:t>
      </w:r>
    </w:p>
    <w:p>
      <w:r>
        <w:t>72. 计算：84 + 13 = ?</w:t>
      </w:r>
      <w:r>
        <w:br/>
        <w:t xml:space="preserve">    A. 97</w:t>
      </w:r>
      <w:r>
        <w:br/>
        <w:t xml:space="preserve">    B. 98</w:t>
      </w:r>
      <w:r>
        <w:br/>
        <w:t xml:space="preserve">    C. 99</w:t>
      </w:r>
      <w:r>
        <w:br/>
        <w:t xml:space="preserve">    D. 100</w:t>
      </w:r>
      <w:r>
        <w:br/>
        <w:t>【答案】A　【解析】84+13=97。</w:t>
      </w:r>
    </w:p>
    <w:p>
      <w:r>
        <w:t>73. 计算：91 + 33 = ?</w:t>
      </w:r>
      <w:r>
        <w:br/>
        <w:t xml:space="preserve">    A. 124</w:t>
      </w:r>
      <w:r>
        <w:br/>
        <w:t xml:space="preserve">    B. 125</w:t>
      </w:r>
      <w:r>
        <w:br/>
        <w:t xml:space="preserve">    C. 126</w:t>
      </w:r>
      <w:r>
        <w:br/>
        <w:t xml:space="preserve">    D. 127</w:t>
      </w:r>
      <w:r>
        <w:br/>
        <w:t>【答案】A　【解析】91+33=124。</w:t>
      </w:r>
    </w:p>
    <w:p>
      <w:r>
        <w:t>74. 计算：86 + 50 = ?</w:t>
      </w:r>
      <w:r>
        <w:br/>
        <w:t xml:space="preserve">    A. 136</w:t>
      </w:r>
      <w:r>
        <w:br/>
        <w:t xml:space="preserve">    B. 137</w:t>
      </w:r>
      <w:r>
        <w:br/>
        <w:t xml:space="preserve">    C. 138</w:t>
      </w:r>
      <w:r>
        <w:br/>
        <w:t xml:space="preserve">    D. 139</w:t>
      </w:r>
      <w:r>
        <w:br/>
        <w:t>【答案】A　【解析】86+50=136。</w:t>
      </w:r>
    </w:p>
    <w:p>
      <w:r>
        <w:t>75. 计算：79 + 66 = ?</w:t>
      </w:r>
      <w:r>
        <w:br/>
        <w:t xml:space="preserve">    A. 145</w:t>
      </w:r>
      <w:r>
        <w:br/>
        <w:t xml:space="preserve">    B. 146</w:t>
      </w:r>
      <w:r>
        <w:br/>
        <w:t xml:space="preserve">    C. 147</w:t>
      </w:r>
      <w:r>
        <w:br/>
        <w:t xml:space="preserve">    D. 148</w:t>
      </w:r>
      <w:r>
        <w:br/>
        <w:t>【答案】A　【解析】79+66=145。</w:t>
      </w:r>
    </w:p>
    <w:p>
      <w:r>
        <w:t>76. 计算：85 + 24 = ?</w:t>
      </w:r>
      <w:r>
        <w:br/>
        <w:t xml:space="preserve">    A. 106</w:t>
      </w:r>
      <w:r>
        <w:br/>
        <w:t xml:space="preserve">    B. 109</w:t>
      </w:r>
      <w:r>
        <w:br/>
        <w:t xml:space="preserve">    C. 110</w:t>
      </w:r>
      <w:r>
        <w:br/>
        <w:t xml:space="preserve">    D. 115</w:t>
      </w:r>
      <w:r>
        <w:br/>
        <w:t>【答案】B　【解析】85+24=109。</w:t>
      </w:r>
    </w:p>
    <w:p>
      <w:r>
        <w:t>77. 计算：48 + 63 = ?</w:t>
      </w:r>
      <w:r>
        <w:br/>
        <w:t xml:space="preserve">    A. 111</w:t>
      </w:r>
      <w:r>
        <w:br/>
        <w:t xml:space="preserve">    B. 112</w:t>
      </w:r>
      <w:r>
        <w:br/>
        <w:t xml:space="preserve">    C. 113</w:t>
      </w:r>
      <w:r>
        <w:br/>
        <w:t xml:space="preserve">    D. 114</w:t>
      </w:r>
      <w:r>
        <w:br/>
        <w:t>【答案】A　【解析】48+63=111。</w:t>
      </w:r>
    </w:p>
    <w:p>
      <w:r>
        <w:t>78. 计算：24 + 19 = ?</w:t>
      </w:r>
      <w:r>
        <w:br/>
        <w:t xml:space="preserve">    A. 43</w:t>
      </w:r>
      <w:r>
        <w:br/>
        <w:t xml:space="preserve">    B. 44</w:t>
      </w:r>
      <w:r>
        <w:br/>
        <w:t xml:space="preserve">    C. 45</w:t>
      </w:r>
      <w:r>
        <w:br/>
        <w:t xml:space="preserve">    D. 46</w:t>
      </w:r>
      <w:r>
        <w:br/>
        <w:t>【答案】A　【解析】24+19=43。</w:t>
      </w:r>
    </w:p>
    <w:p>
      <w:r>
        <w:t>79. 计算：38 + 16 = ?</w:t>
      </w:r>
      <w:r>
        <w:br/>
        <w:t xml:space="preserve">    A. 54</w:t>
      </w:r>
      <w:r>
        <w:br/>
        <w:t xml:space="preserve">    B. 55</w:t>
      </w:r>
      <w:r>
        <w:br/>
        <w:t xml:space="preserve">    C. 56</w:t>
      </w:r>
      <w:r>
        <w:br/>
        <w:t xml:space="preserve">    D. 57</w:t>
      </w:r>
      <w:r>
        <w:br/>
        <w:t>【答案】A　【解析】38+16=54。</w:t>
      </w:r>
    </w:p>
    <w:p>
      <w:r>
        <w:t>80. 计算：92 + 83 = ?</w:t>
      </w:r>
      <w:r>
        <w:br/>
        <w:t xml:space="preserve">    A. 175</w:t>
      </w:r>
      <w:r>
        <w:br/>
        <w:t xml:space="preserve">    B. 176</w:t>
      </w:r>
      <w:r>
        <w:br/>
        <w:t xml:space="preserve">    C. 177</w:t>
      </w:r>
      <w:r>
        <w:br/>
        <w:t xml:space="preserve">    D. 178</w:t>
      </w:r>
      <w:r>
        <w:br/>
        <w:t>【答案】A　【解析】92+83=175。</w:t>
      </w:r>
    </w:p>
    <w:p>
      <w:r>
        <w:t>81. 计算：41 + 22 = ?</w:t>
      </w:r>
      <w:r>
        <w:br/>
        <w:t xml:space="preserve">    A. 63</w:t>
      </w:r>
      <w:r>
        <w:br/>
        <w:t xml:space="preserve">    B. 64</w:t>
      </w:r>
      <w:r>
        <w:br/>
        <w:t xml:space="preserve">    C. 65</w:t>
      </w:r>
      <w:r>
        <w:br/>
        <w:t xml:space="preserve">    D. 66</w:t>
      </w:r>
      <w:r>
        <w:br/>
        <w:t>【答案】A　【解析】41+22=63。</w:t>
      </w:r>
    </w:p>
    <w:p>
      <w:r>
        <w:t>82. 计算：66 + 77 = ?</w:t>
      </w:r>
      <w:r>
        <w:br/>
        <w:t xml:space="preserve">    A. 135</w:t>
      </w:r>
      <w:r>
        <w:br/>
        <w:t xml:space="preserve">    B. 143</w:t>
      </w:r>
      <w:r>
        <w:br/>
        <w:t xml:space="preserve">    C. 144</w:t>
      </w:r>
      <w:r>
        <w:br/>
        <w:t xml:space="preserve">    D. 147</w:t>
      </w:r>
      <w:r>
        <w:br/>
        <w:t>【答案】B　【解析】66+77=143。</w:t>
      </w:r>
    </w:p>
    <w:p>
      <w:r>
        <w:t>83. 计算：88 + 76 = ?</w:t>
      </w:r>
      <w:r>
        <w:br/>
        <w:t xml:space="preserve">    A. 164</w:t>
      </w:r>
      <w:r>
        <w:br/>
        <w:t xml:space="preserve">    B. 165</w:t>
      </w:r>
      <w:r>
        <w:br/>
        <w:t xml:space="preserve">    C. 166</w:t>
      </w:r>
      <w:r>
        <w:br/>
        <w:t xml:space="preserve">    D. 167</w:t>
      </w:r>
      <w:r>
        <w:br/>
        <w:t>【答案】A　【解析】88+76=164。</w:t>
      </w:r>
    </w:p>
    <w:p>
      <w:r>
        <w:t>84. 计算：75 + 62 = ?</w:t>
      </w:r>
      <w:r>
        <w:br/>
        <w:t xml:space="preserve">    A. 137</w:t>
      </w:r>
      <w:r>
        <w:br/>
        <w:t xml:space="preserve">    B. 138</w:t>
      </w:r>
      <w:r>
        <w:br/>
        <w:t xml:space="preserve">    C. 139</w:t>
      </w:r>
      <w:r>
        <w:br/>
        <w:t xml:space="preserve">    D. 140</w:t>
      </w:r>
      <w:r>
        <w:br/>
        <w:t>【答案】A　【解析】75+62=137。</w:t>
      </w:r>
    </w:p>
    <w:p>
      <w:r>
        <w:t>85. 计算：35 + 68 = ?</w:t>
      </w:r>
      <w:r>
        <w:br/>
        <w:t xml:space="preserve">    A. 103</w:t>
      </w:r>
      <w:r>
        <w:br/>
        <w:t xml:space="preserve">    B. 104</w:t>
      </w:r>
      <w:r>
        <w:br/>
        <w:t xml:space="preserve">    C. 105</w:t>
      </w:r>
      <w:r>
        <w:br/>
        <w:t xml:space="preserve">    D. 106</w:t>
      </w:r>
      <w:r>
        <w:br/>
        <w:t>【答案】A　【解析】35+68=103。</w:t>
      </w:r>
    </w:p>
    <w:p>
      <w:r>
        <w:t>86. 计算：35 + 13 = ?</w:t>
      </w:r>
      <w:r>
        <w:br/>
        <w:t xml:space="preserve">    A. 48</w:t>
      </w:r>
      <w:r>
        <w:br/>
        <w:t xml:space="preserve">    B. 49</w:t>
      </w:r>
      <w:r>
        <w:br/>
        <w:t xml:space="preserve">    C. 50</w:t>
      </w:r>
      <w:r>
        <w:br/>
        <w:t xml:space="preserve">    D. 51</w:t>
      </w:r>
      <w:r>
        <w:br/>
        <w:t>【答案】A　【解析】35+13=48。</w:t>
      </w:r>
    </w:p>
    <w:p>
      <w:r>
        <w:t>87. 计算：84 + 75 = ?</w:t>
      </w:r>
      <w:r>
        <w:br/>
        <w:t xml:space="preserve">    A. 153</w:t>
      </w:r>
      <w:r>
        <w:br/>
        <w:t xml:space="preserve">    B. 159</w:t>
      </w:r>
      <w:r>
        <w:br/>
        <w:t xml:space="preserve">    C. 160</w:t>
      </w:r>
      <w:r>
        <w:br/>
        <w:t xml:space="preserve">    D. 162</w:t>
      </w:r>
      <w:r>
        <w:br/>
        <w:t>【答案】B　【解析】84+75=159。</w:t>
      </w:r>
    </w:p>
    <w:p>
      <w:r>
        <w:t>88. 计算：45 + 71 = ?</w:t>
      </w:r>
      <w:r>
        <w:br/>
        <w:t xml:space="preserve">    A. 107</w:t>
      </w:r>
      <w:r>
        <w:br/>
        <w:t xml:space="preserve">    B. 116</w:t>
      </w:r>
      <w:r>
        <w:br/>
        <w:t xml:space="preserve">    C. 117</w:t>
      </w:r>
      <w:r>
        <w:br/>
        <w:t xml:space="preserve">    D. 120</w:t>
      </w:r>
      <w:r>
        <w:br/>
        <w:t>【答案】B　【解析】45+71=116。</w:t>
      </w:r>
    </w:p>
    <w:p>
      <w:r>
        <w:t>89. 计算：45 + 28 = ?</w:t>
      </w:r>
      <w:r>
        <w:br/>
        <w:t xml:space="preserve">    A. 73</w:t>
      </w:r>
      <w:r>
        <w:br/>
        <w:t xml:space="preserve">    B. 74</w:t>
      </w:r>
      <w:r>
        <w:br/>
        <w:t xml:space="preserve">    C. 75</w:t>
      </w:r>
      <w:r>
        <w:br/>
        <w:t xml:space="preserve">    D. 76</w:t>
      </w:r>
      <w:r>
        <w:br/>
        <w:t>【答案】A　【解析】45+28=73。</w:t>
      </w:r>
    </w:p>
    <w:p>
      <w:r>
        <w:t>90. 计算：32 + 98 = ?</w:t>
      </w:r>
      <w:r>
        <w:br/>
        <w:t xml:space="preserve">    A. 123</w:t>
      </w:r>
      <w:r>
        <w:br/>
        <w:t xml:space="preserve">    B. 130</w:t>
      </w:r>
      <w:r>
        <w:br/>
        <w:t xml:space="preserve">    C. 131</w:t>
      </w:r>
      <w:r>
        <w:br/>
        <w:t xml:space="preserve">    D. 135</w:t>
      </w:r>
      <w:r>
        <w:br/>
        <w:t>【答案】B　【解析】32+98=130。</w:t>
      </w:r>
    </w:p>
    <w:p>
      <w:r>
        <w:t>91. 计算：24 + 70 = ?</w:t>
      </w:r>
      <w:r>
        <w:br/>
        <w:t xml:space="preserve">    A. 93</w:t>
      </w:r>
      <w:r>
        <w:br/>
        <w:t xml:space="preserve">    B. 94</w:t>
      </w:r>
      <w:r>
        <w:br/>
        <w:t xml:space="preserve">    C. 95</w:t>
      </w:r>
      <w:r>
        <w:br/>
        <w:t xml:space="preserve">    D. 102</w:t>
      </w:r>
      <w:r>
        <w:br/>
        <w:t>【答案】B　【解析】24+70=94。</w:t>
      </w:r>
    </w:p>
    <w:p>
      <w:r>
        <w:t>92. 计算：87 + 43 = ?</w:t>
      </w:r>
      <w:r>
        <w:br/>
        <w:t xml:space="preserve">    A. 130</w:t>
      </w:r>
      <w:r>
        <w:br/>
        <w:t xml:space="preserve">    B. 131</w:t>
      </w:r>
      <w:r>
        <w:br/>
        <w:t xml:space="preserve">    C. 132</w:t>
      </w:r>
      <w:r>
        <w:br/>
        <w:t xml:space="preserve">    D. 133</w:t>
      </w:r>
      <w:r>
        <w:br/>
        <w:t>【答案】A　【解析】87+43=130。</w:t>
      </w:r>
    </w:p>
    <w:p>
      <w:r>
        <w:t>93. 计算：11 + 73 = ?</w:t>
      </w:r>
      <w:r>
        <w:br/>
        <w:t xml:space="preserve">    A. 84</w:t>
      </w:r>
      <w:r>
        <w:br/>
        <w:t xml:space="preserve">    B. 85</w:t>
      </w:r>
      <w:r>
        <w:br/>
        <w:t xml:space="preserve">    C. 86</w:t>
      </w:r>
      <w:r>
        <w:br/>
        <w:t xml:space="preserve">    D. 87</w:t>
      </w:r>
      <w:r>
        <w:br/>
        <w:t>【答案】A　【解析】11+73=84。</w:t>
      </w:r>
    </w:p>
    <w:p>
      <w:r>
        <w:t>94. 计算：24 + 93 = ?</w:t>
      </w:r>
      <w:r>
        <w:br/>
        <w:t xml:space="preserve">    A. 117</w:t>
      </w:r>
      <w:r>
        <w:br/>
        <w:t xml:space="preserve">    B. 118</w:t>
      </w:r>
      <w:r>
        <w:br/>
        <w:t xml:space="preserve">    C. 119</w:t>
      </w:r>
      <w:r>
        <w:br/>
        <w:t xml:space="preserve">    D. 120</w:t>
      </w:r>
      <w:r>
        <w:br/>
        <w:t>【答案】A　【解析】24+93=117。</w:t>
      </w:r>
    </w:p>
    <w:p>
      <w:r>
        <w:t>95. 计算：82 + 26 = ?</w:t>
      </w:r>
      <w:r>
        <w:br/>
        <w:t xml:space="preserve">    A. 100</w:t>
      </w:r>
      <w:r>
        <w:br/>
        <w:t xml:space="preserve">    B. 108</w:t>
      </w:r>
      <w:r>
        <w:br/>
        <w:t xml:space="preserve">    C. 109</w:t>
      </w:r>
      <w:r>
        <w:br/>
        <w:t xml:space="preserve">    D. 116</w:t>
      </w:r>
      <w:r>
        <w:br/>
        <w:t>【答案】B　【解析】82+26=108。</w:t>
      </w:r>
    </w:p>
    <w:p>
      <w:r>
        <w:t>96. 计算：31 + 60 = ?</w:t>
      </w:r>
      <w:r>
        <w:br/>
        <w:t xml:space="preserve">    A. 88</w:t>
      </w:r>
      <w:r>
        <w:br/>
        <w:t xml:space="preserve">    B. 91</w:t>
      </w:r>
      <w:r>
        <w:br/>
        <w:t xml:space="preserve">    C. 92</w:t>
      </w:r>
      <w:r>
        <w:br/>
        <w:t xml:space="preserve">    D. 96</w:t>
      </w:r>
      <w:r>
        <w:br/>
        <w:t>【答案】B　【解析】31+60=91。</w:t>
      </w:r>
    </w:p>
    <w:p>
      <w:r>
        <w:t>97. 计算：95 + 89 = ?</w:t>
      </w:r>
      <w:r>
        <w:br/>
        <w:t xml:space="preserve">    A. 184</w:t>
      </w:r>
      <w:r>
        <w:br/>
        <w:t xml:space="preserve">    B. 185</w:t>
      </w:r>
      <w:r>
        <w:br/>
        <w:t xml:space="preserve">    C. 186</w:t>
      </w:r>
      <w:r>
        <w:br/>
        <w:t xml:space="preserve">    D. 187</w:t>
      </w:r>
      <w:r>
        <w:br/>
        <w:t>【答案】A　【解析】95+89=184。</w:t>
      </w:r>
    </w:p>
    <w:p>
      <w:r>
        <w:t>98. 计算：29 + 51 = ?</w:t>
      </w:r>
      <w:r>
        <w:br/>
        <w:t xml:space="preserve">    A. 80</w:t>
      </w:r>
      <w:r>
        <w:br/>
        <w:t xml:space="preserve">    B. 81</w:t>
      </w:r>
      <w:r>
        <w:br/>
        <w:t xml:space="preserve">    C. 82</w:t>
      </w:r>
      <w:r>
        <w:br/>
        <w:t xml:space="preserve">    D. 83</w:t>
      </w:r>
      <w:r>
        <w:br/>
        <w:t>【答案】A　【解析】29+51=80。</w:t>
      </w:r>
    </w:p>
    <w:p>
      <w:r>
        <w:t>99. 计算：74 + 46 = ?</w:t>
      </w:r>
      <w:r>
        <w:br/>
        <w:t xml:space="preserve">    A. 117</w:t>
      </w:r>
      <w:r>
        <w:br/>
        <w:t xml:space="preserve">    B. 120</w:t>
      </w:r>
      <w:r>
        <w:br/>
        <w:t xml:space="preserve">    C. 121</w:t>
      </w:r>
      <w:r>
        <w:br/>
        <w:t xml:space="preserve">    D. 126</w:t>
      </w:r>
      <w:r>
        <w:br/>
        <w:t>【答案】B　【解析】74+46=120。</w:t>
      </w:r>
    </w:p>
    <w:p>
      <w:r>
        <w:t>100. 计算：82 + 77 = ?</w:t>
      </w:r>
      <w:r>
        <w:br/>
        <w:t xml:space="preserve">    A. 159</w:t>
      </w:r>
      <w:r>
        <w:br/>
        <w:t xml:space="preserve">    B. 160</w:t>
      </w:r>
      <w:r>
        <w:br/>
        <w:t xml:space="preserve">    C. 161</w:t>
      </w:r>
      <w:r>
        <w:br/>
        <w:t xml:space="preserve">    D. 162</w:t>
      </w:r>
      <w:r>
        <w:br/>
        <w:t>【答案】A　【解析】82+77=159。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