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行政后勤人员年度工作总结范文（通用版）</w:t>
      </w:r>
    </w:p>
    <w:p>
      <w:r>
        <w:t>年底写总结不知道从哪下手？小编整理了一份行政后勤人员年度工作总结范文，框架完整、语言规范，可直接参考套用。</w:t>
      </w:r>
    </w:p>
    <w:p>
      <w:r>
        <w:t>亮点：①结构：成绩-不足-计划三段式；②量化写法示范（服务了多少人次、组织了哪些活动）；③结尾有改进方向和明年计划；④Word版可修改成自己的。网页是预览版，下载Word完整版可直接编辑使用。? 免费下载Word完整版（可直接打印编辑）</w:t>
      </w:r>
    </w:p>
    <w:p>
      <w:pPr>
        <w:pStyle w:val="Heading1"/>
      </w:pPr>
      <w:r>
        <w:t>范文正文（节选）</w:t>
      </w:r>
    </w:p>
    <w:p>
      <w:r>
        <w:t>时光荏苒，2026年即将结束。过去一年，在公司领导的关心指导和同事们的大力支持下，我立足行政后勤岗位，紧紧围绕公司中心工作，认真履行岗位职责，较好地完成了各项工作任务。现将一年来的工作总结如下：</w:t>
      </w:r>
    </w:p>
    <w:p>
      <w:r>
        <w:t>一、主要工作成绩</w:t>
      </w:r>
    </w:p>
    <w:p>
      <w:r>
        <w:t>1. 会务保障方面：全年组织筹备各类会议XX场，协助做好会场布置、设备调试、签到引导等工作，确保会议顺利进行。</w:t>
      </w:r>
    </w:p>
    <w:p>
      <w:r>
        <w:t>2. 后勤服务方面：及时完成办公用品采购与发放，保障各部门日常办公需求；对接物业、保洁、食堂等外包服务，处理报修事项XX余次。</w:t>
      </w:r>
    </w:p>
    <w:p>
      <w:r>
        <w:t>3. 资产管理方面：建立固定资产台账，完成年度资产盘点，做到账实相符。</w:t>
      </w:r>
    </w:p>
    <w:p>
      <w:r>
        <w:t>4. 车辆管理方面：统筹公务用车调度，全年安全行驶XX公里，未发生责任事故。</w:t>
      </w:r>
    </w:p>
    <w:p>
      <w:r>
        <w:t>二、存在的不足</w:t>
      </w:r>
    </w:p>
    <w:p>
      <w:r>
        <w:t>1. 工作预见性有待提高，个别工作存在被动应对的情况。</w:t>
      </w:r>
    </w:p>
    <w:p>
      <w:r>
        <w:t>2. 沟通协调能力仍需加强，跨部门协作效率有提升空间。</w:t>
      </w:r>
    </w:p>
    <w:p>
      <w:r>
        <w:t>3. 信息化工具运用不够熟练，办公效率有待进一步提升。</w:t>
      </w:r>
    </w:p>
    <w:p>
      <w:r>
        <w:t>三、明年工作计划</w:t>
      </w:r>
    </w:p>
    <w:p>
      <w:r>
        <w:t>1. 优化后勤保障流程，建立更规范的服务响应机制；2. 加强信息化办公工具学习，推动后勤管理数字化；3. 提升主动服务意识，提前谋划、靠前服务。</w:t>
      </w:r>
    </w:p>
    <w:p>
      <w:r>
        <w:t>新的一年，我将继续以饱满的热情投入工作，努力把行政后勤工作做得更细、更实、更好。? 使用提示：范文中的“XX”处请替换成自己的实际数据；成绩部分多用数字说话，计划部分要具体可执行。完整版见Word。?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