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行政人员年终工作总结范文（办公室岗位专用）</w:t>
      </w:r>
    </w:p>
    <w:p>
      <w:r>
        <w:t>行政岗写总结和业务岗不一样，更强调服务保障！小编整理了行政人员年终工作总结范文，办公室、行政、后勤岗位通用。</w:t>
      </w:r>
    </w:p>
    <w:p>
      <w:r>
        <w:t>亮点：①行政工作亮点写法；②服务意识表达模板；③数据化表达。网页是预览版，下载Word完整版可编辑。? 免费下载Word完整版（可直接打印编辑）</w:t>
      </w:r>
    </w:p>
    <w:p>
      <w:pPr>
        <w:pStyle w:val="Heading1"/>
      </w:pPr>
      <w:r>
        <w:t>行政人员年度总结</w:t>
      </w:r>
    </w:p>
    <w:p>
      <w:r>
        <w:t>【前言】2026年，我立足行政服务岗位，认真做好办文、办会、办事等各项工作，为部门正常运转提供了有力保障。</w:t>
      </w:r>
    </w:p>
    <w:p>
      <w:r>
        <w:t>【成绩】一是办文：全年起草、审核文件____份；二是办会：组织会议____场；三是办事：协调处理事项____件；四是日常：办公用品、车辆、后勤保障有序开展。</w:t>
      </w:r>
    </w:p>
    <w:p>
      <w:r>
        <w:t>【不足与改进】……</w:t>
      </w:r>
    </w:p>
    <w:p>
      <w:r>
        <w:t>【明年计划】……完整范文见Word版。?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