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心理咨询师（社会心理服务）2027备考+100题模拟卷</w:t>
      </w:r>
    </w:p>
    <w:p>
      <w:r>
        <w:t>心理咨询师（社会心理服务）2027备考+100题模拟卷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心理学研究心理现象，心理现象包括（单选）</w:t>
        <w:br/>
        <w:t>A. 情绪与理智  B. 心理过程和个性心理  C. 行为与结果  D. 意识与潜意识</w:t>
        <w:br/>
        <w:t>答案：A  解析：心理现象分为心理过程（认知、情感、意志）和个性心理。</w:t>
      </w:r>
    </w:p>
    <w:p>
      <w:r>
        <w:t>2. "无条件积极关注"是哪个理论的核心概念（单选）</w:t>
        <w:br/>
        <w:t>A. 认知主义  B. 精神分析  C. 人本主义  D. 行为主义</w:t>
        <w:br/>
        <w:t>答案：A  解析：无条件积极关注是人本主义（罗杰斯）的核心概念。</w:t>
      </w:r>
    </w:p>
    <w:p>
      <w:r>
        <w:t>3. 弗洛伊德人格结构"三我"是指（单选）</w:t>
        <w:br/>
        <w:t>A. 显我隐我  B. 本我自我超我  C. 主我客我  D. 大我小我</w:t>
        <w:br/>
        <w:t>答案：D  解析：弗洛伊德人格结构：本我（快乐原则）、自我（现实原则）、超我（道德原则）。</w:t>
      </w:r>
    </w:p>
    <w:p>
      <w:r>
        <w:t>4. 经典条件反射实验由谁完成（单选）</w:t>
        <w:br/>
        <w:t>A. 巴甫洛夫  B. 班杜拉  C. 华生  D. 斯金纳</w:t>
        <w:br/>
        <w:t>答案：B  解析：巴甫洛夫经典条件反射实验（狗分泌唾液）。</w:t>
      </w:r>
    </w:p>
    <w:p>
      <w:r>
        <w:t>5. 操作性条件反射"强化"理论由谁提出（单选）</w:t>
        <w:br/>
        <w:t>A. 斯金纳  B. 巴甫洛夫  C. 马斯洛  D. 皮亚杰</w:t>
        <w:br/>
        <w:t>答案：C  解析：斯金纳提出操作性条件反射和强化理论。</w:t>
      </w:r>
    </w:p>
    <w:p>
      <w:r>
        <w:t>6. 马斯洛需要层次理论最高层是（单选）</w:t>
        <w:br/>
        <w:t>A. 安全需要  B. 生理需要  C. 自我实现  D. 尊重需要</w:t>
        <w:br/>
        <w:t>答案：D  解析：马斯洛层次：生理-安全-归属-尊重-自我实现。</w:t>
      </w:r>
    </w:p>
    <w:p>
      <w:r>
        <w:t>7. 艾宾浩斯遗忘曲线表明遗忘的规律是（单选）</w:t>
        <w:br/>
        <w:t>A. 先快后慢  B. 先慢后快  C. 匀速  D. 无规律</w:t>
        <w:br/>
        <w:t>答案：D  解析：遗忘曲线显示遗忘进程先快后慢，需及时复习。</w:t>
      </w:r>
    </w:p>
    <w:p>
      <w:r>
        <w:t>8. "疑人偷斧"反映的心理现象是（单选）</w:t>
        <w:br/>
        <w:t>A. 幻觉  B. 遗忘  C. 错觉  D. 知觉的选择性</w:t>
        <w:br/>
        <w:t>答案：B  解析：知觉选择性使人按已有经验选择加工信息。</w:t>
      </w:r>
    </w:p>
    <w:p>
      <w:r>
        <w:t>9. 系统脱敏法属于（单选）</w:t>
        <w:br/>
        <w:t>A. 行为疗法  B. 精神分析  C. 人本主义  D. 认知疗法</w:t>
        <w:br/>
        <w:t>答案：D  解析：系统脱敏法是基于经典条件反射的行为疗法，用于治疗恐惧症。</w:t>
      </w:r>
    </w:p>
    <w:p>
      <w:r>
        <w:t>10. 抑郁症的核心症状不包括（单选）</w:t>
        <w:br/>
        <w:t>A. 兴趣减退  B. 情绪低落  C. 思维迟缓  D. 食欲大增精力旺盛</w:t>
        <w:br/>
        <w:t>答案：C  解析：抑郁症典型表现为情绪低落、兴趣减退、精力下降等，而非精力旺盛。</w:t>
      </w:r>
    </w:p>
    <w:p>
      <w:r>
        <w:t>11. 心理咨询的基本原则是（单选）</w:t>
        <w:br/>
        <w:t>A. 保密原则  B. 评判原则  C. 强制原则  D. 公开原则</w:t>
        <w:br/>
        <w:t>答案：B  解析：保密是心理咨询的首要原则，例外情况（自伤伤人）除外。</w:t>
      </w:r>
    </w:p>
    <w:p>
      <w:r>
        <w:t>12. 皮亚杰认知发展阶段中"具体运算阶段"的年龄是（单选）</w:t>
        <w:br/>
        <w:t>A. 2-7岁  B. 0-2岁  C. 7-11岁  D. 11-15岁</w:t>
        <w:br/>
        <w:t>答案：D  解析：具体运算阶段7-11岁，具备守恒概念。</w:t>
      </w:r>
    </w:p>
    <w:p>
      <w:r>
        <w:t>13. "习得性无助"概念由谁提出（单选）</w:t>
        <w:br/>
        <w:t>A. 塞利格曼  B. 荣格  C. 阿德勒  D. 罗杰斯</w:t>
        <w:br/>
        <w:t>答案：D  解析：塞利格曼通过实验提出习得性无助理论。</w:t>
      </w:r>
    </w:p>
    <w:p>
      <w:r>
        <w:t>14. 焦虑的本质是（单选）</w:t>
        <w:br/>
        <w:t>A. 对过去的回忆  B. 对睡眠的需求  C. 对未来的担忧恐惧  D. 对食物的需求</w:t>
        <w:br/>
        <w:t>答案：B  解析：焦虑是对未来不确定事件的担忧和恐惧。</w:t>
      </w:r>
    </w:p>
    <w:p>
      <w:r>
        <w:t>15. 良好心理咨询关系建立的关键是（单选）</w:t>
        <w:br/>
        <w:t>A. 说教  B. 批评  C. 共情与尊重  D. 评判</w:t>
        <w:br/>
        <w:t>答案：D  解析：共情、积极关注、真诚是建立咨询关系的核心。</w:t>
      </w:r>
    </w:p>
    <w:p>
      <w:r>
        <w:t>16. 团体心理咨询的优势不包括（单选）</w:t>
        <w:br/>
        <w:t>A. 完全保密  B. 效率高  C. 情境真实  D. 成员相互支持</w:t>
        <w:br/>
        <w:t>答案：A  解析：团体咨询的优势是效率高、同伴支持、情境模拟，但保密性弱于个体咨询。</w:t>
      </w:r>
    </w:p>
    <w:p>
      <w:r>
        <w:t>17. 心理危机干预的"黄金期"一般指（单选）</w:t>
        <w:br/>
        <w:t>A. 危机发生后72小时内  B. 一周后  C. 半年后  D. 一个月后</w:t>
        <w:br/>
        <w:t>答案：C  解析：危机干预黄金期是事件发生后72小时内。</w:t>
      </w:r>
    </w:p>
    <w:p>
      <w:r>
        <w:t>18. 睡眠障碍中"失眠症"的主要表现是（单选）</w:t>
        <w:br/>
        <w:t>A. 打鼾  B. 多梦  C. 嗜睡  D. 入睡困难易醒早醒</w:t>
        <w:br/>
        <w:t>答案：C  解析：失眠症表现为入睡困难、易醒、早醒且影响日间功能。</w:t>
      </w:r>
    </w:p>
    <w:p>
      <w:r>
        <w:t>19. 青少年逆反心理的实质是（单选）</w:t>
        <w:br/>
        <w:t>A. 心理疾病  B. 故意对抗  C. 寻求独立自主  D. 不懂事</w:t>
        <w:br/>
        <w:t>答案：A  解析：逆反心理本质是青少年自我意识觉醒、寻求独立的表现。</w:t>
      </w:r>
    </w:p>
    <w:p>
      <w:r>
        <w:t>20. 认知疗法的核心是改变（单选）</w:t>
        <w:br/>
        <w:t>A. 不合理信念  B. 人际关系  C. 行为习惯  D. 生理反应</w:t>
        <w:br/>
        <w:t>答案：B  解析：认知疗法（贝克）核心是识别和改变不合理信念与认知偏差。</w:t>
      </w:r>
    </w:p>
    <w:p>
      <w:r>
        <w:t>21. 心理学研究心理现象，心理现象包括（单选）</w:t>
        <w:br/>
        <w:t>A. 意识与潜意识  B. 心理过程和个性心理  C. 情绪与理智  D. 行为与结果</w:t>
        <w:br/>
        <w:t>答案：C  解析：心理现象分为心理过程（认知、情感、意志）和个性心理。</w:t>
      </w:r>
    </w:p>
    <w:p>
      <w:r>
        <w:t>22. "无条件积极关注"是哪个理论的核心概念（单选）</w:t>
        <w:br/>
        <w:t>A. 精神分析  B. 认知主义  C. 人本主义  D. 行为主义</w:t>
        <w:br/>
        <w:t>答案：B  解析：无条件积极关注是人本主义（罗杰斯）的核心概念。</w:t>
      </w:r>
    </w:p>
    <w:p>
      <w:r>
        <w:t>23. 弗洛伊德人格结构"三我"是指（单选）</w:t>
        <w:br/>
        <w:t>A. 主我客我  B. 大我小我  C. 显我隐我  D. 本我自我超我</w:t>
        <w:br/>
        <w:t>答案：B  解析：弗洛伊德人格结构：本我（快乐原则）、自我（现实原则）、超我（道德原则）。</w:t>
      </w:r>
    </w:p>
    <w:p>
      <w:r>
        <w:t>24. 经典条件反射实验由谁完成（单选）</w:t>
        <w:br/>
        <w:t>A. 巴甫洛夫  B. 华生  C. 班杜拉  D. 斯金纳</w:t>
        <w:br/>
        <w:t>答案：C  解析：巴甫洛夫经典条件反射实验（狗分泌唾液）。</w:t>
      </w:r>
    </w:p>
    <w:p>
      <w:r>
        <w:t>25. 操作性条件反射"强化"理论由谁提出（单选）</w:t>
        <w:br/>
        <w:t>A. 斯金纳  B. 马斯洛  C. 皮亚杰  D. 巴甫洛夫</w:t>
        <w:br/>
        <w:t>答案：B  解析：斯金纳提出操作性条件反射和强化理论。</w:t>
      </w:r>
    </w:p>
    <w:p>
      <w:r>
        <w:t>26. 马斯洛需要层次理论最高层是（单选）</w:t>
        <w:br/>
        <w:t>A. 生理需要  B. 安全需要  C. 尊重需要  D. 自我实现</w:t>
        <w:br/>
        <w:t>答案：C  解析：马斯洛层次：生理-安全-归属-尊重-自我实现。</w:t>
      </w:r>
    </w:p>
    <w:p>
      <w:r>
        <w:t>27. 艾宾浩斯遗忘曲线表明遗忘的规律是（单选）</w:t>
        <w:br/>
        <w:t>A. 先慢后快  B. 无规律  C. 先快后慢  D. 匀速</w:t>
        <w:br/>
        <w:t>答案：B  解析：遗忘曲线显示遗忘进程先快后慢，需及时复习。</w:t>
      </w:r>
    </w:p>
    <w:p>
      <w:r>
        <w:t>28. "疑人偷斧"反映的心理现象是（单选）</w:t>
        <w:br/>
        <w:t>A. 幻觉  B. 遗忘  C. 知觉的选择性  D. 错觉</w:t>
        <w:br/>
        <w:t>答案：B  解析：知觉选择性使人按已有经验选择加工信息。</w:t>
      </w:r>
    </w:p>
    <w:p>
      <w:r>
        <w:t>29. 系统脱敏法属于（单选）</w:t>
        <w:br/>
        <w:t>A. 认知疗法  B. 精神分析  C. 行为疗法  D. 人本主义</w:t>
        <w:br/>
        <w:t>答案：A  解析：系统脱敏法是基于经典条件反射的行为疗法，用于治疗恐惧症。</w:t>
      </w:r>
    </w:p>
    <w:p>
      <w:r>
        <w:t>30. 抑郁症的核心症状不包括（单选）</w:t>
        <w:br/>
        <w:t>A. 食欲大增精力旺盛  B. 情绪低落  C. 兴趣减退  D. 思维迟缓</w:t>
        <w:br/>
        <w:t>答案：D  解析：抑郁症典型表现为情绪低落、兴趣减退、精力下降等，而非精力旺盛。</w:t>
      </w:r>
    </w:p>
    <w:p>
      <w:r>
        <w:t>31. 心理咨询的基本原则是（单选）</w:t>
        <w:br/>
        <w:t>A. 强制原则  B. 保密原则  C. 评判原则  D. 公开原则</w:t>
        <w:br/>
        <w:t>答案：C  解析：保密是心理咨询的首要原则，例外情况（自伤伤人）除外。</w:t>
      </w:r>
    </w:p>
    <w:p>
      <w:r>
        <w:t>32. 皮亚杰认知发展阶段中"具体运算阶段"的年龄是（单选）</w:t>
        <w:br/>
        <w:t>A. 0-2岁  B. 7-11岁  C. 2-7岁  D. 11-15岁</w:t>
        <w:br/>
        <w:t>答案：D  解析：具体运算阶段7-11岁，具备守恒概念。</w:t>
      </w:r>
    </w:p>
    <w:p>
      <w:r>
        <w:t>33. "习得性无助"概念由谁提出（单选）</w:t>
        <w:br/>
        <w:t>A. 阿德勒  B. 荣格  C. 塞利格曼  D. 罗杰斯</w:t>
        <w:br/>
        <w:t>答案：D  解析：塞利格曼通过实验提出习得性无助理论。</w:t>
      </w:r>
    </w:p>
    <w:p>
      <w:r>
        <w:t>34. 焦虑的本质是（单选）</w:t>
        <w:br/>
        <w:t>A. 对未来的担忧恐惧  B. 对过去的回忆  C. 对睡眠的需求  D. 对食物的需求</w:t>
        <w:br/>
        <w:t>答案：C  解析：焦虑是对未来不确定事件的担忧和恐惧。</w:t>
      </w:r>
    </w:p>
    <w:p>
      <w:r>
        <w:t>35. 良好心理咨询关系建立的关键是（单选）</w:t>
        <w:br/>
        <w:t>A. 说教  B. 批评  C. 共情与尊重  D. 评判</w:t>
        <w:br/>
        <w:t>答案：D  解析：共情、积极关注、真诚是建立咨询关系的核心。</w:t>
      </w:r>
    </w:p>
    <w:p>
      <w:r>
        <w:t>36. 团体心理咨询的优势不包括（单选）</w:t>
        <w:br/>
        <w:t>A. 效率高  B. 成员相互支持  C. 情境真实  D. 完全保密</w:t>
        <w:br/>
        <w:t>答案：D  解析：团体咨询的优势是效率高、同伴支持、情境模拟，但保密性弱于个体咨询。</w:t>
      </w:r>
    </w:p>
    <w:p>
      <w:r>
        <w:t>37. 心理危机干预的"黄金期"一般指（单选）</w:t>
        <w:br/>
        <w:t>A. 一个月后  B. 危机发生后72小时内  C. 半年后  D. 一周后</w:t>
        <w:br/>
        <w:t>答案：C  解析：危机干预黄金期是事件发生后72小时内。</w:t>
      </w:r>
    </w:p>
    <w:p>
      <w:r>
        <w:t>38. 睡眠障碍中"失眠症"的主要表现是（单选）</w:t>
        <w:br/>
        <w:t>A. 打鼾  B. 入睡困难易醒早醒  C. 多梦  D. 嗜睡</w:t>
        <w:br/>
        <w:t>答案：D  解析：失眠症表现为入睡困难、易醒、早醒且影响日间功能。</w:t>
      </w:r>
    </w:p>
    <w:p>
      <w:r>
        <w:t>39. 青少年逆反心理的实质是（单选）</w:t>
        <w:br/>
        <w:t>A. 寻求独立自主  B. 故意对抗  C. 心理疾病  D. 不懂事</w:t>
        <w:br/>
        <w:t>答案：C  解析：逆反心理本质是青少年自我意识觉醒、寻求独立的表现。</w:t>
      </w:r>
    </w:p>
    <w:p>
      <w:r>
        <w:t>40. 认知疗法的核心是改变（单选）</w:t>
        <w:br/>
        <w:t>A. 不合理信念  B. 生理反应  C. 行为习惯  D. 人际关系</w:t>
        <w:br/>
        <w:t>答案：D  解析：认知疗法（贝克）核心是识别和改变不合理信念与认知偏差。</w:t>
      </w:r>
    </w:p>
    <w:p>
      <w:r>
        <w:t>41. 心理学研究心理现象，心理现象包括（单选）</w:t>
        <w:br/>
        <w:t>A. 心理过程和个性心理  B. 意识与潜意识  C. 情绪与理智  D. 行为与结果</w:t>
        <w:br/>
        <w:t>答案：C  解析：心理现象分为心理过程（认知、情感、意志）和个性心理。</w:t>
      </w:r>
    </w:p>
    <w:p>
      <w:r>
        <w:t>42. "无条件积极关注"是哪个理论的核心概念（单选）</w:t>
        <w:br/>
        <w:t>A. 精神分析  B. 认知主义  C. 行为主义  D. 人本主义</w:t>
        <w:br/>
        <w:t>答案：B  解析：无条件积极关注是人本主义（罗杰斯）的核心概念。</w:t>
      </w:r>
    </w:p>
    <w:p>
      <w:r>
        <w:t>43. 弗洛伊德人格结构"三我"是指（单选）</w:t>
        <w:br/>
        <w:t>A. 本我自我超我  B. 大我小我  C. 显我隐我  D. 主我客我</w:t>
        <w:br/>
        <w:t>答案：B  解析：弗洛伊德人格结构：本我（快乐原则）、自我（现实原则）、超我（道德原则）。</w:t>
      </w:r>
    </w:p>
    <w:p>
      <w:r>
        <w:t>44. 经典条件反射实验由谁完成（单选）</w:t>
        <w:br/>
        <w:t>A. 巴甫洛夫  B. 华生  C. 班杜拉  D. 斯金纳</w:t>
        <w:br/>
        <w:t>答案：C  解析：巴甫洛夫经典条件反射实验（狗分泌唾液）。</w:t>
      </w:r>
    </w:p>
    <w:p>
      <w:r>
        <w:t>45. 操作性条件反射"强化"理论由谁提出（单选）</w:t>
        <w:br/>
        <w:t>A. 斯金纳  B. 马斯洛  C. 巴甫洛夫  D. 皮亚杰</w:t>
        <w:br/>
        <w:t>答案：B  解析：斯金纳提出操作性条件反射和强化理论。</w:t>
      </w:r>
    </w:p>
    <w:p>
      <w:r>
        <w:t>46. 马斯洛需要层次理论最高层是（单选）</w:t>
        <w:br/>
        <w:t>A. 自我实现  B. 尊重需要  C. 生理需要  D. 安全需要</w:t>
        <w:br/>
        <w:t>答案：B  解析：马斯洛层次：生理-安全-归属-尊重-自我实现。</w:t>
      </w:r>
    </w:p>
    <w:p>
      <w:r>
        <w:t>47. 艾宾浩斯遗忘曲线表明遗忘的规律是（单选）</w:t>
        <w:br/>
        <w:t>A. 匀速  B. 先快后慢  C. 无规律  D. 先慢后快</w:t>
        <w:br/>
        <w:t>答案：C  解析：遗忘曲线显示遗忘进程先快后慢，需及时复习。</w:t>
      </w:r>
    </w:p>
    <w:p>
      <w:r>
        <w:t>48. "疑人偷斧"反映的心理现象是（单选）</w:t>
        <w:br/>
        <w:t>A. 遗忘  B. 错觉  C. 幻觉  D. 知觉的选择性</w:t>
        <w:br/>
        <w:t>答案：A  解析：知觉选择性使人按已有经验选择加工信息。</w:t>
      </w:r>
    </w:p>
    <w:p>
      <w:r>
        <w:t>49. 系统脱敏法属于（单选）</w:t>
        <w:br/>
        <w:t>A. 认知疗法  B. 人本主义  C. 精神分析  D. 行为疗法</w:t>
        <w:br/>
        <w:t>答案：A  解析：系统脱敏法是基于经典条件反射的行为疗法，用于治疗恐惧症。</w:t>
      </w:r>
    </w:p>
    <w:p>
      <w:r>
        <w:t>50. 抑郁症的核心症状不包括（单选）</w:t>
        <w:br/>
        <w:t>A. 兴趣减退  B. 情绪低落  C. 思维迟缓  D. 食欲大增精力旺盛</w:t>
        <w:br/>
        <w:t>答案：C  解析：抑郁症典型表现为情绪低落、兴趣减退、精力下降等，而非精力旺盛。</w:t>
      </w:r>
    </w:p>
    <w:p>
      <w:r>
        <w:t>51. 心理咨询的基本原则是（单选）</w:t>
        <w:br/>
        <w:t>A. 公开原则  B. 强制原则  C. 保密原则  D. 评判原则</w:t>
        <w:br/>
        <w:t>答案：D  解析：保密是心理咨询的首要原则，例外情况（自伤伤人）除外。</w:t>
      </w:r>
    </w:p>
    <w:p>
      <w:r>
        <w:t>52. 皮亚杰认知发展阶段中"具体运算阶段"的年龄是（单选）</w:t>
        <w:br/>
        <w:t>A. 11-15岁  B. 7-11岁  C. 0-2岁  D. 2-7岁</w:t>
        <w:br/>
        <w:t>答案：A  解析：具体运算阶段7-11岁，具备守恒概念。</w:t>
      </w:r>
    </w:p>
    <w:p>
      <w:r>
        <w:t>53. "习得性无助"概念由谁提出（单选）</w:t>
        <w:br/>
        <w:t>A. 塞利格曼  B. 荣格  C. 罗杰斯  D. 阿德勒</w:t>
        <w:br/>
        <w:t>答案：C  解析：塞利格曼通过实验提出习得性无助理论。</w:t>
      </w:r>
    </w:p>
    <w:p>
      <w:r>
        <w:t>54. 焦虑的本质是（单选）</w:t>
        <w:br/>
        <w:t>A. 对未来的担忧恐惧  B. 对食物的需求  C. 对睡眠的需求  D. 对过去的回忆</w:t>
        <w:br/>
        <w:t>答案：C  解析：焦虑是对未来不确定事件的担忧和恐惧。</w:t>
      </w:r>
    </w:p>
    <w:p>
      <w:r>
        <w:t>55. 良好心理咨询关系建立的关键是（单选）</w:t>
        <w:br/>
        <w:t>A. 共情与尊重  B. 说教  C. 批评  D. 评判</w:t>
        <w:br/>
        <w:t>答案：D  解析：共情、积极关注、真诚是建立咨询关系的核心。</w:t>
      </w:r>
    </w:p>
    <w:p>
      <w:r>
        <w:t>56. 团体心理咨询的优势不包括（单选）</w:t>
        <w:br/>
        <w:t>A. 效率高  B. 情境真实  C. 成员相互支持  D. 完全保密</w:t>
        <w:br/>
        <w:t>答案：D  解析：团体咨询的优势是效率高、同伴支持、情境模拟，但保密性弱于个体咨询。</w:t>
      </w:r>
    </w:p>
    <w:p>
      <w:r>
        <w:t>57. 心理危机干预的"黄金期"一般指（单选）</w:t>
        <w:br/>
        <w:t>A. 一周后  B. 危机发生后72小时内  C. 半年后  D. 一个月后</w:t>
        <w:br/>
        <w:t>答案：C  解析：危机干预黄金期是事件发生后72小时内。</w:t>
      </w:r>
    </w:p>
    <w:p>
      <w:r>
        <w:t>58. 睡眠障碍中"失眠症"的主要表现是（单选）</w:t>
        <w:br/>
        <w:t>A. 嗜睡  B. 入睡困难易醒早醒  C. 打鼾  D. 多梦</w:t>
        <w:br/>
        <w:t>答案：A  解析：失眠症表现为入睡困难、易醒、早醒且影响日间功能。</w:t>
      </w:r>
    </w:p>
    <w:p>
      <w:r>
        <w:t>59. 青少年逆反心理的实质是（单选）</w:t>
        <w:br/>
        <w:t>A. 心理疾病  B. 故意对抗  C. 寻求独立自主  D. 不懂事</w:t>
        <w:br/>
        <w:t>答案：A  解析：逆反心理本质是青少年自我意识觉醒、寻求独立的表现。</w:t>
      </w:r>
    </w:p>
    <w:p>
      <w:r>
        <w:t>60. 认知疗法的核心是改变（单选）</w:t>
        <w:br/>
        <w:t>A. 人际关系  B. 不合理信念  C. 生理反应  D. 行为习惯</w:t>
        <w:br/>
        <w:t>答案：A  解析：认知疗法（贝克）核心是识别和改变不合理信念与认知偏差。</w:t>
      </w:r>
    </w:p>
    <w:p>
      <w:r>
        <w:t>61. 心理学研究心理现象，心理现象包括，该说法正确与否？（判断）</w:t>
        <w:br/>
        <w:t>答案：正确  解析：心理现象分为心理过程（认知、情感、意志）和个性心理。</w:t>
      </w:r>
    </w:p>
    <w:p>
      <w:r>
        <w:t>62. "无条件积极关注"是哪个理论的核心概念，该说法正确与否？（判断）</w:t>
        <w:br/>
        <w:t>答案：错误  解析：无条件积极关注是人本主义（罗杰斯）的核心概念。 请以官方教材表述为准。</w:t>
      </w:r>
    </w:p>
    <w:p>
      <w:r>
        <w:t>63. 弗洛伊德人格结构"三我"是指，该说法正确与否？（判断）</w:t>
        <w:br/>
        <w:t>答案：错误  解析：弗洛伊德人格结构：本我（快乐原则）、自我（现实原则）、超我（道德原则）。 请以官方教材表述为准。</w:t>
      </w:r>
    </w:p>
    <w:p>
      <w:r>
        <w:t>64. 经典条件反射实验由谁完成，该说法正确与否？（判断）</w:t>
        <w:br/>
        <w:t>答案：正确  解析：巴甫洛夫经典条件反射实验（狗分泌唾液）。</w:t>
      </w:r>
    </w:p>
    <w:p>
      <w:r>
        <w:t>65. 操作性条件反射"强化"理论由谁提出，该说法正确与否？（判断）</w:t>
        <w:br/>
        <w:t>答案：错误  解析：斯金纳提出操作性条件反射和强化理论。 请以官方教材表述为准。</w:t>
      </w:r>
    </w:p>
    <w:p>
      <w:r>
        <w:t>66. 马斯洛需要层次理论最高层是，该说法正确与否？（判断）</w:t>
        <w:br/>
        <w:t>答案：错误  解析：马斯洛层次：生理-安全-归属-尊重-自我实现。 请以官方教材表述为准。</w:t>
      </w:r>
    </w:p>
    <w:p>
      <w:r>
        <w:t>67. 艾宾浩斯遗忘曲线表明遗忘的规律是，该说法正确与否？（判断）</w:t>
        <w:br/>
        <w:t>答案：正确  解析：遗忘曲线显示遗忘进程先快后慢，需及时复习。</w:t>
      </w:r>
    </w:p>
    <w:p>
      <w:r>
        <w:t>68. "疑人偷斧"反映的心理现象是，该说法正确与否？（判断）</w:t>
        <w:br/>
        <w:t>答案：错误  解析：知觉选择性使人按已有经验选择加工信息。 请以官方教材表述为准。</w:t>
      </w:r>
    </w:p>
    <w:p>
      <w:r>
        <w:t>69. 系统脱敏法属于，该说法正确与否？（判断）</w:t>
        <w:br/>
        <w:t>答案：错误  解析：系统脱敏法是基于经典条件反射的行为疗法，用于治疗恐惧症。 请以官方教材表述为准。</w:t>
      </w:r>
    </w:p>
    <w:p>
      <w:r>
        <w:t>70. 抑郁症的核心症状不包括，该说法正确与否？（判断）</w:t>
        <w:br/>
        <w:t>答案：正确  解析：抑郁症典型表现为情绪低落、兴趣减退、精力下降等，而非精力旺盛。</w:t>
      </w:r>
    </w:p>
    <w:p>
      <w:r>
        <w:t>71. 心理咨询的基本原则是，该说法正确与否？（判断）</w:t>
        <w:br/>
        <w:t>答案：错误  解析：保密是心理咨询的首要原则，例外情况（自伤伤人）除外。 请以官方教材表述为准。</w:t>
      </w:r>
    </w:p>
    <w:p>
      <w:r>
        <w:t>72. 皮亚杰认知发展阶段中"具体运算阶段"的年龄是，该说法正确与否？（判断）</w:t>
        <w:br/>
        <w:t>答案：错误  解析：具体运算阶段7-11岁，具备守恒概念。 请以官方教材表述为准。</w:t>
      </w:r>
    </w:p>
    <w:p>
      <w:r>
        <w:t>73. "习得性无助"概念由谁提出，该说法正确与否？（判断）</w:t>
        <w:br/>
        <w:t>答案：正确  解析：塞利格曼通过实验提出习得性无助理论。</w:t>
      </w:r>
    </w:p>
    <w:p>
      <w:r>
        <w:t>74. 焦虑的本质是，该说法正确与否？（判断）</w:t>
        <w:br/>
        <w:t>答案：错误  解析：焦虑是对未来不确定事件的担忧和恐惧。 请以官方教材表述为准。</w:t>
      </w:r>
    </w:p>
    <w:p>
      <w:r>
        <w:t>75. 良好心理咨询关系建立的关键是，该说法正确与否？（判断）</w:t>
        <w:br/>
        <w:t>答案：错误  解析：共情、积极关注、真诚是建立咨询关系的核心。 请以官方教材表述为准。</w:t>
      </w:r>
    </w:p>
    <w:p>
      <w:r>
        <w:t>76. 团体心理咨询的优势不包括，该说法正确与否？（判断）</w:t>
        <w:br/>
        <w:t>答案：正确  解析：团体咨询的优势是效率高、同伴支持、情境模拟，但保密性弱于个体咨询。</w:t>
      </w:r>
    </w:p>
    <w:p>
      <w:r>
        <w:t>77. 心理危机干预的"黄金期"一般指，该说法正确与否？（判断）</w:t>
        <w:br/>
        <w:t>答案：错误  解析：危机干预黄金期是事件发生后72小时内。 请以官方教材表述为准。</w:t>
      </w:r>
    </w:p>
    <w:p>
      <w:r>
        <w:t>78. 睡眠障碍中"失眠症"的主要表现是，该说法正确与否？（判断）</w:t>
        <w:br/>
        <w:t>答案：错误  解析：失眠症表现为入睡困难、易醒、早醒且影响日间功能。 请以官方教材表述为准。</w:t>
      </w:r>
    </w:p>
    <w:p>
      <w:r>
        <w:t>79. 青少年逆反心理的实质是，该说法正确与否？（判断）</w:t>
        <w:br/>
        <w:t>答案：正确  解析：逆反心理本质是青少年自我意识觉醒、寻求独立的表现。</w:t>
      </w:r>
    </w:p>
    <w:p>
      <w:r>
        <w:t>80. 认知疗法的核心是改变，该说法正确与否？（判断）</w:t>
        <w:br/>
        <w:t>答案：错误  解析：认知疗法（贝克）核心是识别和改变不合理信念与认知偏差。 请以官方教材表述为准。</w:t>
      </w:r>
    </w:p>
    <w:p>
      <w:r>
        <w:t>81. 心理学研究心理现象，心理现象包括，该说法正确与否？（判断）</w:t>
        <w:br/>
        <w:t>答案：错误  解析：心理现象分为心理过程（认知、情感、意志）和个性心理。 请以官方教材表述为准。</w:t>
      </w:r>
    </w:p>
    <w:p>
      <w:r>
        <w:t>82. "无条件积极关注"是哪个理论的核心概念，该说法正确与否？（判断）</w:t>
        <w:br/>
        <w:t>答案：正确  解析：无条件积极关注是人本主义（罗杰斯）的核心概念。</w:t>
      </w:r>
    </w:p>
    <w:p>
      <w:r>
        <w:t>83. 弗洛伊德人格结构"三我"是指，该说法正确与否？（判断）</w:t>
        <w:br/>
        <w:t>答案：错误  解析：弗洛伊德人格结构：本我（快乐原则）、自我（现实原则）、超我（道德原则）。 请以官方教材表述为准。</w:t>
      </w:r>
    </w:p>
    <w:p>
      <w:r>
        <w:t>84. 经典条件反射实验由谁完成，该说法正确与否？（判断）</w:t>
        <w:br/>
        <w:t>答案：错误  解析：巴甫洛夫经典条件反射实验（狗分泌唾液）。 请以官方教材表述为准。</w:t>
      </w:r>
    </w:p>
    <w:p>
      <w:r>
        <w:t>85. 操作性条件反射"强化"理论由谁提出，该说法正确与否？（判断）</w:t>
        <w:br/>
        <w:t>答案：正确  解析：斯金纳提出操作性条件反射和强化理论。</w:t>
      </w:r>
    </w:p>
    <w:p>
      <w:r>
        <w:t>86. 马斯洛需要层次理论最高层是，该说法正确与否？（判断）</w:t>
        <w:br/>
        <w:t>答案：错误  解析：马斯洛层次：生理-安全-归属-尊重-自我实现。 请以官方教材表述为准。</w:t>
      </w:r>
    </w:p>
    <w:p>
      <w:r>
        <w:t>87. 艾宾浩斯遗忘曲线表明遗忘的规律是，该说法正确与否？（判断）</w:t>
        <w:br/>
        <w:t>答案：错误  解析：遗忘曲线显示遗忘进程先快后慢，需及时复习。 请以官方教材表述为准。</w:t>
      </w:r>
    </w:p>
    <w:p>
      <w:r>
        <w:t>88. "疑人偷斧"反映的心理现象是，该说法正确与否？（判断）</w:t>
        <w:br/>
        <w:t>答案：正确  解析：知觉选择性使人按已有经验选择加工信息。</w:t>
      </w:r>
    </w:p>
    <w:p>
      <w:r>
        <w:t>89. 系统脱敏法属于，该说法正确与否？（判断）</w:t>
        <w:br/>
        <w:t>答案：错误  解析：系统脱敏法是基于经典条件反射的行为疗法，用于治疗恐惧症。 请以官方教材表述为准。</w:t>
      </w:r>
    </w:p>
    <w:p>
      <w:r>
        <w:t>90. 抑郁症的核心症状不包括，该说法正确与否？（判断）</w:t>
        <w:br/>
        <w:t>答案：错误  解析：抑郁症典型表现为情绪低落、兴趣减退、精力下降等，而非精力旺盛。 请以官方教材表述为准。</w:t>
      </w:r>
    </w:p>
    <w:p>
      <w:r>
        <w:t>91. 心理咨询的基本原则是，该说法正确与否？（判断）</w:t>
        <w:br/>
        <w:t>答案：正确  解析：保密是心理咨询的首要原则，例外情况（自伤伤人）除外。</w:t>
      </w:r>
    </w:p>
    <w:p>
      <w:r>
        <w:t>92. 皮亚杰认知发展阶段中"具体运算阶段"的年龄是，该说法正确与否？（判断）</w:t>
        <w:br/>
        <w:t>答案：错误  解析：具体运算阶段7-11岁，具备守恒概念。 请以官方教材表述为准。</w:t>
      </w:r>
    </w:p>
    <w:p>
      <w:r>
        <w:t>93. "习得性无助"概念由谁提出，该说法正确与否？（判断）</w:t>
        <w:br/>
        <w:t>答案：错误  解析：塞利格曼通过实验提出习得性无助理论。 请以官方教材表述为准。</w:t>
      </w:r>
    </w:p>
    <w:p>
      <w:r>
        <w:t>94. 焦虑的本质是，该说法正确与否？（判断）</w:t>
        <w:br/>
        <w:t>答案：正确  解析：焦虑是对未来不确定事件的担忧和恐惧。</w:t>
      </w:r>
    </w:p>
    <w:p>
      <w:r>
        <w:t>95. 良好心理咨询关系建立的关键是，该说法正确与否？（判断）</w:t>
        <w:br/>
        <w:t>答案：错误  解析：共情、积极关注、真诚是建立咨询关系的核心。 请以官方教材表述为准。</w:t>
      </w:r>
    </w:p>
    <w:p>
      <w:r>
        <w:t>96. 团体心理咨询的优势不包括，该说法正确与否？（判断）</w:t>
        <w:br/>
        <w:t>答案：错误  解析：团体咨询的优势是效率高、同伴支持、情境模拟，但保密性弱于个体咨询。 请以官方教材表述为准。</w:t>
      </w:r>
    </w:p>
    <w:p>
      <w:r>
        <w:t>97. 心理危机干预的"黄金期"一般指，该说法正确与否？（判断）</w:t>
        <w:br/>
        <w:t>答案：正确  解析：危机干预黄金期是事件发生后72小时内。</w:t>
      </w:r>
    </w:p>
    <w:p>
      <w:r>
        <w:t>98. 睡眠障碍中"失眠症"的主要表现是，该说法正确与否？（判断）</w:t>
        <w:br/>
        <w:t>答案：错误  解析：失眠症表现为入睡困难、易醒、早醒且影响日间功能。 请以官方教材表述为准。</w:t>
      </w:r>
    </w:p>
    <w:p>
      <w:r>
        <w:t>99. 青少年逆反心理的实质是，该说法正确与否？（判断）</w:t>
        <w:br/>
        <w:t>答案：错误  解析：逆反心理本质是青少年自我意识觉醒、寻求独立的表现。 请以官方教材表述为准。</w:t>
      </w:r>
    </w:p>
    <w:p>
      <w:r>
        <w:t>100. 认知疗法的核心是改变，该说法正确与否？（判断）</w:t>
        <w:br/>
        <w:t>答案：正确  解析：认知疗法（贝克）核心是识别和改变不合理信念与认知偏差。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