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学习心得体会怎么写？结构与写法（附范文）</w:t>
      </w:r>
    </w:p>
    <w:p>
      <w:r>
        <w:t>学习心得体会怎么写？结构与写法（附范文）</w:t>
      </w:r>
    </w:p>
    <w:p>
      <w:r>
        <w:t>学习心得体会是学有所感的书面表达，结构一般为：学了什么（背景交代）+感受最深的一点（核心）+展开论述（结合自身实际）+如何落实（行动方向）。</w:t>
      </w:r>
    </w:p>
    <w:p>
      <w:r>
        <w:t>示例：近期通过学习XX，我深受触动。其中让我感受最深的是…。联系自身工作，我发现自己在…方面还有差距。今后我要做到：一是…；二是…；三是…。</w:t>
      </w:r>
    </w:p>
    <w:p>
      <w:r>
        <w:t>写作要点：①“感”是核心，不是复述学习内容；②要结合自身实际，谈真实感受；③从具体一点切入，不要面面俱到；④结尾落到行动，体现“学以致用”。</w:t>
      </w:r>
    </w:p>
    <w:p>
      <w:r>
        <w:t>常见问题：把心得体会写成学习内容摘要（只复述没感受）；空话套话多（“很受教育、很有启发”反复出现）；大而全（什么都想写什么都没写透）。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