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演讲稿范文《奋斗是青春最亮的底色》（通用版）</w:t>
      </w:r>
    </w:p>
    <w:p>
      <w:pPr>
        <w:jc w:val="center"/>
      </w:pPr>
      <w:r>
        <w:t>（范文模板，可直接参考使用）</w:t>
      </w:r>
    </w:p>
    <w:p/>
    <w:p>
      <w:r>
        <w:t>尊敬的各位领导、各位同事、各位朋友：大家好！今天我演讲的题目是《奋斗是青春最亮的底色》。</w:t>
      </w:r>
    </w:p>
    <w:p>
      <w:r>
        <w:t>有人说，青春是一本太仓促的书，我们含着泪一读再读。而我想说，青春更是一段需要用奋斗去书写的时光。没有奋斗过的青春，就像没有星星的夜空，暗淡而遗憾。</w:t>
      </w:r>
    </w:p>
    <w:p>
      <w:r>
        <w:t>我想讲一个身边的真实故事。我们单位的老张师傅，今年五十多岁了，干了一辈子技术活。年轻的时候他条件不好，没上过大学，但他靠着自学和钻研，从一名普通的学徒成长为单位的首席技师。前年单位引进了新设备，全厂没人会用，老张师傅硬是拿着说明书啃了三个通宵，把设备吃透了。有人问他：都这个年纪了还这么拼图什么？他说：干活要对得起自己的手艺，对得起单位的信任。</w:t>
      </w:r>
    </w:p>
    <w:p>
      <w:r>
        <w:t>老张师傅的故事让我明白，奋斗无关年龄，只关乎态度。它可能没有轰轰烈烈的壮举，却体现在每一个加班的夜晚、每一次反复的试验、每一件精益求精的小事上。</w:t>
      </w:r>
    </w:p>
    <w:p>
      <w:r>
        <w:t>我们这个时代，给了每个人奋斗的机会。无论是考场上的莘莘学子，还是车间里的产业工人；无论是写字楼里的年轻白领，还是田野上的新农人，只要肯努力，就能在平凡的岗位上做出不平凡的业绩。</w:t>
      </w:r>
    </w:p>
    <w:p>
      <w:r>
        <w:t>当然，奋斗的路上不会一帆风顺。会有挫折，会有迷茫，会有想放弃的时刻。但请记住：每一次咬牙坚持，都是向目标靠近一步；每一次跌倒后的爬起，都会让我们的内心更加强大。</w:t>
      </w:r>
    </w:p>
    <w:p>
      <w:r>
        <w:t>奋斗的青春最美丽。让我们不负韶华、不负时代，用汗水浇灌梦想，用奋斗点亮青春，在各自的岗位上书写无愧于自己、无愧于时代的人生答卷！谢谢大家！</w:t>
      </w:r>
    </w:p>
    <w:p>
      <w:r>
        <w:br w:type="page"/>
      </w:r>
    </w:p>
    <w:p>
      <w:pPr>
        <w:pStyle w:val="Heading1"/>
      </w:pPr>
      <w:r>
        <w:t>使用提示</w:t>
      </w:r>
    </w:p>
    <w:p>
      <w:r>
        <w:t>1. 本范文为通用模板，请结合自身实际情况修改具体内容。</w:t>
      </w:r>
    </w:p>
    <w:p>
      <w:r>
        <w:t>2. 涉及姓名、单位、日期、金额等信息请如实填写，切勿虚构。</w:t>
      </w:r>
    </w:p>
    <w:p>
      <w:r>
        <w:t>3. 正式提交前请仔细核对格式、措辞和签名。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