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国旗下讲话/班会演讲稿通用模板（学生版）</w:t>
      </w:r>
    </w:p>
    <w:p>
      <w:r>
        <w:t>学生演讲稿通用模板</w:t>
      </w:r>
    </w:p>
    <w:p>
      <w:r>
        <w:t>尊敬的老师、亲爱的同学们：大家好！我是___班的___，今天我演讲的题目是《___》。</w:t>
      </w:r>
    </w:p>
    <w:p>
      <w:r>
        <w:t>一、开场白技巧（三选一）：1.设问式：同学们，你们有没有想过___？2.故事式：前几天，我遇到了这样一件事……3.引用式：古人云："___。"今天我想和大家聊聊___。</w:t>
      </w:r>
    </w:p>
    <w:p>
      <w:r>
        <w:t>二、正文结构（选2-3个分论点）：1.第一点：___（举例论证：比如___，我身边就有这样的例子）。2.第二点：___（名言论证：正如___所说）。3.第三点：___（自身经历：我自己也有这样的体会）。</w:t>
      </w:r>
    </w:p>
    <w:p>
      <w:r>
        <w:t>三、结尾技巧（三选一）：1.呼吁式：让我们一起行动起来，从今天做起，从现在做起！2.升华式：少年强则国强，让我们___！3.回扣式：正如我开头所说，___，让我们共勉！</w:t>
      </w:r>
    </w:p>
    <w:p>
      <w:r>
        <w:t>四、演讲注意事项：1.声音洪亮，语速适中（每分钟200字左右）；2.眼睛看观众，不要一直看稿子；3.适当加手势，不要僵立不动；4.时间控制（一般3-5分钟，约800-1000字）。</w:t>
      </w:r>
    </w:p>
    <w:p>
      <w:r>
        <w:t>五、范文一（国旗下讲话·勤奋）：敬爱的老师、亲爱的同学们，大家早上好！今天我国旗下讲话的题目是《勤奋，让梦想开花》。同学们，天才出于勤奋。爱迪生说：天才是1%的灵感加99%的汗水。我们班就有这样的同学，每天最早到教室，最晚离开，成绩一直名列前茅。他们不是比别人聪明，而是比别人勤奋。同学们，让我们珍惜每一寸光阴，用勤奋书写自己的精彩！我的演讲完毕，谢谢大家！</w:t>
      </w:r>
    </w:p>
    <w:p>
      <w:r>
        <w:t>六、范文二（班会发言·感恩）：尊敬的老师、亲爱的同学们：今天我发言的题目是《感恩父母》。从小到大，父母为我们付出了太多：清晨的早餐、雨天的雨伞、深夜的守候。也许我们觉得这些很平常，但正是这些"平常"，组成了父母沉甸甸的爱。我想对爸爸妈妈说：谢谢你们！也希望大家都能理解父母的不易，用行动表达感恩——帮父母做一次家务、为父母泡一杯茶、好好学习不让父母操心。谢谢大家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