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演讲稿范文《把每一件小事做好》（职场通用）</w:t>
      </w:r>
    </w:p>
    <w:p>
      <w:pPr>
        <w:jc w:val="center"/>
      </w:pPr>
      <w:r>
        <w:t>（范文模板，可直接参考使用）</w:t>
      </w:r>
    </w:p>
    <w:p/>
    <w:p>
      <w:r>
        <w:t>尊敬的各位领导、各位评委、各位同仁：大家好！今天我演讲的题目是《把每一件小事做好》。</w:t>
      </w:r>
    </w:p>
    <w:p>
      <w:r>
        <w:t>在很多人眼里，职场中的“小事”不值一提：整理一份报表、回复一封邮件、打扫一次卫生。但我想说，把每一件小事做好，恰恰是一个人最可贵的品质。</w:t>
      </w:r>
    </w:p>
    <w:p>
      <w:r>
        <w:t>我至今记得刚入职时的经历。领导交给我第一项任务是整理历年档案，几千份资料要分类、编号、归档。刚开始我觉得这活儿太简单了，不就是归归类吗？可真正做起来才发现，分类标准要统一、编号顺序要准确、备注信息要完整，稍不留神就会出错。我整整做了一个月，期间返工了三次。但当我把一份份档案整理得井井有条、领导查阅时一找一个准时，我明白了：小事不小，把小事的每个细节做到位，本身就是一种能力。</w:t>
      </w:r>
    </w:p>
    <w:p>
      <w:r>
        <w:t>后来我渐渐发现，单位里受人尊敬的老师傅们，没有一个不是把小事做到极致的人。有的师傅做记录，十年如一日工工整整；有的同事发通知，永远提前核实三遍信息；有的前辈回访客户，每一个电话都做好备注。正是这些不起眼的“小题大做”，成就了他们过硬的职业口碑。</w:t>
      </w:r>
    </w:p>
    <w:p>
      <w:r>
        <w:t>把小事做好，贵在“认真”二字。认真，就是心无旁骛地对待手头的每一项工作；认真，就是不放过任何一个细节；认真，就是几十年如一日地坚持标准。而“认真”的背后，是责任心，是对工作的敬畏，是“要么不做，要做就做好”的职业信念。</w:t>
      </w:r>
    </w:p>
    <w:p>
      <w:r>
        <w:t>朋友们，伟大出自平凡，英雄来自人民。我们大多数人都身处平凡岗位，从事着日复一日的具体工作。但正是这些平凡岗位上的认真坚守，汇成了我们这个社会高效运转的坚实底座。</w:t>
      </w:r>
    </w:p>
    <w:p>
      <w:r>
        <w:t>让我们从今天起，把手头的每一件小事做好、做细、做到位。把每一件小事做好，就是不平凡！谢谢大家！</w:t>
      </w:r>
    </w:p>
    <w:p>
      <w:r>
        <w:br w:type="page"/>
      </w:r>
    </w:p>
    <w:p>
      <w:pPr>
        <w:pStyle w:val="Heading1"/>
      </w:pPr>
      <w:r>
        <w:t>使用提示</w:t>
      </w:r>
    </w:p>
    <w:p>
      <w:r>
        <w:t>1. 本范文为通用模板，请结合自身实际情况修改具体内容。</w:t>
      </w:r>
    </w:p>
    <w:p>
      <w:r>
        <w:t>2. 涉及姓名、单位、日期、金额等信息请如实填写，切勿虚构。</w:t>
      </w:r>
    </w:p>
    <w:p>
      <w:r>
        <w:t>3. 正式提交前请仔细核对格式、措辞和签名。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