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研究生复试自我介绍模板（含中英文+注意事项）</w:t>
      </w:r>
    </w:p>
    <w:p>
      <w:r>
        <w:t>考研复试第一关就是自我介绍！小编整理了研究生复试自我介绍模板，包含中文版、英文版两种模板，附注意事项和常见面试问题。</w:t>
      </w:r>
    </w:p>
    <w:p>
      <w:r>
        <w:t>亮点：①中英文模板直接可用；②突出科研经历和学术兴趣的结构设计；③复试常见问题及答案思路；④仪表和礼仪提醒。网页是预览版，下载Word完整版可打印修改。? 免费下载Word完整版（可直接打印编辑）</w:t>
      </w:r>
    </w:p>
    <w:p>
      <w:pPr>
        <w:pStyle w:val="Heading1"/>
      </w:pPr>
      <w:r>
        <w:t>一、中文自我介绍模板</w:t>
      </w:r>
    </w:p>
    <w:p>
      <w:r>
        <w:t>尊敬的各位老师：</w:t>
      </w:r>
    </w:p>
    <w:p>
      <w:r>
        <w:t>上午好！我叫XXX，本科就读于XX大学XX专业。本科期间，我系统学习了XX等专业课程，绩点X.X/4.0，专业排名前X%。</w:t>
      </w:r>
    </w:p>
    <w:p>
      <w:r>
        <w:t>科研方面，我参与过XX课题（项目），主要负责XX工作，锻炼了XX能力。在课程论文《XX》中，我研究了XX问题。</w:t>
      </w:r>
    </w:p>
    <w:p>
      <w:r>
        <w:t>我的兴趣爱好是XX，性格特点是XX。如果有幸被录取，我计划在导师指导下深入研究XX方向，读研期间争取发表一篇高质量论文。</w:t>
      </w:r>
    </w:p>
    <w:p>
      <w:r>
        <w:t>谢谢各位老师！</w:t>
      </w:r>
    </w:p>
    <w:p>
      <w:pPr>
        <w:pStyle w:val="Heading1"/>
      </w:pPr>
      <w:r>
        <w:t>二、英文自我介绍模板</w:t>
      </w:r>
    </w:p>
    <w:p>
      <w:r>
        <w:t>Good morning, dear professors! My name is XXX, and I graduated from XX University, majoring in XX. During my undergraduate study, I focused on XX courses with a GPA of X.X.</w:t>
      </w:r>
    </w:p>
    <w:p>
      <w:r>
        <w:t>I participated in a research project on XX, where I developed strong abilities in XX. I am particularly interested in XX and hope to further my study in this field under your guidance.</w:t>
      </w:r>
    </w:p>
    <w:p>
      <w:r>
        <w:t>Thank you!</w:t>
      </w:r>
    </w:p>
    <w:p>
      <w:pPr>
        <w:pStyle w:val="Heading1"/>
      </w:pPr>
      <w:r>
        <w:t>三、注意事项</w:t>
      </w:r>
    </w:p>
    <w:p>
      <w:r>
        <w:t>①自我介绍控制在2-3分钟；②突出与报考方向相关的经历，避免流水账；③英文版提前熟练背诵；④回答研究计划问题时，结合导师研究方向作答。完整版含常见问题见Word。?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