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业务培训学习心得体会范文</w:t>
      </w:r>
    </w:p>
    <w:p>
      <w:r>
        <w:t>参加完业务培训要写心得体会？小编整理了业务培训学习心得体会范文，通用性强。</w:t>
      </w:r>
    </w:p>
    <w:p>
      <w:r>
        <w:t>亮点：①培训收获写法；②知识转化应用的表达；③下一步行动。网页是预览版，下载Word完整版可编辑。? 免费下载Word完整版（可直接打印编辑）</w:t>
      </w:r>
    </w:p>
    <w:p>
      <w:pPr>
        <w:pStyle w:val="Heading1"/>
      </w:pPr>
      <w:r>
        <w:t>业务培训心得体会</w:t>
      </w:r>
    </w:p>
    <w:p>
      <w:r>
        <w:t>通过本次____业务培训，我收获颇丰，现将心得体会总结如下：</w:t>
      </w:r>
    </w:p>
    <w:p>
      <w:r>
        <w:t>【主要收获】一是系统学习了____专业知识；二是掌握了____实操方法；三是与____的交流拓展了思路。</w:t>
      </w:r>
    </w:p>
    <w:p>
      <w:r>
        <w:t>【转化应用】我将把学到的____应用到实际工作中：一是……二是……三是……</w:t>
      </w:r>
    </w:p>
    <w:p>
      <w:r>
        <w:t>【下一步】继续加强学习，把培训成果转化为工作实效。完整版见Word。?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