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2027年一级建造师备考启动</w:t>
      </w:r>
    </w:p>
    <w:p>
      <w:pPr>
        <w:jc w:val="center"/>
      </w:pPr>
      <w:r>
        <w:t>（模拟试卷：单选50题+多选20题+判断20题+简答10题）</w:t>
      </w:r>
    </w:p>
    <w:p>
      <w:r>
        <w:t>姓名：__________  准考证号：__________  分数：__________</w:t>
      </w:r>
    </w:p>
    <w:p/>
    <w:p>
      <w:pPr>
        <w:pStyle w:val="Heading2"/>
      </w:pPr>
      <w:r>
        <w:t>一、单项选择题（每题1分，共50分）</w:t>
      </w:r>
    </w:p>
    <w:p>
      <w:r>
        <w:t>1. 一级建造师考试科目不包括</w:t>
        <w:br/>
        <w:t>A.建  B.设  C.工  D.程</w:t>
        <w:br/>
        <w:t>【答案】D</w:t>
      </w:r>
    </w:p>
    <w:p>
      <w:r>
        <w:t>2. 建筑工程施工许可证由谁颁发</w:t>
        <w:br/>
        <w:t>A.住  B.建  C.部  D.门</w:t>
        <w:br/>
        <w:t>【答案】A</w:t>
      </w:r>
    </w:p>
    <w:p>
      <w:r>
        <w:t>3. 混凝土强度等级C30中的30表示</w:t>
        <w:br/>
        <w:t>A.抗  B.压  C.强  D.度</w:t>
        <w:br/>
        <w:t>【答案】A</w:t>
      </w:r>
    </w:p>
    <w:p>
      <w:r>
        <w:t>4. 安全生产责任制的主体是</w:t>
        <w:br/>
        <w:t>A.企  B.业  C.主  D.要</w:t>
        <w:br/>
        <w:t>【答案】A</w:t>
      </w:r>
    </w:p>
    <w:p>
      <w:r>
        <w:t>5. 建设工程质量保修的最低保修期限，主体结构为</w:t>
        <w:br/>
        <w:t>A.设  B.计  C.文  D.件</w:t>
        <w:br/>
        <w:t>【答案】A</w:t>
      </w:r>
    </w:p>
    <w:p>
      <w:r>
        <w:t>6. 施工现场临时用电采用什么系统</w:t>
        <w:br/>
        <w:t>A.T  B.N  C.-  D.S</w:t>
        <w:br/>
        <w:t>【答案】A</w:t>
      </w:r>
    </w:p>
    <w:p>
      <w:r>
        <w:t>7. 砖砌体的水平灰缝厚度一般为</w:t>
        <w:br/>
        <w:t>A.1  B.0  C.m  D.m</w:t>
        <w:br/>
        <w:t>【答案】A</w:t>
      </w:r>
    </w:p>
    <w:p>
      <w:r>
        <w:t>8. 建筑施工噪声排放标准执行</w:t>
        <w:br/>
        <w:t>A.G  B.B  C.1  D.2</w:t>
        <w:br/>
        <w:t>【答案】A</w:t>
      </w:r>
    </w:p>
    <w:p>
      <w:r>
        <w:t>9. 一级建造师考试科目不包括</w:t>
        <w:br/>
        <w:t>A.建  B.设  C.工  D.程</w:t>
        <w:br/>
        <w:t>【答案】D</w:t>
      </w:r>
    </w:p>
    <w:p>
      <w:r>
        <w:t>10. 建筑工程施工许可证由谁颁发</w:t>
        <w:br/>
        <w:t>A.住  B.建  C.部  D.门</w:t>
        <w:br/>
        <w:t>【答案】A</w:t>
      </w:r>
    </w:p>
    <w:p>
      <w:r>
        <w:t>11. 混凝土强度等级C30中的30表示</w:t>
        <w:br/>
        <w:t>A.抗  B.压  C.强  D.度</w:t>
        <w:br/>
        <w:t>【答案】A</w:t>
      </w:r>
    </w:p>
    <w:p>
      <w:r>
        <w:t>12. 安全生产责任制的主体是</w:t>
        <w:br/>
        <w:t>A.企  B.业  C.主  D.要</w:t>
        <w:br/>
        <w:t>【答案】A</w:t>
      </w:r>
    </w:p>
    <w:p>
      <w:r>
        <w:t>13. 建设工程质量保修的最低保修期限，主体结构为</w:t>
        <w:br/>
        <w:t>A.设  B.计  C.文  D.件</w:t>
        <w:br/>
        <w:t>【答案】A</w:t>
      </w:r>
    </w:p>
    <w:p>
      <w:r>
        <w:t>14. 施工现场临时用电采用什么系统</w:t>
        <w:br/>
        <w:t>A.T  B.N  C.-  D.S</w:t>
        <w:br/>
        <w:t>【答案】A</w:t>
      </w:r>
    </w:p>
    <w:p>
      <w:r>
        <w:t>15. 砖砌体的水平灰缝厚度一般为</w:t>
        <w:br/>
        <w:t>A.1  B.0  C.m  D.m</w:t>
        <w:br/>
        <w:t>【答案】A</w:t>
      </w:r>
    </w:p>
    <w:p>
      <w:r>
        <w:t>16. 建筑施工噪声排放标准执行</w:t>
        <w:br/>
        <w:t>A.G  B.B  C.1  D.2</w:t>
        <w:br/>
        <w:t>【答案】A</w:t>
      </w:r>
    </w:p>
    <w:p>
      <w:r>
        <w:t>17. 一级建造师考试科目不包括</w:t>
        <w:br/>
        <w:t>A.建  B.设  C.工  D.程</w:t>
        <w:br/>
        <w:t>【答案】D</w:t>
      </w:r>
    </w:p>
    <w:p>
      <w:r>
        <w:t>18. 建筑工程施工许可证由谁颁发</w:t>
        <w:br/>
        <w:t>A.住  B.建  C.部  D.门</w:t>
        <w:br/>
        <w:t>【答案】A</w:t>
      </w:r>
    </w:p>
    <w:p>
      <w:r>
        <w:t>19. 混凝土强度等级C30中的30表示</w:t>
        <w:br/>
        <w:t>A.抗  B.压  C.强  D.度</w:t>
        <w:br/>
        <w:t>【答案】A</w:t>
      </w:r>
    </w:p>
    <w:p>
      <w:r>
        <w:t>20. 安全生产责任制的主体是</w:t>
        <w:br/>
        <w:t>A.企  B.业  C.主  D.要</w:t>
        <w:br/>
        <w:t>【答案】A</w:t>
      </w:r>
    </w:p>
    <w:p>
      <w:r>
        <w:t>21. 建设工程质量保修的最低保修期限，主体结构为</w:t>
        <w:br/>
        <w:t>A.设  B.计  C.文  D.件</w:t>
        <w:br/>
        <w:t>【答案】A</w:t>
      </w:r>
    </w:p>
    <w:p>
      <w:r>
        <w:t>22. 施工现场临时用电采用什么系统</w:t>
        <w:br/>
        <w:t>A.T  B.N  C.-  D.S</w:t>
        <w:br/>
        <w:t>【答案】A</w:t>
      </w:r>
    </w:p>
    <w:p>
      <w:r>
        <w:t>23. 砖砌体的水平灰缝厚度一般为</w:t>
        <w:br/>
        <w:t>A.1  B.0  C.m  D.m</w:t>
        <w:br/>
        <w:t>【答案】A</w:t>
      </w:r>
    </w:p>
    <w:p>
      <w:r>
        <w:t>24. 建筑施工噪声排放标准执行</w:t>
        <w:br/>
        <w:t>A.G  B.B  C.1  D.2</w:t>
        <w:br/>
        <w:t>【答案】A</w:t>
      </w:r>
    </w:p>
    <w:p>
      <w:r>
        <w:t>25. 一级建造师考试科目不包括</w:t>
        <w:br/>
        <w:t>A.建  B.设  C.工  D.程</w:t>
        <w:br/>
        <w:t>【答案】D</w:t>
      </w:r>
    </w:p>
    <w:p>
      <w:r>
        <w:t>26. 建筑工程施工许可证由谁颁发</w:t>
        <w:br/>
        <w:t>A.住  B.建  C.部  D.门</w:t>
        <w:br/>
        <w:t>【答案】A</w:t>
      </w:r>
    </w:p>
    <w:p>
      <w:r>
        <w:t>27. 混凝土强度等级C30中的30表示</w:t>
        <w:br/>
        <w:t>A.抗  B.压  C.强  D.度</w:t>
        <w:br/>
        <w:t>【答案】A</w:t>
      </w:r>
    </w:p>
    <w:p>
      <w:r>
        <w:t>28. 安全生产责任制的主体是</w:t>
        <w:br/>
        <w:t>A.企  B.业  C.主  D.要</w:t>
        <w:br/>
        <w:t>【答案】A</w:t>
      </w:r>
    </w:p>
    <w:p>
      <w:r>
        <w:t>29. 建设工程质量保修的最低保修期限，主体结构为</w:t>
        <w:br/>
        <w:t>A.设  B.计  C.文  D.件</w:t>
        <w:br/>
        <w:t>【答案】A</w:t>
      </w:r>
    </w:p>
    <w:p>
      <w:r>
        <w:t>30. 施工现场临时用电采用什么系统</w:t>
        <w:br/>
        <w:t>A.T  B.N  C.-  D.S</w:t>
        <w:br/>
        <w:t>【答案】A</w:t>
      </w:r>
    </w:p>
    <w:p>
      <w:r>
        <w:t>31. 砖砌体的水平灰缝厚度一般为</w:t>
        <w:br/>
        <w:t>A.1  B.0  C.m  D.m</w:t>
        <w:br/>
        <w:t>【答案】A</w:t>
      </w:r>
    </w:p>
    <w:p>
      <w:r>
        <w:t>32. 建筑施工噪声排放标准执行</w:t>
        <w:br/>
        <w:t>A.G  B.B  C.1  D.2</w:t>
        <w:br/>
        <w:t>【答案】A</w:t>
      </w:r>
    </w:p>
    <w:p>
      <w:r>
        <w:t>33. 一级建造师考试科目不包括</w:t>
        <w:br/>
        <w:t>A.建  B.设  C.工  D.程</w:t>
        <w:br/>
        <w:t>【答案】D</w:t>
      </w:r>
    </w:p>
    <w:p>
      <w:r>
        <w:t>34. 建筑工程施工许可证由谁颁发</w:t>
        <w:br/>
        <w:t>A.住  B.建  C.部  D.门</w:t>
        <w:br/>
        <w:t>【答案】A</w:t>
      </w:r>
    </w:p>
    <w:p>
      <w:r>
        <w:t>35. 混凝土强度等级C30中的30表示</w:t>
        <w:br/>
        <w:t>A.抗  B.压  C.强  D.度</w:t>
        <w:br/>
        <w:t>【答案】A</w:t>
      </w:r>
    </w:p>
    <w:p>
      <w:r>
        <w:t>36. 安全生产责任制的主体是</w:t>
        <w:br/>
        <w:t>A.企  B.业  C.主  D.要</w:t>
        <w:br/>
        <w:t>【答案】A</w:t>
      </w:r>
    </w:p>
    <w:p>
      <w:r>
        <w:t>37. 建设工程质量保修的最低保修期限，主体结构为</w:t>
        <w:br/>
        <w:t>A.设  B.计  C.文  D.件</w:t>
        <w:br/>
        <w:t>【答案】A</w:t>
      </w:r>
    </w:p>
    <w:p>
      <w:r>
        <w:t>38. 施工现场临时用电采用什么系统</w:t>
        <w:br/>
        <w:t>A.T  B.N  C.-  D.S</w:t>
        <w:br/>
        <w:t>【答案】A</w:t>
      </w:r>
    </w:p>
    <w:p>
      <w:r>
        <w:t>39. 砖砌体的水平灰缝厚度一般为</w:t>
        <w:br/>
        <w:t>A.1  B.0  C.m  D.m</w:t>
        <w:br/>
        <w:t>【答案】A</w:t>
      </w:r>
    </w:p>
    <w:p>
      <w:r>
        <w:t>40. 建筑施工噪声排放标准执行</w:t>
        <w:br/>
        <w:t>A.G  B.B  C.1  D.2</w:t>
        <w:br/>
        <w:t>【答案】A</w:t>
      </w:r>
    </w:p>
    <w:p>
      <w:r>
        <w:t>41. 一级建造师考试科目不包括</w:t>
        <w:br/>
        <w:t>A.建  B.设  C.工  D.程</w:t>
        <w:br/>
        <w:t>【答案】D</w:t>
      </w:r>
    </w:p>
    <w:p>
      <w:r>
        <w:t>42. 建筑工程施工许可证由谁颁发</w:t>
        <w:br/>
        <w:t>A.住  B.建  C.部  D.门</w:t>
        <w:br/>
        <w:t>【答案】A</w:t>
      </w:r>
    </w:p>
    <w:p>
      <w:r>
        <w:t>43. 混凝土强度等级C30中的30表示</w:t>
        <w:br/>
        <w:t>A.抗  B.压  C.强  D.度</w:t>
        <w:br/>
        <w:t>【答案】A</w:t>
      </w:r>
    </w:p>
    <w:p>
      <w:r>
        <w:t>44. 安全生产责任制的主体是</w:t>
        <w:br/>
        <w:t>A.企  B.业  C.主  D.要</w:t>
        <w:br/>
        <w:t>【答案】A</w:t>
      </w:r>
    </w:p>
    <w:p>
      <w:r>
        <w:t>45. 建设工程质量保修的最低保修期限，主体结构为</w:t>
        <w:br/>
        <w:t>A.设  B.计  C.文  D.件</w:t>
        <w:br/>
        <w:t>【答案】A</w:t>
      </w:r>
    </w:p>
    <w:p>
      <w:r>
        <w:t>46. 施工现场临时用电采用什么系统</w:t>
        <w:br/>
        <w:t>A.T  B.N  C.-  D.S</w:t>
        <w:br/>
        <w:t>【答案】A</w:t>
      </w:r>
    </w:p>
    <w:p>
      <w:r>
        <w:t>47. 砖砌体的水平灰缝厚度一般为</w:t>
        <w:br/>
        <w:t>A.1  B.0  C.m  D.m</w:t>
        <w:br/>
        <w:t>【答案】A</w:t>
      </w:r>
    </w:p>
    <w:p>
      <w:r>
        <w:t>48. 建筑施工噪声排放标准执行</w:t>
        <w:br/>
        <w:t>A.G  B.B  C.1  D.2</w:t>
        <w:br/>
        <w:t>【答案】A</w:t>
      </w:r>
    </w:p>
    <w:p>
      <w:r>
        <w:t>49. 一级建造师考试科目不包括</w:t>
        <w:br/>
        <w:t>A.建  B.设  C.工  D.程</w:t>
        <w:br/>
        <w:t>【答案】D</w:t>
      </w:r>
    </w:p>
    <w:p>
      <w:r>
        <w:t>50. 建筑工程施工许可证由谁颁发</w:t>
        <w:br/>
        <w:t>A.住  B.建  C.部  D.门</w:t>
        <w:br/>
        <w:t>【答案】A</w:t>
      </w:r>
    </w:p>
    <w:p/>
    <w:p>
      <w:pPr>
        <w:pStyle w:val="Heading2"/>
      </w:pPr>
      <w:r>
        <w:t>二、多项选择题（每题2分，共40分）</w:t>
      </w:r>
    </w:p>
    <w:p>
      <w:r>
        <w:t>51. 施工组织设计的内容包括</w:t>
        <w:br/>
        <w:t>A.工  B.程  C.概  D.况</w:t>
        <w:br/>
        <w:t>【答案】ABCD</w:t>
      </w:r>
    </w:p>
    <w:p>
      <w:r>
        <w:t>52. 建设工程“三宝”包括</w:t>
        <w:br/>
        <w:t>A.安  B.全  C.帽  D.|</w:t>
        <w:br/>
        <w:t>【答案】ABC</w:t>
      </w:r>
    </w:p>
    <w:p>
      <w:r>
        <w:t>53. 项目管理的基本职能包括</w:t>
        <w:br/>
        <w:t>A.计  B.划  C.|  D.组</w:t>
        <w:br/>
        <w:t>【答案】ABCD</w:t>
      </w:r>
    </w:p>
    <w:p>
      <w:r>
        <w:t>54. 混凝土浇筑的注意事项包括</w:t>
        <w:br/>
        <w:t>A.振  B.捣  C.密  D.实</w:t>
        <w:br/>
        <w:t>【答案】ABCD</w:t>
      </w:r>
    </w:p>
    <w:p>
      <w:r>
        <w:t>55. 竣工验收应当具备的条件包括</w:t>
        <w:br/>
        <w:t>A.完  B.成  C.设  D.计</w:t>
        <w:br/>
        <w:t>【答案】ABCD</w:t>
      </w:r>
    </w:p>
    <w:p>
      <w:r>
        <w:t>56. 施工图预算的编制方法包括</w:t>
        <w:br/>
        <w:t>A.单  B.价  C.法  D.|</w:t>
        <w:br/>
        <w:t>【答案】AB</w:t>
      </w:r>
    </w:p>
    <w:p>
      <w:r>
        <w:t>57. 高处作业的分级按高度分为</w:t>
        <w:br/>
        <w:t>A.2  B.-  C.5  D.m</w:t>
        <w:br/>
        <w:t>【答案】ABCD</w:t>
      </w:r>
    </w:p>
    <w:p>
      <w:r>
        <w:t>58. 文明施工的要求包括</w:t>
        <w:br/>
        <w:t>A.现  B.场  C.围  D.挡</w:t>
        <w:br/>
        <w:t>【答案】ABCD</w:t>
      </w:r>
    </w:p>
    <w:p>
      <w:r>
        <w:t>59. 施工组织设计的内容包括</w:t>
        <w:br/>
        <w:t>A.工  B.程  C.概  D.况</w:t>
        <w:br/>
        <w:t>【答案】ABCD</w:t>
      </w:r>
    </w:p>
    <w:p>
      <w:r>
        <w:t>60. 建设工程“三宝”包括</w:t>
        <w:br/>
        <w:t>A.安  B.全  C.帽  D.|</w:t>
        <w:br/>
        <w:t>【答案】ABC</w:t>
      </w:r>
    </w:p>
    <w:p>
      <w:r>
        <w:t>61. 项目管理的基本职能包括</w:t>
        <w:br/>
        <w:t>A.计  B.划  C.|  D.组</w:t>
        <w:br/>
        <w:t>【答案】ABCD</w:t>
      </w:r>
    </w:p>
    <w:p>
      <w:r>
        <w:t>62. 混凝土浇筑的注意事项包括</w:t>
        <w:br/>
        <w:t>A.振  B.捣  C.密  D.实</w:t>
        <w:br/>
        <w:t>【答案】ABCD</w:t>
      </w:r>
    </w:p>
    <w:p>
      <w:r>
        <w:t>63. 竣工验收应当具备的条件包括</w:t>
        <w:br/>
        <w:t>A.完  B.成  C.设  D.计</w:t>
        <w:br/>
        <w:t>【答案】ABCD</w:t>
      </w:r>
    </w:p>
    <w:p>
      <w:r>
        <w:t>64. 施工图预算的编制方法包括</w:t>
        <w:br/>
        <w:t>A.单  B.价  C.法  D.|</w:t>
        <w:br/>
        <w:t>【答案】AB</w:t>
      </w:r>
    </w:p>
    <w:p>
      <w:r>
        <w:t>65. 高处作业的分级按高度分为</w:t>
        <w:br/>
        <w:t>A.2  B.-  C.5  D.m</w:t>
        <w:br/>
        <w:t>【答案】ABCD</w:t>
      </w:r>
    </w:p>
    <w:p>
      <w:r>
        <w:t>66. 文明施工的要求包括</w:t>
        <w:br/>
        <w:t>A.现  B.场  C.围  D.挡</w:t>
        <w:br/>
        <w:t>【答案】ABCD</w:t>
      </w:r>
    </w:p>
    <w:p>
      <w:r>
        <w:t>67. 施工组织设计的内容包括</w:t>
        <w:br/>
        <w:t>A.工  B.程  C.概  D.况</w:t>
        <w:br/>
        <w:t>【答案】ABCD</w:t>
      </w:r>
    </w:p>
    <w:p>
      <w:r>
        <w:t>68. 建设工程“三宝”包括</w:t>
        <w:br/>
        <w:t>A.安  B.全  C.帽  D.|</w:t>
        <w:br/>
        <w:t>【答案】ABC</w:t>
      </w:r>
    </w:p>
    <w:p>
      <w:r>
        <w:t>69. 项目管理的基本职能包括</w:t>
        <w:br/>
        <w:t>A.计  B.划  C.|  D.组</w:t>
        <w:br/>
        <w:t>【答案】ABCD</w:t>
      </w:r>
    </w:p>
    <w:p>
      <w:r>
        <w:t>70. 混凝土浇筑的注意事项包括</w:t>
        <w:br/>
        <w:t>A.振  B.捣  C.密  D.实</w:t>
        <w:br/>
        <w:t>【答案】ABCD</w:t>
      </w:r>
    </w:p>
    <w:p/>
    <w:p>
      <w:pPr>
        <w:pStyle w:val="Heading2"/>
      </w:pPr>
      <w:r>
        <w:t>三、判断题（每题1分，共20分）</w:t>
      </w:r>
    </w:p>
    <w:p>
      <w:r>
        <w:t>71. 施工单位可以转包工程。（对/错）</w:t>
        <w:br/>
        <w:t>【答案】错</w:t>
      </w:r>
    </w:p>
    <w:p>
      <w:r>
        <w:t>72. 项目经理是安全生产第一责任人。（对/错）</w:t>
        <w:br/>
        <w:t>【答案】对</w:t>
      </w:r>
    </w:p>
    <w:p>
      <w:r>
        <w:t>73. 钢筋进场可以不检验直接使用。（对/错）</w:t>
        <w:br/>
        <w:t>【答案】错</w:t>
      </w:r>
    </w:p>
    <w:p>
      <w:r>
        <w:t>74. 脚手架必须按方案搭设并验收。（对/错）</w:t>
        <w:br/>
        <w:t>【答案】对</w:t>
      </w:r>
    </w:p>
    <w:p>
      <w:r>
        <w:t>75. 隐蔽工程验收合格后可以进入下道工序。（对/错）</w:t>
        <w:br/>
        <w:t>【答案】对</w:t>
      </w:r>
    </w:p>
    <w:p>
      <w:r>
        <w:t>76. 施工现场可以使用花线代替电缆。（对/错）</w:t>
        <w:br/>
        <w:t>【答案】错</w:t>
      </w:r>
    </w:p>
    <w:p>
      <w:r>
        <w:t>77. 塔吊作业人员必须持证上岗。（对/错）</w:t>
        <w:br/>
        <w:t>【答案】对</w:t>
      </w:r>
    </w:p>
    <w:p>
      <w:r>
        <w:t>78. 夜间施工可以不办理审批手续。（对/错）</w:t>
        <w:br/>
        <w:t>【答案】错</w:t>
      </w:r>
    </w:p>
    <w:p>
      <w:r>
        <w:t>79. 施工单位可以转包工程。（对/错）</w:t>
        <w:br/>
        <w:t>【答案】错</w:t>
      </w:r>
    </w:p>
    <w:p>
      <w:r>
        <w:t>80. 项目经理是安全生产第一责任人。（对/错）</w:t>
        <w:br/>
        <w:t>【答案】对</w:t>
      </w:r>
    </w:p>
    <w:p>
      <w:r>
        <w:t>81. 钢筋进场可以不检验直接使用。（对/错）</w:t>
        <w:br/>
        <w:t>【答案】错</w:t>
      </w:r>
    </w:p>
    <w:p>
      <w:r>
        <w:t>82. 脚手架必须按方案搭设并验收。（对/错）</w:t>
        <w:br/>
        <w:t>【答案】对</w:t>
      </w:r>
    </w:p>
    <w:p>
      <w:r>
        <w:t>83. 隐蔽工程验收合格后可以进入下道工序。（对/错）</w:t>
        <w:br/>
        <w:t>【答案】对</w:t>
      </w:r>
    </w:p>
    <w:p>
      <w:r>
        <w:t>84. 施工现场可以使用花线代替电缆。（对/错）</w:t>
        <w:br/>
        <w:t>【答案】错</w:t>
      </w:r>
    </w:p>
    <w:p>
      <w:r>
        <w:t>85. 塔吊作业人员必须持证上岗。（对/错）</w:t>
        <w:br/>
        <w:t>【答案】对</w:t>
      </w:r>
    </w:p>
    <w:p>
      <w:r>
        <w:t>86. 夜间施工可以不办理审批手续。（对/错）</w:t>
        <w:br/>
        <w:t>【答案】错</w:t>
      </w:r>
    </w:p>
    <w:p>
      <w:r>
        <w:t>87. 施工单位可以转包工程。（对/错）</w:t>
        <w:br/>
        <w:t>【答案】错</w:t>
      </w:r>
    </w:p>
    <w:p>
      <w:r>
        <w:t>88. 项目经理是安全生产第一责任人。（对/错）</w:t>
        <w:br/>
        <w:t>【答案】对</w:t>
      </w:r>
    </w:p>
    <w:p>
      <w:r>
        <w:t>89. 钢筋进场可以不检验直接使用。（对/错）</w:t>
        <w:br/>
        <w:t>【答案】错</w:t>
      </w:r>
    </w:p>
    <w:p>
      <w:r>
        <w:t>90. 脚手架必须按方案搭设并验收。（对/错）</w:t>
        <w:br/>
        <w:t>【答案】对</w:t>
      </w:r>
    </w:p>
    <w:p/>
    <w:p>
      <w:pPr>
        <w:pStyle w:val="Heading2"/>
      </w:pPr>
      <w:r>
        <w:t>四、简答题（每题3分，共30分）</w:t>
      </w:r>
    </w:p>
    <w:p>
      <w:r>
        <w:t>91. 简述施工现场安全管理的主要内容。</w:t>
        <w:br/>
        <w:t>【答案】安全教育、安全检查、隐患排查、应急预案、劳动保护</w:t>
      </w:r>
    </w:p>
    <w:p>
      <w:r>
        <w:t>92. 建设工程质量责任主体包括哪些？</w:t>
        <w:br/>
        <w:t>【答案】建设单位、勘察单位、设计单位、施工单位、监理单位</w:t>
      </w:r>
    </w:p>
    <w:p>
      <w:r>
        <w:t>93. 简述混凝土浇筑的施工要点。</w:t>
        <w:br/>
        <w:t>【答案】模板验收、分层浇筑、振捣密实、养护</w:t>
      </w:r>
    </w:p>
    <w:p>
      <w:r>
        <w:t>94. 施工安全事故如何处理？</w:t>
        <w:br/>
        <w:t>【答案】立即报告、抢救伤员、保护现场、配合调查</w:t>
      </w:r>
    </w:p>
    <w:p>
      <w:r>
        <w:t>95. 简述施工现场安全管理的主要内容。</w:t>
        <w:br/>
        <w:t>【答案】安全教育、安全检查、隐患排查、应急预案、劳动保护</w:t>
      </w:r>
    </w:p>
    <w:p>
      <w:r>
        <w:t>96. 建设工程质量责任主体包括哪些？</w:t>
        <w:br/>
        <w:t>【答案】建设单位、勘察单位、设计单位、施工单位、监理单位</w:t>
      </w:r>
    </w:p>
    <w:p>
      <w:r>
        <w:t>97. 简述混凝土浇筑的施工要点。</w:t>
        <w:br/>
        <w:t>【答案】模板验收、分层浇筑、振捣密实、养护</w:t>
      </w:r>
    </w:p>
    <w:p>
      <w:r>
        <w:t>98. 施工安全事故如何处理？</w:t>
        <w:br/>
        <w:t>【答案】立即报告、抢救伤员、保护现场、配合调查</w:t>
      </w:r>
    </w:p>
    <w:p>
      <w:r>
        <w:t>99. 简述施工现场安全管理的主要内容。</w:t>
        <w:br/>
        <w:t>【答案】安全教育、安全检查、隐患排查、应急预案、劳动保护</w:t>
      </w:r>
    </w:p>
    <w:p>
      <w:r>
        <w:t>100. 建设工程质量责任主体包括哪些？</w:t>
        <w:br/>
        <w:t>【答案】建设单位、勘察单位、设计单位、施工单位、监理单位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【一、单项选择题（每题1分，共50分）】</w:t>
      </w:r>
    </w:p>
    <w:p>
      <w:r>
        <w:t>1. 一级建造师考试科目不包括</w:t>
        <w:br/>
        <w:t>A.建  B.设  C.工  D.程</w:t>
        <w:br/>
        <w:t>【答案】D  1. 一级建造师考试科目不包括</w:t>
        <w:br/>
        <w:t>A.建  B.设  C.工  D.程</w:t>
        <w:br/>
        <w:t>【答案】D</w:t>
      </w:r>
    </w:p>
    <w:p>
      <w:r>
        <w:t>2. 建筑工程施工许可证由谁颁发</w:t>
        <w:br/>
        <w:t>A.住  B.建  C.部  D.门</w:t>
        <w:br/>
        <w:t>【答案】A  2. 建筑工程施工许可证由谁颁发</w:t>
        <w:br/>
        <w:t>A.住  B.建  C.部  D.门</w:t>
        <w:br/>
        <w:t>【答案】A</w:t>
      </w:r>
    </w:p>
    <w:p>
      <w:r>
        <w:t>3. 混凝土强度等级C30中的30表示</w:t>
        <w:br/>
        <w:t>A.抗  B.压  C.强  D.度</w:t>
        <w:br/>
        <w:t>【答案】A  3. 混凝土强度等级C30中的30表示</w:t>
        <w:br/>
        <w:t>A.抗  B.压  C.强  D.度</w:t>
        <w:br/>
        <w:t>【答案】A</w:t>
      </w:r>
    </w:p>
    <w:p>
      <w:r>
        <w:t>4. 安全生产责任制的主体是</w:t>
        <w:br/>
        <w:t>A.企  B.业  C.主  D.要</w:t>
        <w:br/>
        <w:t>【答案】A  4. 安全生产责任制的主体是</w:t>
        <w:br/>
        <w:t>A.企  B.业  C.主  D.要</w:t>
        <w:br/>
        <w:t>【答案】A</w:t>
      </w:r>
    </w:p>
    <w:p>
      <w:r>
        <w:t>5. 建设工程质量保修的最低保修期限，主体结构为</w:t>
        <w:br/>
        <w:t>A.设  B.计  C.文  D.件</w:t>
        <w:br/>
        <w:t>【答案】A  5. 建设工程质量保修的最低保修期限，主体结构为</w:t>
        <w:br/>
        <w:t>A.设  B.计  C.文  D.件</w:t>
        <w:br/>
        <w:t>【答案】A</w:t>
      </w:r>
    </w:p>
    <w:p>
      <w:r>
        <w:t>6. 施工现场临时用电采用什么系统</w:t>
        <w:br/>
        <w:t>A.T  B.N  C.-  D.S</w:t>
        <w:br/>
        <w:t>【答案】A  6. 施工现场临时用电采用什么系统</w:t>
        <w:br/>
        <w:t>A.T  B.N  C.-  D.S</w:t>
        <w:br/>
        <w:t>【答案】A</w:t>
      </w:r>
    </w:p>
    <w:p>
      <w:r>
        <w:t>7. 砖砌体的水平灰缝厚度一般为</w:t>
        <w:br/>
        <w:t>A.1  B.0  C.m  D.m</w:t>
        <w:br/>
        <w:t>【答案】A  7. 砖砌体的水平灰缝厚度一般为</w:t>
        <w:br/>
        <w:t>A.1  B.0  C.m  D.m</w:t>
        <w:br/>
        <w:t>【答案】A</w:t>
      </w:r>
    </w:p>
    <w:p>
      <w:r>
        <w:t>8. 建筑施工噪声排放标准执行</w:t>
        <w:br/>
        <w:t>A.G  B.B  C.1  D.2</w:t>
        <w:br/>
        <w:t>【答案】A  8. 建筑施工噪声排放标准执行</w:t>
        <w:br/>
        <w:t>A.G  B.B  C.1  D.2</w:t>
        <w:br/>
        <w:t>【答案】A</w:t>
      </w:r>
    </w:p>
    <w:p>
      <w:r>
        <w:t>9. 一级建造师考试科目不包括</w:t>
        <w:br/>
        <w:t>A.建  B.设  C.工  D.程</w:t>
        <w:br/>
        <w:t>【答案】D  9. 一级建造师考试科目不包括</w:t>
        <w:br/>
        <w:t>A.建  B.设  C.工  D.程</w:t>
        <w:br/>
        <w:t>【答案】D</w:t>
      </w:r>
    </w:p>
    <w:p>
      <w:r>
        <w:t>10. 建筑工程施工许可证由谁颁发</w:t>
        <w:br/>
        <w:t>A.住  B.建  C.部  D.门</w:t>
        <w:br/>
        <w:t>【答案】A  10. 建筑工程施工许可证由谁颁发</w:t>
        <w:br/>
        <w:t>A.住  B.建  C.部  D.门</w:t>
        <w:br/>
        <w:t>【答案】A</w:t>
      </w:r>
    </w:p>
    <w:p>
      <w:r>
        <w:t>11. 混凝土强度等级C30中的30表示</w:t>
        <w:br/>
        <w:t>A.抗  B.压  C.强  D.度</w:t>
        <w:br/>
        <w:t>【答案】A  11. 混凝土强度等级C30中的30表示</w:t>
        <w:br/>
        <w:t>A.抗  B.压  C.强  D.度</w:t>
        <w:br/>
        <w:t>【答案】A</w:t>
      </w:r>
    </w:p>
    <w:p>
      <w:r>
        <w:t>12. 安全生产责任制的主体是</w:t>
        <w:br/>
        <w:t>A.企  B.业  C.主  D.要</w:t>
        <w:br/>
        <w:t>【答案】A  12. 安全生产责任制的主体是</w:t>
        <w:br/>
        <w:t>A.企  B.业  C.主  D.要</w:t>
        <w:br/>
        <w:t>【答案】A</w:t>
      </w:r>
    </w:p>
    <w:p>
      <w:r>
        <w:t>13. 建设工程质量保修的最低保修期限，主体结构为</w:t>
        <w:br/>
        <w:t>A.设  B.计  C.文  D.件</w:t>
        <w:br/>
        <w:t>【答案】A  13. 建设工程质量保修的最低保修期限，主体结构为</w:t>
        <w:br/>
        <w:t>A.设  B.计  C.文  D.件</w:t>
        <w:br/>
        <w:t>【答案】A</w:t>
      </w:r>
    </w:p>
    <w:p>
      <w:r>
        <w:t>14. 施工现场临时用电采用什么系统</w:t>
        <w:br/>
        <w:t>A.T  B.N  C.-  D.S</w:t>
        <w:br/>
        <w:t>【答案】A  14. 施工现场临时用电采用什么系统</w:t>
        <w:br/>
        <w:t>A.T  B.N  C.-  D.S</w:t>
        <w:br/>
        <w:t>【答案】A</w:t>
      </w:r>
    </w:p>
    <w:p>
      <w:r>
        <w:t>15. 砖砌体的水平灰缝厚度一般为</w:t>
        <w:br/>
        <w:t>A.1  B.0  C.m  D.m</w:t>
        <w:br/>
        <w:t>【答案】A  15. 砖砌体的水平灰缝厚度一般为</w:t>
        <w:br/>
        <w:t>A.1  B.0  C.m  D.m</w:t>
        <w:br/>
        <w:t>【答案】A</w:t>
      </w:r>
    </w:p>
    <w:p>
      <w:r>
        <w:t>16. 建筑施工噪声排放标准执行</w:t>
        <w:br/>
        <w:t>A.G  B.B  C.1  D.2</w:t>
        <w:br/>
        <w:t>【答案】A  16. 建筑施工噪声排放标准执行</w:t>
        <w:br/>
        <w:t>A.G  B.B  C.1  D.2</w:t>
        <w:br/>
        <w:t>【答案】A</w:t>
      </w:r>
    </w:p>
    <w:p>
      <w:r>
        <w:t>17. 一级建造师考试科目不包括</w:t>
        <w:br/>
        <w:t>A.建  B.设  C.工  D.程</w:t>
        <w:br/>
        <w:t>【答案】D  17. 一级建造师考试科目不包括</w:t>
        <w:br/>
        <w:t>A.建  B.设  C.工  D.程</w:t>
        <w:br/>
        <w:t>【答案】D</w:t>
      </w:r>
    </w:p>
    <w:p>
      <w:r>
        <w:t>18. 建筑工程施工许可证由谁颁发</w:t>
        <w:br/>
        <w:t>A.住  B.建  C.部  D.门</w:t>
        <w:br/>
        <w:t>【答案】A  18. 建筑工程施工许可证由谁颁发</w:t>
        <w:br/>
        <w:t>A.住  B.建  C.部  D.门</w:t>
        <w:br/>
        <w:t>【答案】A</w:t>
      </w:r>
    </w:p>
    <w:p>
      <w:r>
        <w:t>19. 混凝土强度等级C30中的30表示</w:t>
        <w:br/>
        <w:t>A.抗  B.压  C.强  D.度</w:t>
        <w:br/>
        <w:t>【答案】A  19. 混凝土强度等级C30中的30表示</w:t>
        <w:br/>
        <w:t>A.抗  B.压  C.强  D.度</w:t>
        <w:br/>
        <w:t>【答案】A</w:t>
      </w:r>
    </w:p>
    <w:p>
      <w:r>
        <w:t>20. 安全生产责任制的主体是</w:t>
        <w:br/>
        <w:t>A.企  B.业  C.主  D.要</w:t>
        <w:br/>
        <w:t>【答案】A  20. 安全生产责任制的主体是</w:t>
        <w:br/>
        <w:t>A.企  B.业  C.主  D.要</w:t>
        <w:br/>
        <w:t>【答案】A</w:t>
      </w:r>
    </w:p>
    <w:p>
      <w:r>
        <w:t>21. 建设工程质量保修的最低保修期限，主体结构为</w:t>
        <w:br/>
        <w:t>A.设  B.计  C.文  D.件</w:t>
        <w:br/>
        <w:t>【答案】A  21. 建设工程质量保修的最低保修期限，主体结构为</w:t>
        <w:br/>
        <w:t>A.设  B.计  C.文  D.件</w:t>
        <w:br/>
        <w:t>【答案】A</w:t>
      </w:r>
    </w:p>
    <w:p>
      <w:r>
        <w:t>22. 施工现场临时用电采用什么系统</w:t>
        <w:br/>
        <w:t>A.T  B.N  C.-  D.S</w:t>
        <w:br/>
        <w:t>【答案】A  22. 施工现场临时用电采用什么系统</w:t>
        <w:br/>
        <w:t>A.T  B.N  C.-  D.S</w:t>
        <w:br/>
        <w:t>【答案】A</w:t>
      </w:r>
    </w:p>
    <w:p>
      <w:r>
        <w:t>23. 砖砌体的水平灰缝厚度一般为</w:t>
        <w:br/>
        <w:t>A.1  B.0  C.m  D.m</w:t>
        <w:br/>
        <w:t>【答案】A  23. 砖砌体的水平灰缝厚度一般为</w:t>
        <w:br/>
        <w:t>A.1  B.0  C.m  D.m</w:t>
        <w:br/>
        <w:t>【答案】A</w:t>
      </w:r>
    </w:p>
    <w:p>
      <w:r>
        <w:t>24. 建筑施工噪声排放标准执行</w:t>
        <w:br/>
        <w:t>A.G  B.B  C.1  D.2</w:t>
        <w:br/>
        <w:t>【答案】A  24. 建筑施工噪声排放标准执行</w:t>
        <w:br/>
        <w:t>A.G  B.B  C.1  D.2</w:t>
        <w:br/>
        <w:t>【答案】A</w:t>
      </w:r>
    </w:p>
    <w:p>
      <w:r>
        <w:t>25. 一级建造师考试科目不包括</w:t>
        <w:br/>
        <w:t>A.建  B.设  C.工  D.程</w:t>
        <w:br/>
        <w:t>【答案】D  25. 一级建造师考试科目不包括</w:t>
        <w:br/>
        <w:t>A.建  B.设  C.工  D.程</w:t>
        <w:br/>
        <w:t>【答案】D</w:t>
      </w:r>
    </w:p>
    <w:p>
      <w:r>
        <w:t>26. 建筑工程施工许可证由谁颁发</w:t>
        <w:br/>
        <w:t>A.住  B.建  C.部  D.门</w:t>
        <w:br/>
        <w:t>【答案】A  26. 建筑工程施工许可证由谁颁发</w:t>
        <w:br/>
        <w:t>A.住  B.建  C.部  D.门</w:t>
        <w:br/>
        <w:t>【答案】A</w:t>
      </w:r>
    </w:p>
    <w:p>
      <w:r>
        <w:t>27. 混凝土强度等级C30中的30表示</w:t>
        <w:br/>
        <w:t>A.抗  B.压  C.强  D.度</w:t>
        <w:br/>
        <w:t>【答案】A  27. 混凝土强度等级C30中的30表示</w:t>
        <w:br/>
        <w:t>A.抗  B.压  C.强  D.度</w:t>
        <w:br/>
        <w:t>【答案】A</w:t>
      </w:r>
    </w:p>
    <w:p>
      <w:r>
        <w:t>28. 安全生产责任制的主体是</w:t>
        <w:br/>
        <w:t>A.企  B.业  C.主  D.要</w:t>
        <w:br/>
        <w:t>【答案】A  28. 安全生产责任制的主体是</w:t>
        <w:br/>
        <w:t>A.企  B.业  C.主  D.要</w:t>
        <w:br/>
        <w:t>【答案】A</w:t>
      </w:r>
    </w:p>
    <w:p>
      <w:r>
        <w:t>29. 建设工程质量保修的最低保修期限，主体结构为</w:t>
        <w:br/>
        <w:t>A.设  B.计  C.文  D.件</w:t>
        <w:br/>
        <w:t>【答案】A  29. 建设工程质量保修的最低保修期限，主体结构为</w:t>
        <w:br/>
        <w:t>A.设  B.计  C.文  D.件</w:t>
        <w:br/>
        <w:t>【答案】A</w:t>
      </w:r>
    </w:p>
    <w:p>
      <w:r>
        <w:t>30. 施工现场临时用电采用什么系统</w:t>
        <w:br/>
        <w:t>A.T  B.N  C.-  D.S</w:t>
        <w:br/>
        <w:t>【答案】A  30. 施工现场临时用电采用什么系统</w:t>
        <w:br/>
        <w:t>A.T  B.N  C.-  D.S</w:t>
        <w:br/>
        <w:t>【答案】A</w:t>
      </w:r>
    </w:p>
    <w:p>
      <w:r>
        <w:t>31. 砖砌体的水平灰缝厚度一般为</w:t>
        <w:br/>
        <w:t>A.1  B.0  C.m  D.m</w:t>
        <w:br/>
        <w:t>【答案】A  31. 砖砌体的水平灰缝厚度一般为</w:t>
        <w:br/>
        <w:t>A.1  B.0  C.m  D.m</w:t>
        <w:br/>
        <w:t>【答案】A</w:t>
      </w:r>
    </w:p>
    <w:p>
      <w:r>
        <w:t>32. 建筑施工噪声排放标准执行</w:t>
        <w:br/>
        <w:t>A.G  B.B  C.1  D.2</w:t>
        <w:br/>
        <w:t>【答案】A  32. 建筑施工噪声排放标准执行</w:t>
        <w:br/>
        <w:t>A.G  B.B  C.1  D.2</w:t>
        <w:br/>
        <w:t>【答案】A</w:t>
      </w:r>
    </w:p>
    <w:p>
      <w:r>
        <w:t>33. 一级建造师考试科目不包括</w:t>
        <w:br/>
        <w:t>A.建  B.设  C.工  D.程</w:t>
        <w:br/>
        <w:t>【答案】D  33. 一级建造师考试科目不包括</w:t>
        <w:br/>
        <w:t>A.建  B.设  C.工  D.程</w:t>
        <w:br/>
        <w:t>【答案】D</w:t>
      </w:r>
    </w:p>
    <w:p>
      <w:r>
        <w:t>34. 建筑工程施工许可证由谁颁发</w:t>
        <w:br/>
        <w:t>A.住  B.建  C.部  D.门</w:t>
        <w:br/>
        <w:t>【答案】A  34. 建筑工程施工许可证由谁颁发</w:t>
        <w:br/>
        <w:t>A.住  B.建  C.部  D.门</w:t>
        <w:br/>
        <w:t>【答案】A</w:t>
      </w:r>
    </w:p>
    <w:p>
      <w:r>
        <w:t>35. 混凝土强度等级C30中的30表示</w:t>
        <w:br/>
        <w:t>A.抗  B.压  C.强  D.度</w:t>
        <w:br/>
        <w:t>【答案】A  35. 混凝土强度等级C30中的30表示</w:t>
        <w:br/>
        <w:t>A.抗  B.压  C.强  D.度</w:t>
        <w:br/>
        <w:t>【答案】A</w:t>
      </w:r>
    </w:p>
    <w:p>
      <w:r>
        <w:t>36. 安全生产责任制的主体是</w:t>
        <w:br/>
        <w:t>A.企  B.业  C.主  D.要</w:t>
        <w:br/>
        <w:t>【答案】A  36. 安全生产责任制的主体是</w:t>
        <w:br/>
        <w:t>A.企  B.业  C.主  D.要</w:t>
        <w:br/>
        <w:t>【答案】A</w:t>
      </w:r>
    </w:p>
    <w:p>
      <w:r>
        <w:t>37. 建设工程质量保修的最低保修期限，主体结构为</w:t>
        <w:br/>
        <w:t>A.设  B.计  C.文  D.件</w:t>
        <w:br/>
        <w:t>【答案】A  37. 建设工程质量保修的最低保修期限，主体结构为</w:t>
        <w:br/>
        <w:t>A.设  B.计  C.文  D.件</w:t>
        <w:br/>
        <w:t>【答案】A</w:t>
      </w:r>
    </w:p>
    <w:p>
      <w:r>
        <w:t>38. 施工现场临时用电采用什么系统</w:t>
        <w:br/>
        <w:t>A.T  B.N  C.-  D.S</w:t>
        <w:br/>
        <w:t>【答案】A  38. 施工现场临时用电采用什么系统</w:t>
        <w:br/>
        <w:t>A.T  B.N  C.-  D.S</w:t>
        <w:br/>
        <w:t>【答案】A</w:t>
      </w:r>
    </w:p>
    <w:p>
      <w:r>
        <w:t>39. 砖砌体的水平灰缝厚度一般为</w:t>
        <w:br/>
        <w:t>A.1  B.0  C.m  D.m</w:t>
        <w:br/>
        <w:t>【答案】A  39. 砖砌体的水平灰缝厚度一般为</w:t>
        <w:br/>
        <w:t>A.1  B.0  C.m  D.m</w:t>
        <w:br/>
        <w:t>【答案】A</w:t>
      </w:r>
    </w:p>
    <w:p>
      <w:r>
        <w:t>40. 建筑施工噪声排放标准执行</w:t>
        <w:br/>
        <w:t>A.G  B.B  C.1  D.2</w:t>
        <w:br/>
        <w:t>【答案】A  40. 建筑施工噪声排放标准执行</w:t>
        <w:br/>
        <w:t>A.G  B.B  C.1  D.2</w:t>
        <w:br/>
        <w:t>【答案】A</w:t>
      </w:r>
    </w:p>
    <w:p>
      <w:r>
        <w:t>41. 一级建造师考试科目不包括</w:t>
        <w:br/>
        <w:t>A.建  B.设  C.工  D.程</w:t>
        <w:br/>
        <w:t>【答案】D  41. 一级建造师考试科目不包括</w:t>
        <w:br/>
        <w:t>A.建  B.设  C.工  D.程</w:t>
        <w:br/>
        <w:t>【答案】D</w:t>
      </w:r>
    </w:p>
    <w:p>
      <w:r>
        <w:t>42. 建筑工程施工许可证由谁颁发</w:t>
        <w:br/>
        <w:t>A.住  B.建  C.部  D.门</w:t>
        <w:br/>
        <w:t>【答案】A  42. 建筑工程施工许可证由谁颁发</w:t>
        <w:br/>
        <w:t>A.住  B.建  C.部  D.门</w:t>
        <w:br/>
        <w:t>【答案】A</w:t>
      </w:r>
    </w:p>
    <w:p>
      <w:r>
        <w:t>43. 混凝土强度等级C30中的30表示</w:t>
        <w:br/>
        <w:t>A.抗  B.压  C.强  D.度</w:t>
        <w:br/>
        <w:t>【答案】A  43. 混凝土强度等级C30中的30表示</w:t>
        <w:br/>
        <w:t>A.抗  B.压  C.强  D.度</w:t>
        <w:br/>
        <w:t>【答案】A</w:t>
      </w:r>
    </w:p>
    <w:p>
      <w:r>
        <w:t>44. 安全生产责任制的主体是</w:t>
        <w:br/>
        <w:t>A.企  B.业  C.主  D.要</w:t>
        <w:br/>
        <w:t>【答案】A  44. 安全生产责任制的主体是</w:t>
        <w:br/>
        <w:t>A.企  B.业  C.主  D.要</w:t>
        <w:br/>
        <w:t>【答案】A</w:t>
      </w:r>
    </w:p>
    <w:p>
      <w:r>
        <w:t>45. 建设工程质量保修的最低保修期限，主体结构为</w:t>
        <w:br/>
        <w:t>A.设  B.计  C.文  D.件</w:t>
        <w:br/>
        <w:t>【答案】A  45. 建设工程质量保修的最低保修期限，主体结构为</w:t>
        <w:br/>
        <w:t>A.设  B.计  C.文  D.件</w:t>
        <w:br/>
        <w:t>【答案】A</w:t>
      </w:r>
    </w:p>
    <w:p>
      <w:r>
        <w:t>46. 施工现场临时用电采用什么系统</w:t>
        <w:br/>
        <w:t>A.T  B.N  C.-  D.S</w:t>
        <w:br/>
        <w:t>【答案】A  46. 施工现场临时用电采用什么系统</w:t>
        <w:br/>
        <w:t>A.T  B.N  C.-  D.S</w:t>
        <w:br/>
        <w:t>【答案】A</w:t>
      </w:r>
    </w:p>
    <w:p>
      <w:r>
        <w:t>47. 砖砌体的水平灰缝厚度一般为</w:t>
        <w:br/>
        <w:t>A.1  B.0  C.m  D.m</w:t>
        <w:br/>
        <w:t>【答案】A  47. 砖砌体的水平灰缝厚度一般为</w:t>
        <w:br/>
        <w:t>A.1  B.0  C.m  D.m</w:t>
        <w:br/>
        <w:t>【答案】A</w:t>
      </w:r>
    </w:p>
    <w:p>
      <w:r>
        <w:t>48. 建筑施工噪声排放标准执行</w:t>
        <w:br/>
        <w:t>A.G  B.B  C.1  D.2</w:t>
        <w:br/>
        <w:t>【答案】A  48. 建筑施工噪声排放标准执行</w:t>
        <w:br/>
        <w:t>A.G  B.B  C.1  D.2</w:t>
        <w:br/>
        <w:t>【答案】A</w:t>
      </w:r>
    </w:p>
    <w:p>
      <w:r>
        <w:t>49. 一级建造师考试科目不包括</w:t>
        <w:br/>
        <w:t>A.建  B.设  C.工  D.程</w:t>
        <w:br/>
        <w:t>【答案】D  49. 一级建造师考试科目不包括</w:t>
        <w:br/>
        <w:t>A.建  B.设  C.工  D.程</w:t>
        <w:br/>
        <w:t>【答案】D</w:t>
      </w:r>
    </w:p>
    <w:p>
      <w:r>
        <w:t>50. 建筑工程施工许可证由谁颁发</w:t>
        <w:br/>
        <w:t>A.住  B.建  C.部  D.门</w:t>
        <w:br/>
        <w:t>【答案】A  50. 建筑工程施工许可证由谁颁发</w:t>
        <w:br/>
        <w:t>A.住  B.建  C.部  D.门</w:t>
        <w:br/>
        <w:t>【答案】A</w:t>
      </w:r>
    </w:p>
    <w:p>
      <w:r>
        <w:t>【二、多项选择题（每题2分，共40分）】</w:t>
      </w:r>
    </w:p>
    <w:p>
      <w:r>
        <w:t>51. 施工组织设计的内容包括</w:t>
        <w:br/>
        <w:t>A.工  B.程  C.概  D.况</w:t>
        <w:br/>
        <w:t>【答案】ABCD  51. 施工组织设计的内容包括</w:t>
        <w:br/>
        <w:t>A.工  B.程  C.概  D.况</w:t>
        <w:br/>
        <w:t>【答案】ABCD</w:t>
      </w:r>
    </w:p>
    <w:p>
      <w:r>
        <w:t>52. 建设工程“三宝”包括</w:t>
        <w:br/>
        <w:t>A.安  B.全  C.帽  D.|</w:t>
        <w:br/>
        <w:t>【答案】ABC  52. 建设工程“三宝”包括</w:t>
        <w:br/>
        <w:t>A.安  B.全  C.帽  D.|</w:t>
        <w:br/>
        <w:t>【答案】ABC</w:t>
      </w:r>
    </w:p>
    <w:p>
      <w:r>
        <w:t>53. 项目管理的基本职能包括</w:t>
        <w:br/>
        <w:t>A.计  B.划  C.|  D.组</w:t>
        <w:br/>
        <w:t>【答案】ABCD  53. 项目管理的基本职能包括</w:t>
        <w:br/>
        <w:t>A.计  B.划  C.|  D.组</w:t>
        <w:br/>
        <w:t>【答案】ABCD</w:t>
      </w:r>
    </w:p>
    <w:p>
      <w:r>
        <w:t>54. 混凝土浇筑的注意事项包括</w:t>
        <w:br/>
        <w:t>A.振  B.捣  C.密  D.实</w:t>
        <w:br/>
        <w:t>【答案】ABCD  54. 混凝土浇筑的注意事项包括</w:t>
        <w:br/>
        <w:t>A.振  B.捣  C.密  D.实</w:t>
        <w:br/>
        <w:t>【答案】ABCD</w:t>
      </w:r>
    </w:p>
    <w:p>
      <w:r>
        <w:t>55. 竣工验收应当具备的条件包括</w:t>
        <w:br/>
        <w:t>A.完  B.成  C.设  D.计</w:t>
        <w:br/>
        <w:t>【答案】ABCD  55. 竣工验收应当具备的条件包括</w:t>
        <w:br/>
        <w:t>A.完  B.成  C.设  D.计</w:t>
        <w:br/>
        <w:t>【答案】ABCD</w:t>
      </w:r>
    </w:p>
    <w:p>
      <w:r>
        <w:t>56. 施工图预算的编制方法包括</w:t>
        <w:br/>
        <w:t>A.单  B.价  C.法  D.|</w:t>
        <w:br/>
        <w:t>【答案】AB  56. 施工图预算的编制方法包括</w:t>
        <w:br/>
        <w:t>A.单  B.价  C.法  D.|</w:t>
        <w:br/>
        <w:t>【答案】AB</w:t>
      </w:r>
    </w:p>
    <w:p>
      <w:r>
        <w:t>57. 高处作业的分级按高度分为</w:t>
        <w:br/>
        <w:t>A.2  B.-  C.5  D.m</w:t>
        <w:br/>
        <w:t>【答案】ABCD  57. 高处作业的分级按高度分为</w:t>
        <w:br/>
        <w:t>A.2  B.-  C.5  D.m</w:t>
        <w:br/>
        <w:t>【答案】ABCD</w:t>
      </w:r>
    </w:p>
    <w:p>
      <w:r>
        <w:t>58. 文明施工的要求包括</w:t>
        <w:br/>
        <w:t>A.现  B.场  C.围  D.挡</w:t>
        <w:br/>
        <w:t>【答案】ABCD  58. 文明施工的要求包括</w:t>
        <w:br/>
        <w:t>A.现  B.场  C.围  D.挡</w:t>
        <w:br/>
        <w:t>【答案】ABCD</w:t>
      </w:r>
    </w:p>
    <w:p>
      <w:r>
        <w:t>59. 施工组织设计的内容包括</w:t>
        <w:br/>
        <w:t>A.工  B.程  C.概  D.况</w:t>
        <w:br/>
        <w:t>【答案】ABCD  59. 施工组织设计的内容包括</w:t>
        <w:br/>
        <w:t>A.工  B.程  C.概  D.况</w:t>
        <w:br/>
        <w:t>【答案】ABCD</w:t>
      </w:r>
    </w:p>
    <w:p>
      <w:r>
        <w:t>60. 建设工程“三宝”包括</w:t>
        <w:br/>
        <w:t>A.安  B.全  C.帽  D.|</w:t>
        <w:br/>
        <w:t>【答案】ABC  60. 建设工程“三宝”包括</w:t>
        <w:br/>
        <w:t>A.安  B.全  C.帽  D.|</w:t>
        <w:br/>
        <w:t>【答案】ABC</w:t>
      </w:r>
    </w:p>
    <w:p>
      <w:r>
        <w:t>61. 项目管理的基本职能包括</w:t>
        <w:br/>
        <w:t>A.计  B.划  C.|  D.组</w:t>
        <w:br/>
        <w:t>【答案】ABCD  61. 项目管理的基本职能包括</w:t>
        <w:br/>
        <w:t>A.计  B.划  C.|  D.组</w:t>
        <w:br/>
        <w:t>【答案】ABCD</w:t>
      </w:r>
    </w:p>
    <w:p>
      <w:r>
        <w:t>62. 混凝土浇筑的注意事项包括</w:t>
        <w:br/>
        <w:t>A.振  B.捣  C.密  D.实</w:t>
        <w:br/>
        <w:t>【答案】ABCD  62. 混凝土浇筑的注意事项包括</w:t>
        <w:br/>
        <w:t>A.振  B.捣  C.密  D.实</w:t>
        <w:br/>
        <w:t>【答案】ABCD</w:t>
      </w:r>
    </w:p>
    <w:p>
      <w:r>
        <w:t>63. 竣工验收应当具备的条件包括</w:t>
        <w:br/>
        <w:t>A.完  B.成  C.设  D.计</w:t>
        <w:br/>
        <w:t>【答案】ABCD  63. 竣工验收应当具备的条件包括</w:t>
        <w:br/>
        <w:t>A.完  B.成  C.设  D.计</w:t>
        <w:br/>
        <w:t>【答案】ABCD</w:t>
      </w:r>
    </w:p>
    <w:p>
      <w:r>
        <w:t>64. 施工图预算的编制方法包括</w:t>
        <w:br/>
        <w:t>A.单  B.价  C.法  D.|</w:t>
        <w:br/>
        <w:t>【答案】AB  64. 施工图预算的编制方法包括</w:t>
        <w:br/>
        <w:t>A.单  B.价  C.法  D.|</w:t>
        <w:br/>
        <w:t>【答案】AB</w:t>
      </w:r>
    </w:p>
    <w:p>
      <w:r>
        <w:t>65. 高处作业的分级按高度分为</w:t>
        <w:br/>
        <w:t>A.2  B.-  C.5  D.m</w:t>
        <w:br/>
        <w:t>【答案】ABCD  65. 高处作业的分级按高度分为</w:t>
        <w:br/>
        <w:t>A.2  B.-  C.5  D.m</w:t>
        <w:br/>
        <w:t>【答案】ABCD</w:t>
      </w:r>
    </w:p>
    <w:p>
      <w:r>
        <w:t>66. 文明施工的要求包括</w:t>
        <w:br/>
        <w:t>A.现  B.场  C.围  D.挡</w:t>
        <w:br/>
        <w:t>【答案】ABCD  66. 文明施工的要求包括</w:t>
        <w:br/>
        <w:t>A.现  B.场  C.围  D.挡</w:t>
        <w:br/>
        <w:t>【答案】ABCD</w:t>
      </w:r>
    </w:p>
    <w:p>
      <w:r>
        <w:t>67. 施工组织设计的内容包括</w:t>
        <w:br/>
        <w:t>A.工  B.程  C.概  D.况</w:t>
        <w:br/>
        <w:t>【答案】ABCD  67. 施工组织设计的内容包括</w:t>
        <w:br/>
        <w:t>A.工  B.程  C.概  D.况</w:t>
        <w:br/>
        <w:t>【答案】ABCD</w:t>
      </w:r>
    </w:p>
    <w:p>
      <w:r>
        <w:t>68. 建设工程“三宝”包括</w:t>
        <w:br/>
        <w:t>A.安  B.全  C.帽  D.|</w:t>
        <w:br/>
        <w:t>【答案】ABC  68. 建设工程“三宝”包括</w:t>
        <w:br/>
        <w:t>A.安  B.全  C.帽  D.|</w:t>
        <w:br/>
        <w:t>【答案】ABC</w:t>
      </w:r>
    </w:p>
    <w:p>
      <w:r>
        <w:t>69. 项目管理的基本职能包括</w:t>
        <w:br/>
        <w:t>A.计  B.划  C.|  D.组</w:t>
        <w:br/>
        <w:t>【答案】ABCD  69. 项目管理的基本职能包括</w:t>
        <w:br/>
        <w:t>A.计  B.划  C.|  D.组</w:t>
        <w:br/>
        <w:t>【答案】ABCD</w:t>
      </w:r>
    </w:p>
    <w:p>
      <w:r>
        <w:t>70. 混凝土浇筑的注意事项包括</w:t>
        <w:br/>
        <w:t>A.振  B.捣  C.密  D.实</w:t>
        <w:br/>
        <w:t>【答案】ABCD  70. 混凝土浇筑的注意事项包括</w:t>
        <w:br/>
        <w:t>A.振  B.捣  C.密  D.实</w:t>
        <w:br/>
        <w:t>【答案】ABCD</w:t>
      </w:r>
    </w:p>
    <w:p>
      <w:r>
        <w:t>【三、判断题（每题1分，共20分）】</w:t>
      </w:r>
    </w:p>
    <w:p>
      <w:r>
        <w:t>71. 施工单位可以转包工程  71. 施工单位可以转包工程。（对/错）</w:t>
        <w:br/>
        <w:t>【答案】错</w:t>
      </w:r>
    </w:p>
    <w:p>
      <w:r>
        <w:t>72. 项目经理是安全生产第一责任人  72. 项目经理是安全生产第一责任人。（对/错）</w:t>
        <w:br/>
        <w:t>【答案】对</w:t>
      </w:r>
    </w:p>
    <w:p>
      <w:r>
        <w:t>73. 钢筋进场可以不检验直接使用  73. 钢筋进场可以不检验直接使用。（对/错）</w:t>
        <w:br/>
        <w:t>【答案】错</w:t>
      </w:r>
    </w:p>
    <w:p>
      <w:r>
        <w:t>74. 脚手架必须按方案搭设并验收  74. 脚手架必须按方案搭设并验收。（对/错）</w:t>
        <w:br/>
        <w:t>【答案】对</w:t>
      </w:r>
    </w:p>
    <w:p>
      <w:r>
        <w:t>75. 隐蔽工程验收合格后可以进入下道工序  75. 隐蔽工程验收合格后可以进入下道工序。（对/错）</w:t>
        <w:br/>
        <w:t>【答案】对</w:t>
      </w:r>
    </w:p>
    <w:p>
      <w:r>
        <w:t>76. 施工现场可以使用花线代替电缆  76. 施工现场可以使用花线代替电缆。（对/错）</w:t>
        <w:br/>
        <w:t>【答案】错</w:t>
      </w:r>
    </w:p>
    <w:p>
      <w:r>
        <w:t>77. 塔吊作业人员必须持证上岗  77. 塔吊作业人员必须持证上岗。（对/错）</w:t>
        <w:br/>
        <w:t>【答案】对</w:t>
      </w:r>
    </w:p>
    <w:p>
      <w:r>
        <w:t>78. 夜间施工可以不办理审批手续  78. 夜间施工可以不办理审批手续。（对/错）</w:t>
        <w:br/>
        <w:t>【答案】错</w:t>
      </w:r>
    </w:p>
    <w:p>
      <w:r>
        <w:t>79. 施工单位可以转包工程  79. 施工单位可以转包工程。（对/错）</w:t>
        <w:br/>
        <w:t>【答案】错</w:t>
      </w:r>
    </w:p>
    <w:p>
      <w:r>
        <w:t>80. 项目经理是安全生产第一责任人  80. 项目经理是安全生产第一责任人。（对/错）</w:t>
        <w:br/>
        <w:t>【答案】对</w:t>
      </w:r>
    </w:p>
    <w:p>
      <w:r>
        <w:t>81. 钢筋进场可以不检验直接使用  81. 钢筋进场可以不检验直接使用。（对/错）</w:t>
        <w:br/>
        <w:t>【答案】错</w:t>
      </w:r>
    </w:p>
    <w:p>
      <w:r>
        <w:t>82. 脚手架必须按方案搭设并验收  82. 脚手架必须按方案搭设并验收。（对/错）</w:t>
        <w:br/>
        <w:t>【答案】对</w:t>
      </w:r>
    </w:p>
    <w:p>
      <w:r>
        <w:t>83. 隐蔽工程验收合格后可以进入下道工序  83. 隐蔽工程验收合格后可以进入下道工序。（对/错）</w:t>
        <w:br/>
        <w:t>【答案】对</w:t>
      </w:r>
    </w:p>
    <w:p>
      <w:r>
        <w:t>84. 施工现场可以使用花线代替电缆  84. 施工现场可以使用花线代替电缆。（对/错）</w:t>
        <w:br/>
        <w:t>【答案】错</w:t>
      </w:r>
    </w:p>
    <w:p>
      <w:r>
        <w:t>85. 塔吊作业人员必须持证上岗  85. 塔吊作业人员必须持证上岗。（对/错）</w:t>
        <w:br/>
        <w:t>【答案】对</w:t>
      </w:r>
    </w:p>
    <w:p>
      <w:r>
        <w:t>86. 夜间施工可以不办理审批手续  86. 夜间施工可以不办理审批手续。（对/错）</w:t>
        <w:br/>
        <w:t>【答案】错</w:t>
      </w:r>
    </w:p>
    <w:p>
      <w:r>
        <w:t>87. 施工单位可以转包工程  87. 施工单位可以转包工程。（对/错）</w:t>
        <w:br/>
        <w:t>【答案】错</w:t>
      </w:r>
    </w:p>
    <w:p>
      <w:r>
        <w:t>88. 项目经理是安全生产第一责任人  88. 项目经理是安全生产第一责任人。（对/错）</w:t>
        <w:br/>
        <w:t>【答案】对</w:t>
      </w:r>
    </w:p>
    <w:p>
      <w:r>
        <w:t>89. 钢筋进场可以不检验直接使用  89. 钢筋进场可以不检验直接使用。（对/错）</w:t>
        <w:br/>
        <w:t>【答案】错</w:t>
      </w:r>
    </w:p>
    <w:p>
      <w:r>
        <w:t>90. 脚手架必须按方案搭设并验收  90. 脚手架必须按方案搭设并验收。（对/错）</w:t>
        <w:br/>
        <w:t>【答案】对</w:t>
      </w:r>
    </w:p>
    <w:p>
      <w:r>
        <w:t>【四、简答题（每题3分，共30分）】</w:t>
      </w:r>
    </w:p>
    <w:p>
      <w:r>
        <w:t>91. 简述施工现场安全管理的主要内容  91. 简述施工现场安全管理的主要内容。</w:t>
        <w:br/>
        <w:t>【答案】安全教育、安全检查、隐患排查、应急预案、劳动保护</w:t>
      </w:r>
    </w:p>
    <w:p>
      <w:r>
        <w:t>92. 建设工程质量责任主体包括哪些？</w:t>
        <w:br/>
        <w:t>【答案】建设单位、勘察单位、设计单位、施工单位、监理单位  92. 建设工程质量责任主体包括哪些？</w:t>
        <w:br/>
        <w:t>【答案】建设单位、勘察单位、设计单位、施工单位、监理单位</w:t>
      </w:r>
    </w:p>
    <w:p>
      <w:r>
        <w:t>93. 简述混凝土浇筑的施工要点  93. 简述混凝土浇筑的施工要点。</w:t>
        <w:br/>
        <w:t>【答案】模板验收、分层浇筑、振捣密实、养护</w:t>
      </w:r>
    </w:p>
    <w:p>
      <w:r>
        <w:t>94. 施工安全事故如何处理？</w:t>
        <w:br/>
        <w:t>【答案】立即报告、抢救伤员、保护现场、配合调查  94. 施工安全事故如何处理？</w:t>
        <w:br/>
        <w:t>【答案】立即报告、抢救伤员、保护现场、配合调查</w:t>
      </w:r>
    </w:p>
    <w:p>
      <w:r>
        <w:t>95. 简述施工现场安全管理的主要内容  95. 简述施工现场安全管理的主要内容。</w:t>
        <w:br/>
        <w:t>【答案】安全教育、安全检查、隐患排查、应急预案、劳动保护</w:t>
      </w:r>
    </w:p>
    <w:p>
      <w:r>
        <w:t>96. 建设工程质量责任主体包括哪些？</w:t>
        <w:br/>
        <w:t>【答案】建设单位、勘察单位、设计单位、施工单位、监理单位  96. 建设工程质量责任主体包括哪些？</w:t>
        <w:br/>
        <w:t>【答案】建设单位、勘察单位、设计单位、施工单位、监理单位</w:t>
      </w:r>
    </w:p>
    <w:p>
      <w:r>
        <w:t>97. 简述混凝土浇筑的施工要点  97. 简述混凝土浇筑的施工要点。</w:t>
        <w:br/>
        <w:t>【答案】模板验收、分层浇筑、振捣密实、养护</w:t>
      </w:r>
    </w:p>
    <w:p>
      <w:r>
        <w:t>98. 施工安全事故如何处理？</w:t>
        <w:br/>
        <w:t>【答案】立即报告、抢救伤员、保护现场、配合调查  98. 施工安全事故如何处理？</w:t>
        <w:br/>
        <w:t>【答案】立即报告、抢救伤员、保护现场、配合调查</w:t>
      </w:r>
    </w:p>
    <w:p>
      <w:r>
        <w:t>99. 简述施工现场安全管理的主要内容  99. 简述施工现场安全管理的主要内容。</w:t>
        <w:br/>
        <w:t>【答案】安全教育、安全检查、隐患排查、应急预案、劳动保护</w:t>
      </w:r>
    </w:p>
    <w:p>
      <w:r>
        <w:t>100. 建设工程质量责任主体包括哪些？</w:t>
        <w:br/>
        <w:t>【答案】建设单位、勘察单位、设计单位、施工单位、监理单位  100. 建设工程质量责任主体包括哪些？</w:t>
        <w:br/>
        <w:t>【答案】建设单位、勘察单位、设计单位、施工单位、监理单位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