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医疗健康行业PPT模板：医疗汇报/健康科普配色方案</w:t>
      </w:r>
    </w:p>
    <w:p>
      <w:r>
        <w:t>医疗行业PPT讲究专业、干净、可信！小编整理了医疗健康行业PPT配色方案，医院汇报、健康科普、医药企业路演都能用。</w:t>
      </w:r>
    </w:p>
    <w:p>
      <w:r>
        <w:t>亮点：①医疗行业色彩心理学；②10组专业配色；③排版注意事项。网页是预览版，下载Word完整版含全部方案。? 免费下载Word完整版（可直接打印编辑）</w:t>
      </w:r>
    </w:p>
    <w:p>
      <w:pPr>
        <w:pStyle w:val="Heading1"/>
      </w:pPr>
      <w:r>
        <w:t>医疗PPT配色方案（节选）</w:t>
      </w:r>
    </w:p>
    <w:p>
      <w:r>
        <w:t>医院汇报：主色#0E7490 辅色#22D3EE 背景#F0FDFA 专业冷静</w:t>
      </w:r>
    </w:p>
    <w:p>
      <w:r>
        <w:t>健康科普：主色#16A34A 辅色#4ADE80 背景#F0FDF4 清新信任</w:t>
      </w:r>
    </w:p>
    <w:p>
      <w:r>
        <w:t>医药企业：主色#1D4ED8 辅色#60A5FA 背景#EFF6FF 严谨科技</w:t>
      </w:r>
    </w:p>
    <w:p>
      <w:r>
        <w:t>口腔医疗：主色#0891B2 辅色#67E8F9 背景#F0FDFA 洁净明亮</w:t>
      </w:r>
    </w:p>
    <w:p>
      <w:r>
        <w:t>完整10组+排版要点见Word版。?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