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应届毕业生简历模板：无经验怎么写才有优势</w:t>
      </w:r>
    </w:p>
    <w:p>
      <w:r>
        <w:t>应届生没有工作经验，简历怎么写才能脱颖而出？小编整理了应届毕业生简历模板和写作技巧。</w:t>
      </w:r>
    </w:p>
    <w:p>
      <w:r>
        <w:t>亮点：①应届生简历结构；②经历包装写法；③常见错误提醒。网页是预览版，下载Word完整版可直接编辑。? 免费下载Word完整版（可直接打印编辑）</w:t>
      </w:r>
    </w:p>
    <w:p>
      <w:pPr>
        <w:pStyle w:val="Heading1"/>
      </w:pPr>
      <w:r>
        <w:t>应届生简历写法</w:t>
      </w:r>
    </w:p>
    <w:p>
      <w:r>
        <w:t>①基本信息：姓名+电话+邮箱+求职意向（必填）；</w:t>
      </w:r>
    </w:p>
    <w:p>
      <w:r>
        <w:t>②教育背景：主修课程、绩点（高则写）；</w:t>
      </w:r>
    </w:p>
    <w:p>
      <w:r>
        <w:t>③校园经历：社团/学生工作/竞赛，用“做了什么+结果如何”表述；</w:t>
      </w:r>
    </w:p>
    <w:p>
      <w:r>
        <w:t>④实习实践：有则详写，突出能力；</w:t>
      </w:r>
    </w:p>
    <w:p>
      <w:r>
        <w:t>⑤技能证书：与岗位相关的优先。</w:t>
      </w:r>
    </w:p>
    <w:p>
      <w:r>
        <w:t>⚠️注意：一页纸、重点突出、用动词开头（组织、负责、完成）。完整模板见Word版。?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