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银行从业资格证10月24-25日开考·还在报名期+100题模拟卷</w:t>
      </w:r>
    </w:p>
    <w:p>
      <w:r>
        <w:t>银行从业资格证10月24-25日开考·还在报名期+100题模拟卷</w:t>
      </w:r>
    </w:p>
    <w:p>
      <w:r>
        <w:t>考试通知（摘要）：</w:t>
      </w:r>
    </w:p>
    <w:p>
      <w:r>
        <w:t>📋 考试通知（已核实官方信息）2026年下半年考试：10月24日-25日即将开考；报名时间：2026年8月31日12:00-10月10日17:00（仍在报名期），准考证打印10月19日12:00起。报名网站：ccbp.org.cn。必考《银行业法律法规与综合能力》+选考《个人理财》《公司信贷》《个人贷款》《风险管理》《银行管理》等任一科。</w:t>
      </w:r>
    </w:p>
    <w:p>
      <w:r>
        <w:t>模拟试卷（共100题，按真实考试题型结构出题：单选60题+判断40题）</w:t>
      </w:r>
    </w:p>
    <w:p>
      <w:r>
        <w:t>1. 商业银行的核心业务是（单选）</w:t>
        <w:br/>
        <w:t>A. 证券承销  B. 存贷款业务  C. 保险销售  D. 期货交易</w:t>
        <w:br/>
        <w:t>答案：B  解析：存贷款业务是商业银行的基础和核心业务。</w:t>
      </w:r>
    </w:p>
    <w:p>
      <w:r>
        <w:t>2. 中央银行的主要职能不包括（单选）</w:t>
        <w:br/>
        <w:t>A. 发行货币  B. 制定货币政策  C. 监管金融稳定  D. 吸收居民储蓄</w:t>
        <w:br/>
        <w:t>答案：D  解析：中央银行不吸收居民储蓄，那是商业银行的负债业务。</w:t>
      </w:r>
    </w:p>
    <w:p>
      <w:r>
        <w:t>3. 我国金融监管体制实行（单选）</w:t>
        <w:br/>
        <w:t>A. 分业监管  B. 混业监管  C. 行业自律  D. 无监管</w:t>
        <w:br/>
        <w:t>答案：C  解析：我国实行‘一行一局一会’为主的分业监管体制。</w:t>
      </w:r>
    </w:p>
    <w:p>
      <w:r>
        <w:t>4. 《商业银行法》规定商业银行的经营原则不包括（单选）</w:t>
        <w:br/>
        <w:t>A. 垄断性  B. 安全性  C. 流动性  D. 效益性</w:t>
        <w:br/>
        <w:t>答案：A  解析：商业银行经营坚持安全性、流动性、效益性原则，无垄断性。</w:t>
      </w:r>
    </w:p>
    <w:p>
      <w:r>
        <w:t>5. 存款保险制度的保障范围是（单选）</w:t>
        <w:br/>
        <w:t>A. 存款本金和利息  B. 仅本金  C. 理财产品  D. 仅利息</w:t>
        <w:br/>
        <w:t>答案：C  解析：存款保险保障同一存款人同一投保机构50万元以内的本息。</w:t>
      </w:r>
    </w:p>
    <w:p>
      <w:r>
        <w:t>6. 个人存款业务中‘整存整取’的特点是（单选）</w:t>
        <w:br/>
        <w:t>A. 无需预约  B. 随时存取  C. 一次存入到期支取  D. 按日计息</w:t>
        <w:br/>
        <w:t>答案：A  解析：整存整取是一次性存入本金、约定存期、到期一次性支取的储蓄。</w:t>
      </w:r>
    </w:p>
    <w:p>
      <w:r>
        <w:t>7. 银行贷款的五级分类不包括（单选）</w:t>
        <w:br/>
        <w:t>A. 正常  B. 次级  C. 呆账准备  D. 关注</w:t>
        <w:br/>
        <w:t>答案：C  解析：五级分类为正常、关注、次级、可疑、损失。</w:t>
      </w:r>
    </w:p>
    <w:p>
      <w:r>
        <w:t>8. 《反洗钱法》要求金融机构履行的义务不包括（单选）</w:t>
        <w:br/>
        <w:t>A. 客户身份识别  B. 可疑交易报告  C. 大额交易报告  D. 为客户保密洗钱计划</w:t>
        <w:br/>
        <w:t>答案：D  解析：金融机构须履行客户身份识别和交易报告义务，不得协助洗钱。</w:t>
      </w:r>
    </w:p>
    <w:p>
      <w:r>
        <w:t>9. 个人信用报告的来源是（单选）</w:t>
        <w:br/>
        <w:t>A. 社交软件  B. 小区物业  C. 征信系统  D. 电商平台</w:t>
        <w:br/>
        <w:t>答案：B  解析：个人信用报告由人民银行征信系统及各征信机构生成。</w:t>
      </w:r>
    </w:p>
    <w:p>
      <w:r>
        <w:t>10. 贷款三查制度是指（单选）</w:t>
        <w:br/>
        <w:t>A. 查人、查物、查账  B. 查收入、查抵押、查担保  C. 查用途、查利率、查期限  D. 贷前调查、贷时审查、贷后检查</w:t>
        <w:br/>
        <w:t>答案：C  解析：贷款三查是贷前调查、贷时审查、贷后检查。</w:t>
      </w:r>
    </w:p>
    <w:p>
      <w:r>
        <w:t>11. 银行卡中贷记卡的特点是（单选）</w:t>
        <w:br/>
        <w:t>A. 无额度  B. 不可透支  C. 先存款后消费  D. 先消费后还款</w:t>
        <w:br/>
        <w:t>答案：B  解析：贷记卡（信用卡）具有透支功能，先消费后还款。</w:t>
      </w:r>
    </w:p>
    <w:p>
      <w:r>
        <w:t>12. 银行理财产品与存款的区别是（单选）</w:t>
        <w:br/>
        <w:t>A. 两者完全相同  B. 理财无风险  C. 理财不保本保息  D. 理财保本保息</w:t>
        <w:br/>
        <w:t>答案：B  解析：理财产品不承诺保本保息，风险由投资者自担。</w:t>
      </w:r>
    </w:p>
    <w:p>
      <w:r>
        <w:t>13. 《银行业监督管理法》的监管对象是（单选）</w:t>
        <w:br/>
        <w:t>A. 银行业金融机构  B. 行政机关  C. 个人  D. 所有企业</w:t>
        <w:br/>
        <w:t>答案：C  解析：银保监（现金融监管总局）依法监管银行业金融机构。</w:t>
      </w:r>
    </w:p>
    <w:p>
      <w:r>
        <w:t>14. 银行汇票的付款人是（单选）</w:t>
        <w:br/>
        <w:t>A. 企业  B. 政府  C. 银行  D. 个人</w:t>
        <w:br/>
        <w:t>答案：B  解析：银行汇票由银行签发并承诺付款，付款人是银行。</w:t>
      </w:r>
    </w:p>
    <w:p>
      <w:r>
        <w:t>15. 利率市场化改革的目标是（单选）</w:t>
        <w:br/>
        <w:t>A. 政府统一定价  B. 发挥市场在利率形成中的作用  C. 利率越高越好  D. 取消利率</w:t>
        <w:br/>
        <w:t>答案：D  解析：利率市场化由市场供求决定利率水平。</w:t>
      </w:r>
    </w:p>
    <w:p>
      <w:r>
        <w:t>16. 存款准备金的作用是（单选）</w:t>
        <w:br/>
        <w:t>A. 降低风险  B. 增加银行利润  C. 调节货币供应量  D. 限制贷款额度</w:t>
        <w:br/>
        <w:t>答案：D  解析：法定存款准备金率是央行调节货币供应量的重要工具。</w:t>
      </w:r>
    </w:p>
    <w:p>
      <w:r>
        <w:t>17. 消费者在银行购买理财产品的适当性原则是指（单选）</w:t>
        <w:br/>
        <w:t>A. 随便销售  B. 卖适合的产品给适合的人  C. 只卖低收益产品  D. 只卖高风险产品</w:t>
        <w:br/>
        <w:t>答案：A  解析：适当性要求银行了解客户风险承受能力，销售相匹配的产品。</w:t>
      </w:r>
    </w:p>
    <w:p>
      <w:r>
        <w:t>18. 银行员工泄露客户信息的后果是（单选）</w:t>
        <w:br/>
        <w:t>A. 不影响  B. 违法并可能被追责  C. 无后果  D. 仅内部批评</w:t>
        <w:br/>
        <w:t>答案：A  解析：泄露客户信息违反法律和银行保密制度，会被追责。</w:t>
      </w:r>
    </w:p>
    <w:p>
      <w:r>
        <w:t>19. 网银支付的安全措施不包括（单选）</w:t>
        <w:br/>
        <w:t>A. 告知他人密码  B. U盾/数字证书  C. 短信验证码  D. 定期更换密码</w:t>
        <w:br/>
        <w:t>答案：A  解析：U盾、验证码、定期改密是安全措施，告知他人密码是大忌。</w:t>
      </w:r>
    </w:p>
    <w:p>
      <w:r>
        <w:t>20. 金融消费者投诉渠道不包括（单选）</w:t>
        <w:br/>
        <w:t>A. 金融监管部门  B. 法院（依法）  C. 金融机构客服  D. 私下报复</w:t>
        <w:br/>
        <w:t>答案：D  解析：投诉可通过机构客服、监管热线（12378）等正规渠道，不得私下报复。</w:t>
      </w:r>
    </w:p>
    <w:p>
      <w:r>
        <w:t>21. 商业银行的核心业务是（单选）</w:t>
        <w:br/>
        <w:t>A. 保险销售  B. 证券承销  C. 期货交易  D. 存贷款业务</w:t>
        <w:br/>
        <w:t>答案：D  解析：存贷款业务是商业银行的基础和核心业务。</w:t>
      </w:r>
    </w:p>
    <w:p>
      <w:r>
        <w:t>22. 中央银行的主要职能不包括（单选）</w:t>
        <w:br/>
        <w:t>A. 监管金融稳定  B. 吸收居民储蓄  C. 制定货币政策  D. 发行货币</w:t>
        <w:br/>
        <w:t>答案：B  解析：中央银行不吸收居民储蓄，那是商业银行的负债业务。</w:t>
      </w:r>
    </w:p>
    <w:p>
      <w:r>
        <w:t>23. 我国金融监管体制实行（单选）</w:t>
        <w:br/>
        <w:t>A. 行业自律  B. 混业监管  C. 无监管  D. 分业监管</w:t>
        <w:br/>
        <w:t>答案：A  解析：我国实行‘一行一局一会’为主的分业监管体制。</w:t>
      </w:r>
    </w:p>
    <w:p>
      <w:r>
        <w:t>24. 《商业银行法》规定商业银行的经营原则不包括（单选）</w:t>
        <w:br/>
        <w:t>A. 垄断性  B. 安全性  C. 流动性  D. 效益性</w:t>
        <w:br/>
        <w:t>答案：A  解析：商业银行经营坚持安全性、流动性、效益性原则，无垄断性。</w:t>
      </w:r>
    </w:p>
    <w:p>
      <w:r>
        <w:t>25. 存款保险制度的保障范围是（单选）</w:t>
        <w:br/>
        <w:t>A. 仅利息  B. 仅本金  C. 存款本金和利息  D. 理财产品</w:t>
        <w:br/>
        <w:t>答案：D  解析：存款保险保障同一存款人同一投保机构50万元以内的本息。</w:t>
      </w:r>
    </w:p>
    <w:p>
      <w:r>
        <w:t>26. 个人存款业务中‘整存整取’的特点是（单选）</w:t>
        <w:br/>
        <w:t>A. 按日计息  B. 随时存取  C. 无需预约  D. 一次存入到期支取</w:t>
        <w:br/>
        <w:t>答案：C  解析：整存整取是一次性存入本金、约定存期、到期一次性支取的储蓄。</w:t>
      </w:r>
    </w:p>
    <w:p>
      <w:r>
        <w:t>27. 银行贷款的五级分类不包括（单选）</w:t>
        <w:br/>
        <w:t>A. 次级  B. 关注  C. 正常  D. 呆账准备</w:t>
        <w:br/>
        <w:t>答案：D  解析：五级分类为正常、关注、次级、可疑、损失。</w:t>
      </w:r>
    </w:p>
    <w:p>
      <w:r>
        <w:t>28. 《反洗钱法》要求金融机构履行的义务不包括（单选）</w:t>
        <w:br/>
        <w:t>A. 客户身份识别  B. 大额交易报告  C. 可疑交易报告  D. 为客户保密洗钱计划</w:t>
        <w:br/>
        <w:t>答案：D  解析：金融机构须履行客户身份识别和交易报告义务，不得协助洗钱。</w:t>
      </w:r>
    </w:p>
    <w:p>
      <w:r>
        <w:t>29. 个人信用报告的来源是（单选）</w:t>
        <w:br/>
        <w:t>A. 小区物业  B. 征信系统  C. 社交软件  D. 电商平台</w:t>
        <w:br/>
        <w:t>答案：A  解析：个人信用报告由人民银行征信系统及各征信机构生成。</w:t>
      </w:r>
    </w:p>
    <w:p>
      <w:r>
        <w:t>30. 贷款三查制度是指（单选）</w:t>
        <w:br/>
        <w:t>A. 贷前调查、贷时审查、贷后检查  B. 查用途、查利率、查期限  C. 查收入、查抵押、查担保  D. 查人、查物、查账</w:t>
        <w:br/>
        <w:t>答案：B  解析：贷款三查是贷前调查、贷时审查、贷后检查。</w:t>
      </w:r>
    </w:p>
    <w:p>
      <w:r>
        <w:t>31. 银行卡中贷记卡的特点是（单选）</w:t>
        <w:br/>
        <w:t>A. 先存款后消费  B. 无额度  C. 先消费后还款  D. 不可透支</w:t>
        <w:br/>
        <w:t>答案：D  解析：贷记卡（信用卡）具有透支功能，先消费后还款。</w:t>
      </w:r>
    </w:p>
    <w:p>
      <w:r>
        <w:t>32. 银行理财产品与存款的区别是（单选）</w:t>
        <w:br/>
        <w:t>A. 理财保本保息  B. 理财不保本保息  C. 两者完全相同  D. 理财无风险</w:t>
        <w:br/>
        <w:t>答案：D  解析：理财产品不承诺保本保息，风险由投资者自担。</w:t>
      </w:r>
    </w:p>
    <w:p>
      <w:r>
        <w:t>33. 《银行业监督管理法》的监管对象是（单选）</w:t>
        <w:br/>
        <w:t>A. 个人  B. 银行业金融机构  C. 所有企业  D. 行政机关</w:t>
        <w:br/>
        <w:t>答案：A  解析：银保监（现金融监管总局）依法监管银行业金融机构。</w:t>
      </w:r>
    </w:p>
    <w:p>
      <w:r>
        <w:t>34. 银行汇票的付款人是（单选）</w:t>
        <w:br/>
        <w:t>A. 政府  B. 个人  C. 企业  D. 银行</w:t>
        <w:br/>
        <w:t>答案：A  解析：银行汇票由银行签发并承诺付款，付款人是银行。</w:t>
      </w:r>
    </w:p>
    <w:p>
      <w:r>
        <w:t>35. 利率市场化改革的目标是（单选）</w:t>
        <w:br/>
        <w:t>A. 发挥市场在利率形成中的作用  B. 利率越高越好  C. 政府统一定价  D. 取消利率</w:t>
        <w:br/>
        <w:t>答案：D  解析：利率市场化由市场供求决定利率水平。</w:t>
      </w:r>
    </w:p>
    <w:p>
      <w:r>
        <w:t>36. 存款准备金的作用是（单选）</w:t>
        <w:br/>
        <w:t>A. 增加银行利润  B. 调节货币供应量  C. 限制贷款额度  D. 降低风险</w:t>
        <w:br/>
        <w:t>答案：C  解析：法定存款准备金率是央行调节货币供应量的重要工具。</w:t>
      </w:r>
    </w:p>
    <w:p>
      <w:r>
        <w:t>37. 消费者在银行购买理财产品的适当性原则是指（单选）</w:t>
        <w:br/>
        <w:t>A. 卖适合的产品给适合的人  B. 随便销售  C. 只卖高风险产品  D. 只卖低收益产品</w:t>
        <w:br/>
        <w:t>答案：B  解析：适当性要求银行了解客户风险承受能力，销售相匹配的产品。</w:t>
      </w:r>
    </w:p>
    <w:p>
      <w:r>
        <w:t>38. 银行员工泄露客户信息的后果是（单选）</w:t>
        <w:br/>
        <w:t>A. 仅内部批评  B. 无后果  C. 违法并可能被追责  D. 不影响</w:t>
        <w:br/>
        <w:t>答案：D  解析：泄露客户信息违反法律和银行保密制度，会被追责。</w:t>
      </w:r>
    </w:p>
    <w:p>
      <w:r>
        <w:t>39. 网银支付的安全措施不包括（单选）</w:t>
        <w:br/>
        <w:t>A. 短信验证码  B. U盾/数字证书  C. 定期更换密码  D. 告知他人密码</w:t>
        <w:br/>
        <w:t>答案：D  解析：U盾、验证码、定期改密是安全措施，告知他人密码是大忌。</w:t>
      </w:r>
    </w:p>
    <w:p>
      <w:r>
        <w:t>40. 金融消费者投诉渠道不包括（单选）</w:t>
        <w:br/>
        <w:t>A. 法院（依法）  B. 金融监管部门  C. 私下报复  D. 金融机构客服</w:t>
        <w:br/>
        <w:t>答案：C  解析：投诉可通过机构客服、监管热线（12378）等正规渠道，不得私下报复。</w:t>
      </w:r>
    </w:p>
    <w:p>
      <w:r>
        <w:t>41. 商业银行的核心业务是（单选）</w:t>
        <w:br/>
        <w:t>A. 证券承销  B. 期货交易  C. 存贷款业务  D. 保险销售</w:t>
        <w:br/>
        <w:t>答案：C  解析：存贷款业务是商业银行的基础和核心业务。</w:t>
      </w:r>
    </w:p>
    <w:p>
      <w:r>
        <w:t>42. 中央银行的主要职能不包括（单选）</w:t>
        <w:br/>
        <w:t>A. 制定货币政策  B. 发行货币  C. 吸收居民储蓄  D. 监管金融稳定</w:t>
        <w:br/>
        <w:t>答案：C  解析：中央银行不吸收居民储蓄，那是商业银行的负债业务。</w:t>
      </w:r>
    </w:p>
    <w:p>
      <w:r>
        <w:t>43. 我国金融监管体制实行（单选）</w:t>
        <w:br/>
        <w:t>A. 混业监管  B. 无监管  C. 行业自律  D. 分业监管</w:t>
        <w:br/>
        <w:t>答案：C  解析：我国实行‘一行一局一会’为主的分业监管体制。</w:t>
      </w:r>
    </w:p>
    <w:p>
      <w:r>
        <w:t>44. 《商业银行法》规定商业银行的经营原则不包括（单选）</w:t>
        <w:br/>
        <w:t>A. 垄断性  B. 效益性  C. 安全性  D. 流动性</w:t>
        <w:br/>
        <w:t>答案：A  解析：商业银行经营坚持安全性、流动性、效益性原则，无垄断性。</w:t>
      </w:r>
    </w:p>
    <w:p>
      <w:r>
        <w:t>45. 存款保险制度的保障范围是（单选）</w:t>
        <w:br/>
        <w:t>A. 理财产品  B. 仅本金  C. 仅利息  D. 存款本金和利息</w:t>
        <w:br/>
        <w:t>答案：A  解析：存款保险保障同一存款人同一投保机构50万元以内的本息。</w:t>
      </w:r>
    </w:p>
    <w:p>
      <w:r>
        <w:t>46. 个人存款业务中‘整存整取’的特点是（单选）</w:t>
        <w:br/>
        <w:t>A. 按日计息  B. 一次存入到期支取  C. 随时存取  D. 无需预约</w:t>
        <w:br/>
        <w:t>答案：D  解析：整存整取是一次性存入本金、约定存期、到期一次性支取的储蓄。</w:t>
      </w:r>
    </w:p>
    <w:p>
      <w:r>
        <w:t>47. 银行贷款的五级分类不包括（单选）</w:t>
        <w:br/>
        <w:t>A. 呆账准备  B. 正常  C. 关注  D. 次级</w:t>
        <w:br/>
        <w:t>答案：A  解析：五级分类为正常、关注、次级、可疑、损失。</w:t>
      </w:r>
    </w:p>
    <w:p>
      <w:r>
        <w:t>48. 《反洗钱法》要求金融机构履行的义务不包括（单选）</w:t>
        <w:br/>
        <w:t>A. 可疑交易报告  B. 大额交易报告  C. 客户身份识别  D. 为客户保密洗钱计划</w:t>
        <w:br/>
        <w:t>答案：D  解析：金融机构须履行客户身份识别和交易报告义务，不得协助洗钱。</w:t>
      </w:r>
    </w:p>
    <w:p>
      <w:r>
        <w:t>49. 个人信用报告的来源是（单选）</w:t>
        <w:br/>
        <w:t>A. 电商平台  B. 小区物业  C. 征信系统  D. 社交软件</w:t>
        <w:br/>
        <w:t>答案：B  解析：个人信用报告由人民银行征信系统及各征信机构生成。</w:t>
      </w:r>
    </w:p>
    <w:p>
      <w:r>
        <w:t>50. 贷款三查制度是指（单选）</w:t>
        <w:br/>
        <w:t>A. 贷前调查、贷时审查、贷后检查  B. 查人、查物、查账  C. 查用途、查利率、查期限  D. 查收入、查抵押、查担保</w:t>
        <w:br/>
        <w:t>答案：C  解析：贷款三查是贷前调查、贷时审查、贷后检查。</w:t>
      </w:r>
    </w:p>
    <w:p>
      <w:r>
        <w:t>51. 银行卡中贷记卡的特点是（单选）</w:t>
        <w:br/>
        <w:t>A. 不可透支  B. 先消费后还款  C. 无额度  D. 先存款后消费</w:t>
        <w:br/>
        <w:t>答案：A  解析：贷记卡（信用卡）具有透支功能，先消费后还款。</w:t>
      </w:r>
    </w:p>
    <w:p>
      <w:r>
        <w:t>52. 银行理财产品与存款的区别是（单选）</w:t>
        <w:br/>
        <w:t>A. 理财不保本保息  B. 两者完全相同  C. 理财保本保息  D. 理财无风险</w:t>
        <w:br/>
        <w:t>答案：D  解析：理财产品不承诺保本保息，风险由投资者自担。</w:t>
      </w:r>
    </w:p>
    <w:p>
      <w:r>
        <w:t>53. 《银行业监督管理法》的监管对象是（单选）</w:t>
        <w:br/>
        <w:t>A. 行政机关  B. 个人  C. 所有企业  D. 银行业金融机构</w:t>
        <w:br/>
        <w:t>答案：B  解析：银保监（现金融监管总局）依法监管银行业金融机构。</w:t>
      </w:r>
    </w:p>
    <w:p>
      <w:r>
        <w:t>54. 银行汇票的付款人是（单选）</w:t>
        <w:br/>
        <w:t>A. 政府  B. 个人  C. 银行  D. 企业</w:t>
        <w:br/>
        <w:t>答案：A  解析：银行汇票由银行签发并承诺付款，付款人是银行。</w:t>
      </w:r>
    </w:p>
    <w:p>
      <w:r>
        <w:t>55. 利率市场化改革的目标是（单选）</w:t>
        <w:br/>
        <w:t>A. 发挥市场在利率形成中的作用  B. 利率越高越好  C. 政府统一定价  D. 取消利率</w:t>
        <w:br/>
        <w:t>答案：D  解析：利率市场化由市场供求决定利率水平。</w:t>
      </w:r>
    </w:p>
    <w:p>
      <w:r>
        <w:t>56. 存款准备金的作用是（单选）</w:t>
        <w:br/>
        <w:t>A. 增加银行利润  B. 调节货币供应量  C. 降低风险  D. 限制贷款额度</w:t>
        <w:br/>
        <w:t>答案：D  解析：法定存款准备金率是央行调节货币供应量的重要工具。</w:t>
      </w:r>
    </w:p>
    <w:p>
      <w:r>
        <w:t>57. 消费者在银行购买理财产品的适当性原则是指（单选）</w:t>
        <w:br/>
        <w:t>A. 只卖高风险产品  B. 卖适合的产品给适合的人  C. 只卖低收益产品  D. 随便销售</w:t>
        <w:br/>
        <w:t>答案：D  解析：适当性要求银行了解客户风险承受能力，销售相匹配的产品。</w:t>
      </w:r>
    </w:p>
    <w:p>
      <w:r>
        <w:t>58. 银行员工泄露客户信息的后果是（单选）</w:t>
        <w:br/>
        <w:t>A. 不影响  B. 无后果  C. 仅内部批评  D. 违法并可能被追责</w:t>
        <w:br/>
        <w:t>答案：A  解析：泄露客户信息违反法律和银行保密制度，会被追责。</w:t>
      </w:r>
    </w:p>
    <w:p>
      <w:r>
        <w:t>59. 网银支付的安全措施不包括（单选）</w:t>
        <w:br/>
        <w:t>A. U盾/数字证书  B. 告知他人密码  C. 定期更换密码  D. 短信验证码</w:t>
        <w:br/>
        <w:t>答案：B  解析：U盾、验证码、定期改密是安全措施，告知他人密码是大忌。</w:t>
      </w:r>
    </w:p>
    <w:p>
      <w:r>
        <w:t>60. 金融消费者投诉渠道不包括（单选）</w:t>
        <w:br/>
        <w:t>A. 金融机构客服  B. 金融监管部门  C. 法院（依法）  D. 私下报复</w:t>
        <w:br/>
        <w:t>答案：D  解析：投诉可通过机构客服、监管热线（12378）等正规渠道，不得私下报复。</w:t>
      </w:r>
    </w:p>
    <w:p>
      <w:r>
        <w:t>61. 商业银行的核心业务是，该说法正确与否？（判断）</w:t>
        <w:br/>
        <w:t>答案：正确  解析：存贷款业务是商业银行的基础和核心业务。</w:t>
      </w:r>
    </w:p>
    <w:p>
      <w:r>
        <w:t>62. 中央银行的主要职能不包括，该说法正确与否？（判断）</w:t>
        <w:br/>
        <w:t>答案：错误  解析：中央银行不吸收居民储蓄，那是商业银行的负债业务。 请以教材表述为准。</w:t>
      </w:r>
    </w:p>
    <w:p>
      <w:r>
        <w:t>63. 我国金融监管体制实行，该说法正确与否？（判断）</w:t>
        <w:br/>
        <w:t>答案：错误  解析：我国实行‘一行一局一会’为主的分业监管体制。 请以教材表述为准。</w:t>
      </w:r>
    </w:p>
    <w:p>
      <w:r>
        <w:t>64. 《商业银行法》规定商业银行的经营原则不包括，该说法正确与否？（判断）</w:t>
        <w:br/>
        <w:t>答案：正确  解析：商业银行经营坚持安全性、流动性、效益性原则，无垄断性。</w:t>
      </w:r>
    </w:p>
    <w:p>
      <w:r>
        <w:t>65. 存款保险制度的保障范围是，该说法正确与否？（判断）</w:t>
        <w:br/>
        <w:t>答案：错误  解析：存款保险保障同一存款人同一投保机构50万元以内的本息。 请以教材表述为准。</w:t>
      </w:r>
    </w:p>
    <w:p>
      <w:r>
        <w:t>66. 个人存款业务中‘整存整取’的特点是，该说法正确与否？（判断）</w:t>
        <w:br/>
        <w:t>答案：错误  解析：整存整取是一次性存入本金、约定存期、到期一次性支取的储蓄。 请以教材表述为准。</w:t>
      </w:r>
    </w:p>
    <w:p>
      <w:r>
        <w:t>67. 银行贷款的五级分类不包括，该说法正确与否？（判断）</w:t>
        <w:br/>
        <w:t>答案：正确  解析：五级分类为正常、关注、次级、可疑、损失。</w:t>
      </w:r>
    </w:p>
    <w:p>
      <w:r>
        <w:t>68. 《反洗钱法》要求金融机构履行的义务不包括，该说法正确与否？（判断）</w:t>
        <w:br/>
        <w:t>答案：错误  解析：金融机构须履行客户身份识别和交易报告义务，不得协助洗钱。 请以教材表述为准。</w:t>
      </w:r>
    </w:p>
    <w:p>
      <w:r>
        <w:t>69. 个人信用报告的来源是，该说法正确与否？（判断）</w:t>
        <w:br/>
        <w:t>答案：错误  解析：个人信用报告由人民银行征信系统及各征信机构生成。 请以教材表述为准。</w:t>
      </w:r>
    </w:p>
    <w:p>
      <w:r>
        <w:t>70. 贷款三查制度是指，该说法正确与否？（判断）</w:t>
        <w:br/>
        <w:t>答案：正确  解析：贷款三查是贷前调查、贷时审查、贷后检查。</w:t>
      </w:r>
    </w:p>
    <w:p>
      <w:r>
        <w:t>71. 银行卡中贷记卡的特点是，该说法正确与否？（判断）</w:t>
        <w:br/>
        <w:t>答案：错误  解析：贷记卡（信用卡）具有透支功能，先消费后还款。 请以教材表述为准。</w:t>
      </w:r>
    </w:p>
    <w:p>
      <w:r>
        <w:t>72. 银行理财产品与存款的区别是，该说法正确与否？（判断）</w:t>
        <w:br/>
        <w:t>答案：错误  解析：理财产品不承诺保本保息，风险由投资者自担。 请以教材表述为准。</w:t>
      </w:r>
    </w:p>
    <w:p>
      <w:r>
        <w:t>73. 《银行业监督管理法》的监管对象是，该说法正确与否？（判断）</w:t>
        <w:br/>
        <w:t>答案：正确  解析：银保监（现金融监管总局）依法监管银行业金融机构。</w:t>
      </w:r>
    </w:p>
    <w:p>
      <w:r>
        <w:t>74. 银行汇票的付款人是，该说法正确与否？（判断）</w:t>
        <w:br/>
        <w:t>答案：错误  解析：银行汇票由银行签发并承诺付款，付款人是银行。 请以教材表述为准。</w:t>
      </w:r>
    </w:p>
    <w:p>
      <w:r>
        <w:t>75. 利率市场化改革的目标是，该说法正确与否？（判断）</w:t>
        <w:br/>
        <w:t>答案：错误  解析：利率市场化由市场供求决定利率水平。 请以教材表述为准。</w:t>
      </w:r>
    </w:p>
    <w:p>
      <w:r>
        <w:t>76. 存款准备金的作用是，该说法正确与否？（判断）</w:t>
        <w:br/>
        <w:t>答案：正确  解析：法定存款准备金率是央行调节货币供应量的重要工具。</w:t>
      </w:r>
    </w:p>
    <w:p>
      <w:r>
        <w:t>77. 消费者在银行购买理财产品的适当性原则是指，该说法正确与否？（判断）</w:t>
        <w:br/>
        <w:t>答案：错误  解析：适当性要求银行了解客户风险承受能力，销售相匹配的产品。 请以教材表述为准。</w:t>
      </w:r>
    </w:p>
    <w:p>
      <w:r>
        <w:t>78. 银行员工泄露客户信息的后果是，该说法正确与否？（判断）</w:t>
        <w:br/>
        <w:t>答案：错误  解析：泄露客户信息违反法律和银行保密制度，会被追责。 请以教材表述为准。</w:t>
      </w:r>
    </w:p>
    <w:p>
      <w:r>
        <w:t>79. 网银支付的安全措施不包括，该说法正确与否？（判断）</w:t>
        <w:br/>
        <w:t>答案：正确  解析：U盾、验证码、定期改密是安全措施，告知他人密码是大忌。</w:t>
      </w:r>
    </w:p>
    <w:p>
      <w:r>
        <w:t>80. 金融消费者投诉渠道不包括，该说法正确与否？（判断）</w:t>
        <w:br/>
        <w:t>答案：错误  解析：投诉可通过机构客服、监管热线（12378）等正规渠道，不得私下报复。 请以教材表述为准。</w:t>
      </w:r>
    </w:p>
    <w:p>
      <w:r>
        <w:t>81. 商业银行的核心业务是，该说法正确与否？（判断）</w:t>
        <w:br/>
        <w:t>答案：错误  解析：存贷款业务是商业银行的基础和核心业务。 请以教材表述为准。</w:t>
      </w:r>
    </w:p>
    <w:p>
      <w:r>
        <w:t>82. 中央银行的主要职能不包括，该说法正确与否？（判断）</w:t>
        <w:br/>
        <w:t>答案：正确  解析：中央银行不吸收居民储蓄，那是商业银行的负债业务。</w:t>
      </w:r>
    </w:p>
    <w:p>
      <w:r>
        <w:t>83. 我国金融监管体制实行，该说法正确与否？（判断）</w:t>
        <w:br/>
        <w:t>答案：错误  解析：我国实行‘一行一局一会’为主的分业监管体制。 请以教材表述为准。</w:t>
      </w:r>
    </w:p>
    <w:p>
      <w:r>
        <w:t>84. 《商业银行法》规定商业银行的经营原则不包括，该说法正确与否？（判断）</w:t>
        <w:br/>
        <w:t>答案：错误  解析：商业银行经营坚持安全性、流动性、效益性原则，无垄断性。 请以教材表述为准。</w:t>
      </w:r>
    </w:p>
    <w:p>
      <w:r>
        <w:t>85. 存款保险制度的保障范围是，该说法正确与否？（判断）</w:t>
        <w:br/>
        <w:t>答案：正确  解析：存款保险保障同一存款人同一投保机构50万元以内的本息。</w:t>
      </w:r>
    </w:p>
    <w:p>
      <w:r>
        <w:t>86. 个人存款业务中‘整存整取’的特点是，该说法正确与否？（判断）</w:t>
        <w:br/>
        <w:t>答案：错误  解析：整存整取是一次性存入本金、约定存期、到期一次性支取的储蓄。 请以教材表述为准。</w:t>
      </w:r>
    </w:p>
    <w:p>
      <w:r>
        <w:t>87. 银行贷款的五级分类不包括，该说法正确与否？（判断）</w:t>
        <w:br/>
        <w:t>答案：错误  解析：五级分类为正常、关注、次级、可疑、损失。 请以教材表述为准。</w:t>
      </w:r>
    </w:p>
    <w:p>
      <w:r>
        <w:t>88. 《反洗钱法》要求金融机构履行的义务不包括，该说法正确与否？（判断）</w:t>
        <w:br/>
        <w:t>答案：正确  解析：金融机构须履行客户身份识别和交易报告义务，不得协助洗钱。</w:t>
      </w:r>
    </w:p>
    <w:p>
      <w:r>
        <w:t>89. 个人信用报告的来源是，该说法正确与否？（判断）</w:t>
        <w:br/>
        <w:t>答案：错误  解析：个人信用报告由人民银行征信系统及各征信机构生成。 请以教材表述为准。</w:t>
      </w:r>
    </w:p>
    <w:p>
      <w:r>
        <w:t>90. 贷款三查制度是指，该说法正确与否？（判断）</w:t>
        <w:br/>
        <w:t>答案：错误  解析：贷款三查是贷前调查、贷时审查、贷后检查。 请以教材表述为准。</w:t>
      </w:r>
    </w:p>
    <w:p>
      <w:r>
        <w:t>91. 银行卡中贷记卡的特点是，该说法正确与否？（判断）</w:t>
        <w:br/>
        <w:t>答案：正确  解析：贷记卡（信用卡）具有透支功能，先消费后还款。</w:t>
      </w:r>
    </w:p>
    <w:p>
      <w:r>
        <w:t>92. 银行理财产品与存款的区别是，该说法正确与否？（判断）</w:t>
        <w:br/>
        <w:t>答案：错误  解析：理财产品不承诺保本保息，风险由投资者自担。 请以教材表述为准。</w:t>
      </w:r>
    </w:p>
    <w:p>
      <w:r>
        <w:t>93. 《银行业监督管理法》的监管对象是，该说法正确与否？（判断）</w:t>
        <w:br/>
        <w:t>答案：错误  解析：银保监（现金融监管总局）依法监管银行业金融机构。 请以教材表述为准。</w:t>
      </w:r>
    </w:p>
    <w:p>
      <w:r>
        <w:t>94. 银行汇票的付款人是，该说法正确与否？（判断）</w:t>
        <w:br/>
        <w:t>答案：正确  解析：银行汇票由银行签发并承诺付款，付款人是银行。</w:t>
      </w:r>
    </w:p>
    <w:p>
      <w:r>
        <w:t>95. 利率市场化改革的目标是，该说法正确与否？（判断）</w:t>
        <w:br/>
        <w:t>答案：错误  解析：利率市场化由市场供求决定利率水平。 请以教材表述为准。</w:t>
      </w:r>
    </w:p>
    <w:p>
      <w:r>
        <w:t>96. 存款准备金的作用是，该说法正确与否？（判断）</w:t>
        <w:br/>
        <w:t>答案：错误  解析：法定存款准备金率是央行调节货币供应量的重要工具。 请以教材表述为准。</w:t>
      </w:r>
    </w:p>
    <w:p>
      <w:r>
        <w:t>97. 消费者在银行购买理财产品的适当性原则是指，该说法正确与否？（判断）</w:t>
        <w:br/>
        <w:t>答案：正确  解析：适当性要求银行了解客户风险承受能力，销售相匹配的产品。</w:t>
      </w:r>
    </w:p>
    <w:p>
      <w:r>
        <w:t>98. 银行员工泄露客户信息的后果是，该说法正确与否？（判断）</w:t>
        <w:br/>
        <w:t>答案：错误  解析：泄露客户信息违反法律和银行保密制度，会被追责。 请以教材表述为准。</w:t>
      </w:r>
    </w:p>
    <w:p>
      <w:r>
        <w:t>99. 网银支付的安全措施不包括，该说法正确与否？（判断）</w:t>
        <w:br/>
        <w:t>答案：错误  解析：U盾、验证码、定期改密是安全措施，告知他人密码是大忌。 请以教材表述为准。</w:t>
      </w:r>
    </w:p>
    <w:p>
      <w:r>
        <w:t>100. 金融消费者投诉渠道不包括，该说法正确与否？（判断）</w:t>
        <w:br/>
        <w:t>答案：正确  解析：投诉可通过机构客服、监管热线（12378）等正规渠道，不得私下报复。</w:t>
      </w:r>
    </w:p>
    <w:p>
      <w:r>
        <w:t>答案与解析已附于每题之后。祝考试顺利！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