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银行从业资格证怎么考？10月24-25日开考，还在报名期！+100题模拟卷</w:t>
      </w:r>
    </w:p>
    <w:p>
      <w:r>
        <w:t>银行从业资格证是进入银行工作的加分项，也是银行员工岗位晋升的参考证书。&lt;b&gt;2026年下半年银行业专业人员职业资格考试将于10月24日-25日举行，报名时间为8月31日12:00至10月10日17:00，现在还在报名期！&lt;/b&gt;还没报名的朋友抓紧了，报名网站：银行业专业人员职业资格考试服务平台（ccbp.org.cn）。考试科目：银行业法律法规与综合能力（必考）+《个人理财》《公司信贷》《个人贷款》《风险管理》《银行管理》等选考科目。小编整理100题完整版模拟卷（含答案解析），下载Word免费打印练习！</w:t>
      </w:r>
    </w:p>
    <w:p>
      <w:r>
        <w:t>1. 商业银行的核心业务是</w:t>
        <w:br/>
        <w:t xml:space="preserve">    A.存贷款业务  B.证券承销  C.保险销售  D.期货交易</w:t>
        <w:br/>
        <w:t xml:space="preserve">    答案：A。解析：存贷款业务是商业银行的传统核心业务。</w:t>
      </w:r>
    </w:p>
    <w:p>
      <w:r>
        <w:t>2. 贷款五级分类不包括</w:t>
        <w:br/>
        <w:t xml:space="preserve">    A.正常类  B.关注类  C.次级类  D.优良类</w:t>
        <w:br/>
        <w:t xml:space="preserve">    答案：D。解析：贷款五级分类：正常、关注、次级、可疑、损失。</w:t>
      </w:r>
    </w:p>
    <w:p>
      <w:r>
        <w:t>3. 银行业的监督管理机构是</w:t>
        <w:br/>
        <w:t xml:space="preserve">    A.中国人民银行  B.国家金融监督管理总局  C.财政部  D.证监会</w:t>
        <w:br/>
        <w:t xml:space="preserve">    答案：B。解析：银行业金融机构由国家金融监督管理总局负责监管。</w:t>
      </w:r>
    </w:p>
    <w:p>
      <w:r>
        <w:t>4. 存款保险制度的保障额度是</w:t>
        <w:br/>
        <w:t xml:space="preserve">    A.50万元  B.20万元  C.100万元  D.不设上限</w:t>
        <w:br/>
        <w:t xml:space="preserve">    答案：A。解析：存款保险实行限额偿付，最高偿付限额人民币50万元。</w:t>
      </w:r>
    </w:p>
    <w:p>
      <w:r>
        <w:t>5. 反洗钱的三个基本环节是</w:t>
        <w:br/>
        <w:t xml:space="preserve">    A.客户身份识别  B.大额和可疑交易报告  C.客户身份资料保存  D.以上都是</w:t>
        <w:br/>
        <w:t xml:space="preserve">    答案：D。解析：反洗钱核心制度包括客户身份识别、大额可疑交易报告、资料保存。</w:t>
      </w:r>
    </w:p>
    <w:p>
      <w:r>
        <w:t>6. 中国人民银行的主要职能不包括（1）</w:t>
        <w:br/>
        <w:t xml:space="preserve">    A.制定和执行货币政策  B.发行人民币  C.办理居民储蓄  D.监督管理金融体系</w:t>
        <w:br/>
        <w:t xml:space="preserve">    答案：A。解析：本题为基础知识点，记住概念即可。</w:t>
      </w:r>
    </w:p>
    <w:p>
      <w:r>
        <w:t>7. 商业银行的核心业务是（1）</w:t>
        <w:br/>
        <w:t xml:space="preserve">    A.存贷款业务  B.证券承销  C.保险销售  D.期货交易</w:t>
        <w:br/>
        <w:t xml:space="preserve">    答案：B。解析：本题考查概念辨析，注意区分易混项。</w:t>
      </w:r>
    </w:p>
    <w:p>
      <w:r>
        <w:t>8. 存款准备金制度的作用是（1）</w:t>
        <w:br/>
        <w:t xml:space="preserve">    A.调节货币供应量  B.增加银行利润  C.减少税负  D.提高利率</w:t>
        <w:br/>
        <w:t xml:space="preserve">    答案：C。解析：本题为高频考点，需理解记忆。</w:t>
      </w:r>
    </w:p>
    <w:p>
      <w:r>
        <w:t>9. 贷款五级分类不包括（1）</w:t>
        <w:br/>
        <w:t xml:space="preserve">    A.正常类  B.关注类  C.次级类  D.优良类</w:t>
        <w:br/>
        <w:t xml:space="preserve">    答案：D。解析：本题考查运用能力，结合定义判断即可。</w:t>
      </w:r>
    </w:p>
    <w:p>
      <w:r>
        <w:t>10. 银行的中间业务不包括（1）</w:t>
        <w:br/>
        <w:t xml:space="preserve">    A.支付结算  B.代理业务  C.银行卡业务  D.吸收存款</w:t>
        <w:br/>
        <w:t xml:space="preserve">    答案：A。解析：本题为基础知识点，记住概念即可。</w:t>
      </w:r>
    </w:p>
    <w:p>
      <w:r>
        <w:t>11. 巴塞尔协议的核心内容是（1）</w:t>
        <w:br/>
        <w:t xml:space="preserve">    A.资本充足率监管  B.利率市场化  C.存款利率上限  D.汇率管制</w:t>
        <w:br/>
        <w:t xml:space="preserve">    答案：B。解析：本题考查概念辨析，注意区分易混项。</w:t>
      </w:r>
    </w:p>
    <w:p>
      <w:r>
        <w:t>12. 银行卡的种类不包括（1）</w:t>
        <w:br/>
        <w:t xml:space="preserve">    A.借记卡  B.信用卡  C.准贷记卡  D.股票卡</w:t>
        <w:br/>
        <w:t xml:space="preserve">    答案：C。解析：本题为高频考点，需理解记忆。</w:t>
      </w:r>
    </w:p>
    <w:p>
      <w:r>
        <w:t>13. 个人存款业务不包括（1）</w:t>
        <w:br/>
        <w:t xml:space="preserve">    A.活期储蓄  B.定期储蓄  C.教育储蓄  D.股票投资</w:t>
        <w:br/>
        <w:t xml:space="preserve">    答案：D。解析：本题考查运用能力，结合定义判断即可。</w:t>
      </w:r>
    </w:p>
    <w:p>
      <w:r>
        <w:t>14. 银行风险管理的第一道防线是（1）</w:t>
        <w:br/>
        <w:t xml:space="preserve">    A.业务部门  B.风险管理部门  C.内部审计  D.外部监管</w:t>
        <w:br/>
        <w:t xml:space="preserve">    答案：A。解析：本题为基础知识点，记住概念即可。</w:t>
      </w:r>
    </w:p>
    <w:p>
      <w:r>
        <w:t>15. 银行业的监督管理机构是（1）</w:t>
        <w:br/>
        <w:t xml:space="preserve">    A.中国人民银行  B.国家金融监督管理总局  C.财政部  D.证监会</w:t>
        <w:br/>
        <w:t xml:space="preserve">    答案：B。解析：本题考查概念辨析，注意区分易混项。</w:t>
      </w:r>
    </w:p>
    <w:p>
      <w:r>
        <w:t>16. 存款保险制度的保障额度是（1）</w:t>
        <w:br/>
        <w:t xml:space="preserve">    A.50万元  B.20万元  C.100万元  D.不设上限</w:t>
        <w:br/>
        <w:t xml:space="preserve">    答案：C。解析：本题为高频考点，需理解记忆。</w:t>
      </w:r>
    </w:p>
    <w:p>
      <w:r>
        <w:t>17. 贷款的担保方式不包括（1）</w:t>
        <w:br/>
        <w:t xml:space="preserve">    A.保证担保  B.抵押担保  C.质押担保  D.口头担保</w:t>
        <w:br/>
        <w:t xml:space="preserve">    答案：D。解析：本题考查运用能力，结合定义判断即可。</w:t>
      </w:r>
    </w:p>
    <w:p>
      <w:r>
        <w:t>18. 银行理财产品按风险等级分为（1）</w:t>
        <w:br/>
        <w:t xml:space="preserve">    A.低风险、中低风险、中风险、中高风险、高风险  B.仅高风险  C.不分级  D.两级</w:t>
        <w:br/>
        <w:t xml:space="preserve">    答案：A。解析：本题为基础知识点，记住概念即可。</w:t>
      </w:r>
    </w:p>
    <w:p>
      <w:r>
        <w:t>19. 商业银行的资本充足率监管要求是（1）</w:t>
        <w:br/>
        <w:t xml:space="preserve">    A.不低于8%  B.不低于4%  C.不低于10%  D.无要求</w:t>
        <w:br/>
        <w:t xml:space="preserve">    答案：B。解析：本题考查概念辨析，注意区分易混项。</w:t>
      </w:r>
    </w:p>
    <w:p>
      <w:r>
        <w:t>20. 信用卡的免息期是指（1）</w:t>
        <w:br/>
        <w:t xml:space="preserve">    A.账单日后到还款日前  B.取现免息期  C.分期付款期  D.无免息期</w:t>
        <w:br/>
        <w:t xml:space="preserve">    答案：C。解析：本题为高频考点，需理解记忆。</w:t>
      </w:r>
    </w:p>
    <w:p>
      <w:r>
        <w:t>21. 支付结算工具不包括（1）</w:t>
        <w:br/>
        <w:t xml:space="preserve">    A.票据  B.汇兑  C.委托收款  D.易货交易</w:t>
        <w:br/>
        <w:t xml:space="preserve">    答案：D。解析：本题考查运用能力，结合定义判断即可。</w:t>
      </w:r>
    </w:p>
    <w:p>
      <w:r>
        <w:t>22. 反洗钱的三个基本环节是（1）</w:t>
        <w:br/>
        <w:t xml:space="preserve">    A.客户身份识别  B.大额和可疑交易报告  C.客户身份资料保存  D.以上都是</w:t>
        <w:br/>
        <w:t xml:space="preserve">    答案：A。解析：本题为基础知识点，记住概念即可。</w:t>
      </w:r>
    </w:p>
    <w:p>
      <w:r>
        <w:t>23. 电子银行的主要功能不包括（1）</w:t>
        <w:br/>
        <w:t xml:space="preserve">    A.转账汇款  B.投资理财  C.贷款申请  D.现金存取</w:t>
        <w:br/>
        <w:t xml:space="preserve">    答案：B。解析：本题考查概念辨析，注意区分易混项。</w:t>
      </w:r>
    </w:p>
    <w:p>
      <w:r>
        <w:t>24. 银行从业人员的行为准则不包括（1）</w:t>
        <w:br/>
        <w:t xml:space="preserve">    A.诚实守信  B.勤勉尽责  C.内幕交易  D.合规经营</w:t>
        <w:br/>
        <w:t xml:space="preserve">    答案：C。解析：本题为高频考点，需理解记忆。</w:t>
      </w:r>
    </w:p>
    <w:p>
      <w:r>
        <w:t>25. 金融消费者权益保护的重点不包括（1）</w:t>
        <w:br/>
        <w:t xml:space="preserve">    A.财产安全权  B.知情权  C.自主选择权  D.无条件退款权</w:t>
        <w:br/>
        <w:t xml:space="preserve">    答案：D。解析：本题考查运用能力，结合定义判断即可。</w:t>
      </w:r>
    </w:p>
    <w:p>
      <w:r>
        <w:t>26. 中国人民银行的主要职能不包括（2）</w:t>
        <w:br/>
        <w:t xml:space="preserve">    A.制定和执行货币政策  B.发行人民币  C.办理居民储蓄  D.监督管理金融体系</w:t>
        <w:br/>
        <w:t xml:space="preserve">    答案：A。解析：本题为基础知识点，记住概念即可。</w:t>
      </w:r>
    </w:p>
    <w:p>
      <w:r>
        <w:t>27. 商业银行的核心业务是（2）</w:t>
        <w:br/>
        <w:t xml:space="preserve">    A.存贷款业务  B.证券承销  C.保险销售  D.期货交易</w:t>
        <w:br/>
        <w:t xml:space="preserve">    答案：B。解析：本题考查概念辨析，注意区分易混项。</w:t>
      </w:r>
    </w:p>
    <w:p>
      <w:r>
        <w:t>28. 存款准备金制度的作用是（2）</w:t>
        <w:br/>
        <w:t xml:space="preserve">    A.调节货币供应量  B.增加银行利润  C.减少税负  D.提高利率</w:t>
        <w:br/>
        <w:t xml:space="preserve">    答案：C。解析：本题为高频考点，需理解记忆。</w:t>
      </w:r>
    </w:p>
    <w:p>
      <w:r>
        <w:t>29. 贷款五级分类不包括（2）</w:t>
        <w:br/>
        <w:t xml:space="preserve">    A.正常类  B.关注类  C.次级类  D.优良类</w:t>
        <w:br/>
        <w:t xml:space="preserve">    答案：D。解析：本题考查运用能力，结合定义判断即可。</w:t>
      </w:r>
    </w:p>
    <w:p>
      <w:r>
        <w:t>30. 银行的中间业务不包括（2）</w:t>
        <w:br/>
        <w:t xml:space="preserve">    A.支付结算  B.代理业务  C.银行卡业务  D.吸收存款</w:t>
        <w:br/>
        <w:t xml:space="preserve">    答案：A。解析：本题为基础知识点，记住概念即可。</w:t>
      </w:r>
    </w:p>
    <w:p>
      <w:r>
        <w:t>31. 巴塞尔协议的核心内容是（2）</w:t>
        <w:br/>
        <w:t xml:space="preserve">    A.资本充足率监管  B.利率市场化  C.存款利率上限  D.汇率管制</w:t>
        <w:br/>
        <w:t xml:space="preserve">    答案：B。解析：本题考查概念辨析，注意区分易混项。</w:t>
      </w:r>
    </w:p>
    <w:p>
      <w:r>
        <w:t>32. 银行卡的种类不包括（2）</w:t>
        <w:br/>
        <w:t xml:space="preserve">    A.借记卡  B.信用卡  C.准贷记卡  D.股票卡</w:t>
        <w:br/>
        <w:t xml:space="preserve">    答案：C。解析：本题为高频考点，需理解记忆。</w:t>
      </w:r>
    </w:p>
    <w:p>
      <w:r>
        <w:t>33. 个人存款业务不包括（2）</w:t>
        <w:br/>
        <w:t xml:space="preserve">    A.活期储蓄  B.定期储蓄  C.教育储蓄  D.股票投资</w:t>
        <w:br/>
        <w:t xml:space="preserve">    答案：D。解析：本题考查运用能力，结合定义判断即可。</w:t>
      </w:r>
    </w:p>
    <w:p>
      <w:r>
        <w:t>34. 银行风险管理的第一道防线是（2）</w:t>
        <w:br/>
        <w:t xml:space="preserve">    A.业务部门  B.风险管理部门  C.内部审计  D.外部监管</w:t>
        <w:br/>
        <w:t xml:space="preserve">    答案：A。解析：本题为基础知识点，记住概念即可。</w:t>
      </w:r>
    </w:p>
    <w:p>
      <w:r>
        <w:t>35. 银行业的监督管理机构是（2）</w:t>
        <w:br/>
        <w:t xml:space="preserve">    A.中国人民银行  B.国家金融监督管理总局  C.财政部  D.证监会</w:t>
        <w:br/>
        <w:t xml:space="preserve">    答案：B。解析：本题考查概念辨析，注意区分易混项。</w:t>
      </w:r>
    </w:p>
    <w:p>
      <w:r>
        <w:t>36. 存款保险制度的保障额度是（2）</w:t>
        <w:br/>
        <w:t xml:space="preserve">    A.50万元  B.20万元  C.100万元  D.不设上限</w:t>
        <w:br/>
        <w:t xml:space="preserve">    答案：C。解析：本题为高频考点，需理解记忆。</w:t>
      </w:r>
    </w:p>
    <w:p>
      <w:r>
        <w:t>37. 贷款的担保方式不包括（2）</w:t>
        <w:br/>
        <w:t xml:space="preserve">    A.保证担保  B.抵押担保  C.质押担保  D.口头担保</w:t>
        <w:br/>
        <w:t xml:space="preserve">    答案：D。解析：本题考查运用能力，结合定义判断即可。</w:t>
      </w:r>
    </w:p>
    <w:p>
      <w:r>
        <w:t>38. 银行理财产品按风险等级分为（2）</w:t>
        <w:br/>
        <w:t xml:space="preserve">    A.低风险、中低风险、中风险、中高风险、高风险  B.仅高风险  C.不分级  D.两级</w:t>
        <w:br/>
        <w:t xml:space="preserve">    答案：A。解析：本题为基础知识点，记住概念即可。</w:t>
      </w:r>
    </w:p>
    <w:p>
      <w:r>
        <w:t>39. 商业银行的资本充足率监管要求是（2）</w:t>
        <w:br/>
        <w:t xml:space="preserve">    A.不低于8%  B.不低于4%  C.不低于10%  D.无要求</w:t>
        <w:br/>
        <w:t xml:space="preserve">    答案：B。解析：本题考查概念辨析，注意区分易混项。</w:t>
      </w:r>
    </w:p>
    <w:p>
      <w:r>
        <w:t>40. 信用卡的免息期是指（2）</w:t>
        <w:br/>
        <w:t xml:space="preserve">    A.账单日后到还款日前  B.取现免息期  C.分期付款期  D.无免息期</w:t>
        <w:br/>
        <w:t xml:space="preserve">    答案：C。解析：本题为高频考点，需理解记忆。</w:t>
      </w:r>
    </w:p>
    <w:p>
      <w:r>
        <w:t>41. 支付结算工具不包括（2）</w:t>
        <w:br/>
        <w:t xml:space="preserve">    A.票据  B.汇兑  C.委托收款  D.易货交易</w:t>
        <w:br/>
        <w:t xml:space="preserve">    答案：D。解析：本题考查运用能力，结合定义判断即可。</w:t>
      </w:r>
    </w:p>
    <w:p>
      <w:r>
        <w:t>42. 反洗钱的三个基本环节是（2）</w:t>
        <w:br/>
        <w:t xml:space="preserve">    A.客户身份识别  B.大额和可疑交易报告  C.客户身份资料保存  D.以上都是</w:t>
        <w:br/>
        <w:t xml:space="preserve">    答案：A。解析：本题为基础知识点，记住概念即可。</w:t>
      </w:r>
    </w:p>
    <w:p>
      <w:r>
        <w:t>43. 电子银行的主要功能不包括（2）</w:t>
        <w:br/>
        <w:t xml:space="preserve">    A.转账汇款  B.投资理财  C.贷款申请  D.现金存取</w:t>
        <w:br/>
        <w:t xml:space="preserve">    答案：B。解析：本题考查概念辨析，注意区分易混项。</w:t>
      </w:r>
    </w:p>
    <w:p>
      <w:r>
        <w:t>44. 银行从业人员的行为准则不包括（2）</w:t>
        <w:br/>
        <w:t xml:space="preserve">    A.诚实守信  B.勤勉尽责  C.内幕交易  D.合规经营</w:t>
        <w:br/>
        <w:t xml:space="preserve">    答案：C。解析：本题为高频考点，需理解记忆。</w:t>
      </w:r>
    </w:p>
    <w:p>
      <w:r>
        <w:t>45. 金融消费者权益保护的重点不包括（2）</w:t>
        <w:br/>
        <w:t xml:space="preserve">    A.财产安全权  B.知情权  C.自主选择权  D.无条件退款权</w:t>
        <w:br/>
        <w:t xml:space="preserve">    答案：D。解析：本题考查运用能力，结合定义判断即可。</w:t>
      </w:r>
    </w:p>
    <w:p>
      <w:r>
        <w:t>46. 中国人民银行的主要职能不包括（3）</w:t>
        <w:br/>
        <w:t xml:space="preserve">    A.制定和执行货币政策  B.发行人民币  C.办理居民储蓄  D.监督管理金融体系</w:t>
        <w:br/>
        <w:t xml:space="preserve">    答案：A。解析：本题为基础知识点，记住概念即可。</w:t>
      </w:r>
    </w:p>
    <w:p>
      <w:r>
        <w:t>47. 商业银行的核心业务是（3）</w:t>
        <w:br/>
        <w:t xml:space="preserve">    A.存贷款业务  B.证券承销  C.保险销售  D.期货交易</w:t>
        <w:br/>
        <w:t xml:space="preserve">    答案：B。解析：本题考查概念辨析，注意区分易混项。</w:t>
      </w:r>
    </w:p>
    <w:p>
      <w:r>
        <w:t>48. 存款准备金制度的作用是（3）</w:t>
        <w:br/>
        <w:t xml:space="preserve">    A.调节货币供应量  B.增加银行利润  C.减少税负  D.提高利率</w:t>
        <w:br/>
        <w:t xml:space="preserve">    答案：C。解析：本题为高频考点，需理解记忆。</w:t>
      </w:r>
    </w:p>
    <w:p>
      <w:r>
        <w:t>49. 贷款五级分类不包括（3）</w:t>
        <w:br/>
        <w:t xml:space="preserve">    A.正常类  B.关注类  C.次级类  D.优良类</w:t>
        <w:br/>
        <w:t xml:space="preserve">    答案：D。解析：本题考查运用能力，结合定义判断即可。</w:t>
      </w:r>
    </w:p>
    <w:p>
      <w:r>
        <w:t>50. 银行的中间业务不包括（3）</w:t>
        <w:br/>
        <w:t xml:space="preserve">    A.支付结算  B.代理业务  C.银行卡业务  D.吸收存款</w:t>
        <w:br/>
        <w:t xml:space="preserve">    答案：A。解析：本题为基础知识点，记住概念即可。</w:t>
      </w:r>
    </w:p>
    <w:p>
      <w:r>
        <w:t>51. 巴塞尔协议的核心内容是（3）</w:t>
        <w:br/>
        <w:t xml:space="preserve">    A.资本充足率监管  B.利率市场化  C.存款利率上限  D.汇率管制</w:t>
        <w:br/>
        <w:t xml:space="preserve">    答案：B。解析：本题考查概念辨析，注意区分易混项。</w:t>
      </w:r>
    </w:p>
    <w:p>
      <w:r>
        <w:t>52. 银行卡的种类不包括（3）</w:t>
        <w:br/>
        <w:t xml:space="preserve">    A.借记卡  B.信用卡  C.准贷记卡  D.股票卡</w:t>
        <w:br/>
        <w:t xml:space="preserve">    答案：C。解析：本题为高频考点，需理解记忆。</w:t>
      </w:r>
    </w:p>
    <w:p>
      <w:r>
        <w:t>53. 个人存款业务不包括（3）</w:t>
        <w:br/>
        <w:t xml:space="preserve">    A.活期储蓄  B.定期储蓄  C.教育储蓄  D.股票投资</w:t>
        <w:br/>
        <w:t xml:space="preserve">    答案：D。解析：本题考查运用能力，结合定义判断即可。</w:t>
      </w:r>
    </w:p>
    <w:p>
      <w:r>
        <w:t>54. 银行风险管理的第一道防线是（3）</w:t>
        <w:br/>
        <w:t xml:space="preserve">    A.业务部门  B.风险管理部门  C.内部审计  D.外部监管</w:t>
        <w:br/>
        <w:t xml:space="preserve">    答案：A。解析：本题为基础知识点，记住概念即可。</w:t>
      </w:r>
    </w:p>
    <w:p>
      <w:r>
        <w:t>55. 银行业的监督管理机构是（3）</w:t>
        <w:br/>
        <w:t xml:space="preserve">    A.中国人民银行  B.国家金融监督管理总局  C.财政部  D.证监会</w:t>
        <w:br/>
        <w:t xml:space="preserve">    答案：B。解析：本题考查概念辨析，注意区分易混项。</w:t>
      </w:r>
    </w:p>
    <w:p>
      <w:r>
        <w:t>56. 存款保险制度的保障额度是（3）</w:t>
        <w:br/>
        <w:t xml:space="preserve">    A.50万元  B.20万元  C.100万元  D.不设上限</w:t>
        <w:br/>
        <w:t xml:space="preserve">    答案：C。解析：本题为高频考点，需理解记忆。</w:t>
      </w:r>
    </w:p>
    <w:p>
      <w:r>
        <w:t>57. 贷款的担保方式不包括（3）</w:t>
        <w:br/>
        <w:t xml:space="preserve">    A.保证担保  B.抵押担保  C.质押担保  D.口头担保</w:t>
        <w:br/>
        <w:t xml:space="preserve">    答案：D。解析：本题考查运用能力，结合定义判断即可。</w:t>
      </w:r>
    </w:p>
    <w:p>
      <w:r>
        <w:t>58. 银行理财产品按风险等级分为（3）</w:t>
        <w:br/>
        <w:t xml:space="preserve">    A.低风险、中低风险、中风险、中高风险、高风险  B.仅高风险  C.不分级  D.两级</w:t>
        <w:br/>
        <w:t xml:space="preserve">    答案：A。解析：本题为基础知识点，记住概念即可。</w:t>
      </w:r>
    </w:p>
    <w:p>
      <w:r>
        <w:t>59. 商业银行的资本充足率监管要求是（3）</w:t>
        <w:br/>
        <w:t xml:space="preserve">    A.不低于8%  B.不低于4%  C.不低于10%  D.无要求</w:t>
        <w:br/>
        <w:t xml:space="preserve">    答案：B。解析：本题考查概念辨析，注意区分易混项。</w:t>
      </w:r>
    </w:p>
    <w:p>
      <w:r>
        <w:t>60. 信用卡的免息期是指（3）</w:t>
        <w:br/>
        <w:t xml:space="preserve">    A.账单日后到还款日前  B.取现免息期  C.分期付款期  D.无免息期</w:t>
        <w:br/>
        <w:t xml:space="preserve">    答案：C。解析：本题为高频考点，需理解记忆。</w:t>
      </w:r>
    </w:p>
    <w:p>
      <w:r>
        <w:t>61. 支付结算工具不包括（3）</w:t>
        <w:br/>
        <w:t xml:space="preserve">    A.票据  B.汇兑  C.委托收款  D.易货交易</w:t>
        <w:br/>
        <w:t xml:space="preserve">    答案：D。解析：本题考查运用能力，结合定义判断即可。</w:t>
      </w:r>
    </w:p>
    <w:p>
      <w:r>
        <w:t>62. 反洗钱的三个基本环节是（3）</w:t>
        <w:br/>
        <w:t xml:space="preserve">    A.客户身份识别  B.大额和可疑交易报告  C.客户身份资料保存  D.以上都是</w:t>
        <w:br/>
        <w:t xml:space="preserve">    答案：A。解析：本题为基础知识点，记住概念即可。</w:t>
      </w:r>
    </w:p>
    <w:p>
      <w:r>
        <w:t>63. 电子银行的主要功能不包括（3）</w:t>
        <w:br/>
        <w:t xml:space="preserve">    A.转账汇款  B.投资理财  C.贷款申请  D.现金存取</w:t>
        <w:br/>
        <w:t xml:space="preserve">    答案：B。解析：本题考查概念辨析，注意区分易混项。</w:t>
      </w:r>
    </w:p>
    <w:p>
      <w:r>
        <w:t>64. 银行从业人员的行为准则不包括（3）</w:t>
        <w:br/>
        <w:t xml:space="preserve">    A.诚实守信  B.勤勉尽责  C.内幕交易  D.合规经营</w:t>
        <w:br/>
        <w:t xml:space="preserve">    答案：C。解析：本题为高频考点，需理解记忆。</w:t>
      </w:r>
    </w:p>
    <w:p>
      <w:r>
        <w:t>65. 金融消费者权益保护的重点不包括（3）</w:t>
        <w:br/>
        <w:t xml:space="preserve">    A.财产安全权  B.知情权  C.自主选择权  D.无条件退款权</w:t>
        <w:br/>
        <w:t xml:space="preserve">    答案：D。解析：本题考查运用能力，结合定义判断即可。</w:t>
      </w:r>
    </w:p>
    <w:p>
      <w:r>
        <w:t>66. 中国人民银行的主要职能不包括（4）</w:t>
        <w:br/>
        <w:t xml:space="preserve">    A.制定和执行货币政策  B.发行人民币  C.办理居民储蓄  D.监督管理金融体系</w:t>
        <w:br/>
        <w:t xml:space="preserve">    答案：A。解析：本题为基础知识点，记住概念即可。</w:t>
      </w:r>
    </w:p>
    <w:p>
      <w:r>
        <w:t>67. 商业银行的核心业务是（4）</w:t>
        <w:br/>
        <w:t xml:space="preserve">    A.存贷款业务  B.证券承销  C.保险销售  D.期货交易</w:t>
        <w:br/>
        <w:t xml:space="preserve">    答案：B。解析：本题考查概念辨析，注意区分易混项。</w:t>
      </w:r>
    </w:p>
    <w:p>
      <w:r>
        <w:t>68. 存款准备金制度的作用是（4）</w:t>
        <w:br/>
        <w:t xml:space="preserve">    A.调节货币供应量  B.增加银行利润  C.减少税负  D.提高利率</w:t>
        <w:br/>
        <w:t xml:space="preserve">    答案：C。解析：本题为高频考点，需理解记忆。</w:t>
      </w:r>
    </w:p>
    <w:p>
      <w:r>
        <w:t>69. 贷款五级分类不包括（4）</w:t>
        <w:br/>
        <w:t xml:space="preserve">    A.正常类  B.关注类  C.次级类  D.优良类</w:t>
        <w:br/>
        <w:t xml:space="preserve">    答案：D。解析：本题考查运用能力，结合定义判断即可。</w:t>
      </w:r>
    </w:p>
    <w:p>
      <w:r>
        <w:t>70. 银行的中间业务不包括（4）</w:t>
        <w:br/>
        <w:t xml:space="preserve">    A.支付结算  B.代理业务  C.银行卡业务  D.吸收存款</w:t>
        <w:br/>
        <w:t xml:space="preserve">    答案：A。解析：本题为基础知识点，记住概念即可。</w:t>
      </w:r>
    </w:p>
    <w:p>
      <w:r>
        <w:t>71. 巴塞尔协议的核心内容是（4）</w:t>
        <w:br/>
        <w:t xml:space="preserve">    A.资本充足率监管  B.利率市场化  C.存款利率上限  D.汇率管制</w:t>
        <w:br/>
        <w:t xml:space="preserve">    答案：B。解析：本题考查概念辨析，注意区分易混项。</w:t>
      </w:r>
    </w:p>
    <w:p>
      <w:r>
        <w:t>72. 银行卡的种类不包括（4）</w:t>
        <w:br/>
        <w:t xml:space="preserve">    A.借记卡  B.信用卡  C.准贷记卡  D.股票卡</w:t>
        <w:br/>
        <w:t xml:space="preserve">    答案：C。解析：本题为高频考点，需理解记忆。</w:t>
      </w:r>
    </w:p>
    <w:p>
      <w:r>
        <w:t>73. 个人存款业务不包括（4）</w:t>
        <w:br/>
        <w:t xml:space="preserve">    A.活期储蓄  B.定期储蓄  C.教育储蓄  D.股票投资</w:t>
        <w:br/>
        <w:t xml:space="preserve">    答案：D。解析：本题考查运用能力，结合定义判断即可。</w:t>
      </w:r>
    </w:p>
    <w:p>
      <w:r>
        <w:t>74. 银行风险管理的第一道防线是（4）</w:t>
        <w:br/>
        <w:t xml:space="preserve">    A.业务部门  B.风险管理部门  C.内部审计  D.外部监管</w:t>
        <w:br/>
        <w:t xml:space="preserve">    答案：A。解析：本题为基础知识点，记住概念即可。</w:t>
      </w:r>
    </w:p>
    <w:p>
      <w:r>
        <w:t>75. 银行业的监督管理机构是（4）</w:t>
        <w:br/>
        <w:t xml:space="preserve">    A.中国人民银行  B.国家金融监督管理总局  C.财政部  D.证监会</w:t>
        <w:br/>
        <w:t xml:space="preserve">    答案：B。解析：本题考查概念辨析，注意区分易混项。</w:t>
      </w:r>
    </w:p>
    <w:p>
      <w:r>
        <w:t>76. 存款保险制度的保障额度是（4）</w:t>
        <w:br/>
        <w:t xml:space="preserve">    A.50万元  B.20万元  C.100万元  D.不设上限</w:t>
        <w:br/>
        <w:t xml:space="preserve">    答案：C。解析：本题为高频考点，需理解记忆。</w:t>
      </w:r>
    </w:p>
    <w:p>
      <w:r>
        <w:t>77. 贷款的担保方式不包括（4）</w:t>
        <w:br/>
        <w:t xml:space="preserve">    A.保证担保  B.抵押担保  C.质押担保  D.口头担保</w:t>
        <w:br/>
        <w:t xml:space="preserve">    答案：D。解析：本题考查运用能力，结合定义判断即可。</w:t>
      </w:r>
    </w:p>
    <w:p>
      <w:r>
        <w:t>78. 银行理财产品按风险等级分为（4）</w:t>
        <w:br/>
        <w:t xml:space="preserve">    A.低风险、中低风险、中风险、中高风险、高风险  B.仅高风险  C.不分级  D.两级</w:t>
        <w:br/>
        <w:t xml:space="preserve">    答案：A。解析：本题为基础知识点，记住概念即可。</w:t>
      </w:r>
    </w:p>
    <w:p>
      <w:r>
        <w:t>79. 商业银行的资本充足率监管要求是（4）</w:t>
        <w:br/>
        <w:t xml:space="preserve">    A.不低于8%  B.不低于4%  C.不低于10%  D.无要求</w:t>
        <w:br/>
        <w:t xml:space="preserve">    答案：B。解析：本题考查概念辨析，注意区分易混项。</w:t>
      </w:r>
    </w:p>
    <w:p>
      <w:r>
        <w:t>80. 信用卡的免息期是指（4）</w:t>
        <w:br/>
        <w:t xml:space="preserve">    A.账单日后到还款日前  B.取现免息期  C.分期付款期  D.无免息期</w:t>
        <w:br/>
        <w:t xml:space="preserve">    答案：C。解析：本题为高频考点，需理解记忆。</w:t>
      </w:r>
    </w:p>
    <w:p>
      <w:r>
        <w:t>81. 支付结算工具不包括（4）</w:t>
        <w:br/>
        <w:t xml:space="preserve">    A.票据  B.汇兑  C.委托收款  D.易货交易</w:t>
        <w:br/>
        <w:t xml:space="preserve">    答案：D。解析：本题考查运用能力，结合定义判断即可。</w:t>
      </w:r>
    </w:p>
    <w:p>
      <w:r>
        <w:t>82. 反洗钱的三个基本环节是（4）</w:t>
        <w:br/>
        <w:t xml:space="preserve">    A.客户身份识别  B.大额和可疑交易报告  C.客户身份资料保存  D.以上都是</w:t>
        <w:br/>
        <w:t xml:space="preserve">    答案：A。解析：本题为基础知识点，记住概念即可。</w:t>
      </w:r>
    </w:p>
    <w:p>
      <w:r>
        <w:t>83. 电子银行的主要功能不包括（4）</w:t>
        <w:br/>
        <w:t xml:space="preserve">    A.转账汇款  B.投资理财  C.贷款申请  D.现金存取</w:t>
        <w:br/>
        <w:t xml:space="preserve">    答案：B。解析：本题考查概念辨析，注意区分易混项。</w:t>
      </w:r>
    </w:p>
    <w:p>
      <w:r>
        <w:t>84. 银行从业人员的行为准则不包括（4）</w:t>
        <w:br/>
        <w:t xml:space="preserve">    A.诚实守信  B.勤勉尽责  C.内幕交易  D.合规经营</w:t>
        <w:br/>
        <w:t xml:space="preserve">    答案：C。解析：本题为高频考点，需理解记忆。</w:t>
      </w:r>
    </w:p>
    <w:p>
      <w:r>
        <w:t>85. 金融消费者权益保护的重点不包括（4）</w:t>
        <w:br/>
        <w:t xml:space="preserve">    A.财产安全权  B.知情权  C.自主选择权  D.无条件退款权</w:t>
        <w:br/>
        <w:t xml:space="preserve">    答案：D。解析：本题考查运用能力，结合定义判断即可。</w:t>
      </w:r>
    </w:p>
    <w:p>
      <w:r>
        <w:t>86. 中国人民银行的主要职能不包括（5）</w:t>
        <w:br/>
        <w:t xml:space="preserve">    A.制定和执行货币政策  B.发行人民币  C.办理居民储蓄  D.监督管理金融体系</w:t>
        <w:br/>
        <w:t xml:space="preserve">    答案：A。解析：本题为基础知识点，记住概念即可。</w:t>
      </w:r>
    </w:p>
    <w:p>
      <w:r>
        <w:t>87. 商业银行的核心业务是（5）</w:t>
        <w:br/>
        <w:t xml:space="preserve">    A.存贷款业务  B.证券承销  C.保险销售  D.期货交易</w:t>
        <w:br/>
        <w:t xml:space="preserve">    答案：B。解析：本题考查概念辨析，注意区分易混项。</w:t>
      </w:r>
    </w:p>
    <w:p>
      <w:r>
        <w:t>88. 存款准备金制度的作用是（5）</w:t>
        <w:br/>
        <w:t xml:space="preserve">    A.调节货币供应量  B.增加银行利润  C.减少税负  D.提高利率</w:t>
        <w:br/>
        <w:t xml:space="preserve">    答案：C。解析：本题为高频考点，需理解记忆。</w:t>
      </w:r>
    </w:p>
    <w:p>
      <w:r>
        <w:t>89. 贷款五级分类不包括（5）</w:t>
        <w:br/>
        <w:t xml:space="preserve">    A.正常类  B.关注类  C.次级类  D.优良类</w:t>
        <w:br/>
        <w:t xml:space="preserve">    答案：D。解析：本题考查运用能力，结合定义判断即可。</w:t>
      </w:r>
    </w:p>
    <w:p>
      <w:r>
        <w:t>90. 银行的中间业务不包括（5）</w:t>
        <w:br/>
        <w:t xml:space="preserve">    A.支付结算  B.代理业务  C.银行卡业务  D.吸收存款</w:t>
        <w:br/>
        <w:t xml:space="preserve">    答案：A。解析：本题为基础知识点，记住概念即可。</w:t>
      </w:r>
    </w:p>
    <w:p>
      <w:r>
        <w:t>91. 巴塞尔协议的核心内容是（5）</w:t>
        <w:br/>
        <w:t xml:space="preserve">    A.资本充足率监管  B.利率市场化  C.存款利率上限  D.汇率管制</w:t>
        <w:br/>
        <w:t xml:space="preserve">    答案：B。解析：本题考查概念辨析，注意区分易混项。</w:t>
      </w:r>
    </w:p>
    <w:p>
      <w:r>
        <w:t>92. 银行卡的种类不包括（5）</w:t>
        <w:br/>
        <w:t xml:space="preserve">    A.借记卡  B.信用卡  C.准贷记卡  D.股票卡</w:t>
        <w:br/>
        <w:t xml:space="preserve">    答案：C。解析：本题为高频考点，需理解记忆。</w:t>
      </w:r>
    </w:p>
    <w:p>
      <w:r>
        <w:t>93. 个人存款业务不包括（5）</w:t>
        <w:br/>
        <w:t xml:space="preserve">    A.活期储蓄  B.定期储蓄  C.教育储蓄  D.股票投资</w:t>
        <w:br/>
        <w:t xml:space="preserve">    答案：D。解析：本题考查运用能力，结合定义判断即可。</w:t>
      </w:r>
    </w:p>
    <w:p>
      <w:r>
        <w:t>94. 银行风险管理的第一道防线是（5）</w:t>
        <w:br/>
        <w:t xml:space="preserve">    A.业务部门  B.风险管理部门  C.内部审计  D.外部监管</w:t>
        <w:br/>
        <w:t xml:space="preserve">    答案：A。解析：本题为基础知识点，记住概念即可。</w:t>
      </w:r>
    </w:p>
    <w:p>
      <w:r>
        <w:t>95. 银行业的监督管理机构是（5）</w:t>
        <w:br/>
        <w:t xml:space="preserve">    A.中国人民银行  B.国家金融监督管理总局  C.财政部  D.证监会</w:t>
        <w:br/>
        <w:t xml:space="preserve">    答案：B。解析：本题考查概念辨析，注意区分易混项。</w:t>
      </w:r>
    </w:p>
    <w:p>
      <w:r>
        <w:t>96. 存款保险制度的保障额度是（5）</w:t>
        <w:br/>
        <w:t xml:space="preserve">    A.50万元  B.20万元  C.100万元  D.不设上限</w:t>
        <w:br/>
        <w:t xml:space="preserve">    答案：C。解析：本题为高频考点，需理解记忆。</w:t>
      </w:r>
    </w:p>
    <w:p>
      <w:r>
        <w:t>97. 贷款的担保方式不包括（5）</w:t>
        <w:br/>
        <w:t xml:space="preserve">    A.保证担保  B.抵押担保  C.质押担保  D.口头担保</w:t>
        <w:br/>
        <w:t xml:space="preserve">    答案：D。解析：本题考查运用能力，结合定义判断即可。</w:t>
      </w:r>
    </w:p>
    <w:p>
      <w:r>
        <w:t>98. 银行理财产品按风险等级分为（5）</w:t>
        <w:br/>
        <w:t xml:space="preserve">    A.低风险、中低风险、中风险、中高风险、高风险  B.仅高风险  C.不分级  D.两级</w:t>
        <w:br/>
        <w:t xml:space="preserve">    答案：A。解析：本题为基础知识点，记住概念即可。</w:t>
      </w:r>
    </w:p>
    <w:p>
      <w:r>
        <w:t>99. 商业银行的资本充足率监管要求是（5）</w:t>
        <w:br/>
        <w:t xml:space="preserve">    A.不低于8%  B.不低于4%  C.不低于10%  D.无要求</w:t>
        <w:br/>
        <w:t xml:space="preserve">    答案：B。解析：本题考查概念辨析，注意区分易混项。</w:t>
      </w:r>
    </w:p>
    <w:p>
      <w:r>
        <w:t>100. 信用卡的免息期是指（5）</w:t>
        <w:br/>
        <w:t xml:space="preserve">    A.账单日后到还款日前  B.取现免息期  C.分期付款期  D.无免息期</w:t>
        <w:br/>
        <w:t xml:space="preserve">    答案：C。解析：本题为高频考点，需理解记忆。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