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银行从业资格考试10月24-25日开考</w:t>
      </w:r>
    </w:p>
    <w:p>
      <w:pPr>
        <w:jc w:val="center"/>
      </w:pPr>
      <w:r>
        <w:t>（模拟试卷：单选50题+多选20题+判断20题+简答10题）</w:t>
      </w:r>
    </w:p>
    <w:p>
      <w:r>
        <w:t>姓名：__________  准考证号：__________  分数：__________</w:t>
      </w:r>
    </w:p>
    <w:p/>
    <w:p>
      <w:pPr>
        <w:pStyle w:val="Heading2"/>
      </w:pPr>
      <w:r>
        <w:t>一、单项选择题（每题1分，共50分）</w:t>
      </w:r>
    </w:p>
    <w:p>
      <w:r>
        <w:t>1. 银行从业资格考试科目分为</w:t>
        <w:br/>
        <w:t>A.公  B.共  C.基  D.础</w:t>
        <w:br/>
        <w:t>【答案】A</w:t>
      </w:r>
    </w:p>
    <w:p>
      <w:r>
        <w:t>2. 银行从业资格考试的报名方式</w:t>
        <w:br/>
        <w:t>A.网  B.上  C.报  D.名</w:t>
        <w:br/>
        <w:t>【答案】A</w:t>
      </w:r>
    </w:p>
    <w:p>
      <w:r>
        <w:t>3. 存款保险制度的最高偿付限额是</w:t>
        <w:br/>
        <w:t>A.5  B.0  C.万  D.元</w:t>
        <w:br/>
        <w:t>【答案】A</w:t>
      </w:r>
    </w:p>
    <w:p>
      <w:r>
        <w:t>4. 商业银行的三大经营原则是</w:t>
        <w:br/>
        <w:t>A.安  B.全  C.性  D.、</w:t>
        <w:br/>
        <w:t>【答案】A</w:t>
      </w:r>
    </w:p>
    <w:p>
      <w:r>
        <w:t>5. 《商业银行法》规定，资本充足率不得低于</w:t>
        <w:br/>
        <w:t>A.8  B.%  C.|  D.1</w:t>
        <w:br/>
        <w:t>【答案】A</w:t>
      </w:r>
    </w:p>
    <w:p>
      <w:r>
        <w:t>6. 银行卡按清偿方式分为</w:t>
        <w:br/>
        <w:t>A.借  B.记  C.卡  D.和</w:t>
        <w:br/>
        <w:t>【答案】A</w:t>
      </w:r>
    </w:p>
    <w:p>
      <w:r>
        <w:t>7. 个人贷款的基本原则不包括</w:t>
        <w:br/>
        <w:t>A.诚  B.信  C.原  D.则</w:t>
        <w:br/>
        <w:t>【答案】D</w:t>
      </w:r>
    </w:p>
    <w:p>
      <w:r>
        <w:t>8. 网上银行的认证方式不包括</w:t>
        <w:br/>
        <w:t>A.数  B.字  C.证  D.书</w:t>
        <w:br/>
        <w:t>【答案】D</w:t>
      </w:r>
    </w:p>
    <w:p>
      <w:r>
        <w:t>9. 银行从业资格考试科目分为</w:t>
        <w:br/>
        <w:t>A.公  B.共  C.基  D.础</w:t>
        <w:br/>
        <w:t>【答案】A</w:t>
      </w:r>
    </w:p>
    <w:p>
      <w:r>
        <w:t>10. 银行从业资格考试的报名方式</w:t>
        <w:br/>
        <w:t>A.网  B.上  C.报  D.名</w:t>
        <w:br/>
        <w:t>【答案】A</w:t>
      </w:r>
    </w:p>
    <w:p>
      <w:r>
        <w:t>11. 存款保险制度的最高偿付限额是</w:t>
        <w:br/>
        <w:t>A.5  B.0  C.万  D.元</w:t>
        <w:br/>
        <w:t>【答案】A</w:t>
      </w:r>
    </w:p>
    <w:p>
      <w:r>
        <w:t>12. 商业银行的三大经营原则是</w:t>
        <w:br/>
        <w:t>A.安  B.全  C.性  D.、</w:t>
        <w:br/>
        <w:t>【答案】A</w:t>
      </w:r>
    </w:p>
    <w:p>
      <w:r>
        <w:t>13. 《商业银行法》规定，资本充足率不得低于</w:t>
        <w:br/>
        <w:t>A.8  B.%  C.|  D.1</w:t>
        <w:br/>
        <w:t>【答案】A</w:t>
      </w:r>
    </w:p>
    <w:p>
      <w:r>
        <w:t>14. 银行卡按清偿方式分为</w:t>
        <w:br/>
        <w:t>A.借  B.记  C.卡  D.和</w:t>
        <w:br/>
        <w:t>【答案】A</w:t>
      </w:r>
    </w:p>
    <w:p>
      <w:r>
        <w:t>15. 个人贷款的基本原则不包括</w:t>
        <w:br/>
        <w:t>A.诚  B.信  C.原  D.则</w:t>
        <w:br/>
        <w:t>【答案】D</w:t>
      </w:r>
    </w:p>
    <w:p>
      <w:r>
        <w:t>16. 网上银行的认证方式不包括</w:t>
        <w:br/>
        <w:t>A.数  B.字  C.证  D.书</w:t>
        <w:br/>
        <w:t>【答案】D</w:t>
      </w:r>
    </w:p>
    <w:p>
      <w:r>
        <w:t>17. 银行从业资格考试科目分为</w:t>
        <w:br/>
        <w:t>A.公  B.共  C.基  D.础</w:t>
        <w:br/>
        <w:t>【答案】A</w:t>
      </w:r>
    </w:p>
    <w:p>
      <w:r>
        <w:t>18. 银行从业资格考试的报名方式</w:t>
        <w:br/>
        <w:t>A.网  B.上  C.报  D.名</w:t>
        <w:br/>
        <w:t>【答案】A</w:t>
      </w:r>
    </w:p>
    <w:p>
      <w:r>
        <w:t>19. 存款保险制度的最高偿付限额是</w:t>
        <w:br/>
        <w:t>A.5  B.0  C.万  D.元</w:t>
        <w:br/>
        <w:t>【答案】A</w:t>
      </w:r>
    </w:p>
    <w:p>
      <w:r>
        <w:t>20. 商业银行的三大经营原则是</w:t>
        <w:br/>
        <w:t>A.安  B.全  C.性  D.、</w:t>
        <w:br/>
        <w:t>【答案】A</w:t>
      </w:r>
    </w:p>
    <w:p>
      <w:r>
        <w:t>21. 《商业银行法》规定，资本充足率不得低于</w:t>
        <w:br/>
        <w:t>A.8  B.%  C.|  D.1</w:t>
        <w:br/>
        <w:t>【答案】A</w:t>
      </w:r>
    </w:p>
    <w:p>
      <w:r>
        <w:t>22. 银行卡按清偿方式分为</w:t>
        <w:br/>
        <w:t>A.借  B.记  C.卡  D.和</w:t>
        <w:br/>
        <w:t>【答案】A</w:t>
      </w:r>
    </w:p>
    <w:p>
      <w:r>
        <w:t>23. 个人贷款的基本原则不包括</w:t>
        <w:br/>
        <w:t>A.诚  B.信  C.原  D.则</w:t>
        <w:br/>
        <w:t>【答案】D</w:t>
      </w:r>
    </w:p>
    <w:p>
      <w:r>
        <w:t>24. 网上银行的认证方式不包括</w:t>
        <w:br/>
        <w:t>A.数  B.字  C.证  D.书</w:t>
        <w:br/>
        <w:t>【答案】D</w:t>
      </w:r>
    </w:p>
    <w:p>
      <w:r>
        <w:t>25. 银行从业资格考试科目分为</w:t>
        <w:br/>
        <w:t>A.公  B.共  C.基  D.础</w:t>
        <w:br/>
        <w:t>【答案】A</w:t>
      </w:r>
    </w:p>
    <w:p>
      <w:r>
        <w:t>26. 银行从业资格考试的报名方式</w:t>
        <w:br/>
        <w:t>A.网  B.上  C.报  D.名</w:t>
        <w:br/>
        <w:t>【答案】A</w:t>
      </w:r>
    </w:p>
    <w:p>
      <w:r>
        <w:t>27. 存款保险制度的最高偿付限额是</w:t>
        <w:br/>
        <w:t>A.5  B.0  C.万  D.元</w:t>
        <w:br/>
        <w:t>【答案】A</w:t>
      </w:r>
    </w:p>
    <w:p>
      <w:r>
        <w:t>28. 商业银行的三大经营原则是</w:t>
        <w:br/>
        <w:t>A.安  B.全  C.性  D.、</w:t>
        <w:br/>
        <w:t>【答案】A</w:t>
      </w:r>
    </w:p>
    <w:p>
      <w:r>
        <w:t>29. 《商业银行法》规定，资本充足率不得低于</w:t>
        <w:br/>
        <w:t>A.8  B.%  C.|  D.1</w:t>
        <w:br/>
        <w:t>【答案】A</w:t>
      </w:r>
    </w:p>
    <w:p>
      <w:r>
        <w:t>30. 银行卡按清偿方式分为</w:t>
        <w:br/>
        <w:t>A.借  B.记  C.卡  D.和</w:t>
        <w:br/>
        <w:t>【答案】A</w:t>
      </w:r>
    </w:p>
    <w:p>
      <w:r>
        <w:t>31. 个人贷款的基本原则不包括</w:t>
        <w:br/>
        <w:t>A.诚  B.信  C.原  D.则</w:t>
        <w:br/>
        <w:t>【答案】D</w:t>
      </w:r>
    </w:p>
    <w:p>
      <w:r>
        <w:t>32. 网上银行的认证方式不包括</w:t>
        <w:br/>
        <w:t>A.数  B.字  C.证  D.书</w:t>
        <w:br/>
        <w:t>【答案】D</w:t>
      </w:r>
    </w:p>
    <w:p>
      <w:r>
        <w:t>33. 银行从业资格考试科目分为</w:t>
        <w:br/>
        <w:t>A.公  B.共  C.基  D.础</w:t>
        <w:br/>
        <w:t>【答案】A</w:t>
      </w:r>
    </w:p>
    <w:p>
      <w:r>
        <w:t>34. 银行从业资格考试的报名方式</w:t>
        <w:br/>
        <w:t>A.网  B.上  C.报  D.名</w:t>
        <w:br/>
        <w:t>【答案】A</w:t>
      </w:r>
    </w:p>
    <w:p>
      <w:r>
        <w:t>35. 存款保险制度的最高偿付限额是</w:t>
        <w:br/>
        <w:t>A.5  B.0  C.万  D.元</w:t>
        <w:br/>
        <w:t>【答案】A</w:t>
      </w:r>
    </w:p>
    <w:p>
      <w:r>
        <w:t>36. 商业银行的三大经营原则是</w:t>
        <w:br/>
        <w:t>A.安  B.全  C.性  D.、</w:t>
        <w:br/>
        <w:t>【答案】A</w:t>
      </w:r>
    </w:p>
    <w:p>
      <w:r>
        <w:t>37. 《商业银行法》规定，资本充足率不得低于</w:t>
        <w:br/>
        <w:t>A.8  B.%  C.|  D.1</w:t>
        <w:br/>
        <w:t>【答案】A</w:t>
      </w:r>
    </w:p>
    <w:p>
      <w:r>
        <w:t>38. 银行卡按清偿方式分为</w:t>
        <w:br/>
        <w:t>A.借  B.记  C.卡  D.和</w:t>
        <w:br/>
        <w:t>【答案】A</w:t>
      </w:r>
    </w:p>
    <w:p>
      <w:r>
        <w:t>39. 个人贷款的基本原则不包括</w:t>
        <w:br/>
        <w:t>A.诚  B.信  C.原  D.则</w:t>
        <w:br/>
        <w:t>【答案】D</w:t>
      </w:r>
    </w:p>
    <w:p>
      <w:r>
        <w:t>40. 网上银行的认证方式不包括</w:t>
        <w:br/>
        <w:t>A.数  B.字  C.证  D.书</w:t>
        <w:br/>
        <w:t>【答案】D</w:t>
      </w:r>
    </w:p>
    <w:p>
      <w:r>
        <w:t>41. 银行从业资格考试科目分为</w:t>
        <w:br/>
        <w:t>A.公  B.共  C.基  D.础</w:t>
        <w:br/>
        <w:t>【答案】A</w:t>
      </w:r>
    </w:p>
    <w:p>
      <w:r>
        <w:t>42. 银行从业资格考试的报名方式</w:t>
        <w:br/>
        <w:t>A.网  B.上  C.报  D.名</w:t>
        <w:br/>
        <w:t>【答案】A</w:t>
      </w:r>
    </w:p>
    <w:p>
      <w:r>
        <w:t>43. 存款保险制度的最高偿付限额是</w:t>
        <w:br/>
        <w:t>A.5  B.0  C.万  D.元</w:t>
        <w:br/>
        <w:t>【答案】A</w:t>
      </w:r>
    </w:p>
    <w:p>
      <w:r>
        <w:t>44. 商业银行的三大经营原则是</w:t>
        <w:br/>
        <w:t>A.安  B.全  C.性  D.、</w:t>
        <w:br/>
        <w:t>【答案】A</w:t>
      </w:r>
    </w:p>
    <w:p>
      <w:r>
        <w:t>45. 《商业银行法》规定，资本充足率不得低于</w:t>
        <w:br/>
        <w:t>A.8  B.%  C.|  D.1</w:t>
        <w:br/>
        <w:t>【答案】A</w:t>
      </w:r>
    </w:p>
    <w:p>
      <w:r>
        <w:t>46. 银行卡按清偿方式分为</w:t>
        <w:br/>
        <w:t>A.借  B.记  C.卡  D.和</w:t>
        <w:br/>
        <w:t>【答案】A</w:t>
      </w:r>
    </w:p>
    <w:p>
      <w:r>
        <w:t>47. 个人贷款的基本原则不包括</w:t>
        <w:br/>
        <w:t>A.诚  B.信  C.原  D.则</w:t>
        <w:br/>
        <w:t>【答案】D</w:t>
      </w:r>
    </w:p>
    <w:p>
      <w:r>
        <w:t>48. 网上银行的认证方式不包括</w:t>
        <w:br/>
        <w:t>A.数  B.字  C.证  D.书</w:t>
        <w:br/>
        <w:t>【答案】D</w:t>
      </w:r>
    </w:p>
    <w:p>
      <w:r>
        <w:t>49. 银行从业资格考试科目分为</w:t>
        <w:br/>
        <w:t>A.公  B.共  C.基  D.础</w:t>
        <w:br/>
        <w:t>【答案】A</w:t>
      </w:r>
    </w:p>
    <w:p>
      <w:r>
        <w:t>50. 银行从业资格考试的报名方式</w:t>
        <w:br/>
        <w:t>A.网  B.上  C.报  D.名</w:t>
        <w:br/>
        <w:t>【答案】A</w:t>
      </w:r>
    </w:p>
    <w:p/>
    <w:p>
      <w:pPr>
        <w:pStyle w:val="Heading2"/>
      </w:pPr>
      <w:r>
        <w:t>二、多项选择题（每题2分，共40分）</w:t>
      </w:r>
    </w:p>
    <w:p>
      <w:r>
        <w:t>51. 银行从业资格考试科目包括</w:t>
        <w:br/>
        <w:t>A.法  B.律  C.法  D.规</w:t>
        <w:br/>
        <w:t>【答案】ABCD</w:t>
      </w:r>
    </w:p>
    <w:p>
      <w:r>
        <w:t>52. 商业银行的负债业务包括</w:t>
        <w:br/>
        <w:t>A.存  B.款  C.业  D.务</w:t>
        <w:br/>
        <w:t>【答案】ABCD</w:t>
      </w:r>
    </w:p>
    <w:p>
      <w:r>
        <w:t>53. 个人理财规划包括</w:t>
        <w:br/>
        <w:t>A.现  B.金  C.规  D.划</w:t>
        <w:br/>
        <w:t>【答案】ABCD</w:t>
      </w:r>
    </w:p>
    <w:p>
      <w:r>
        <w:t>54. 银行卡业务的风险包括</w:t>
        <w:br/>
        <w:t>A.欺  B.诈  C.风  D.险</w:t>
        <w:br/>
        <w:t>【答案】ABCD</w:t>
      </w:r>
    </w:p>
    <w:p>
      <w:r>
        <w:t>55. 反洗钱义务主体包括</w:t>
        <w:br/>
        <w:t>A.金  B.融  C.机  D.构</w:t>
        <w:br/>
        <w:t>【答案】ABC</w:t>
      </w:r>
    </w:p>
    <w:p>
      <w:r>
        <w:t>56. 贷款五级分类包括</w:t>
        <w:br/>
        <w:t>A.正  B.常  C.|  D.关</w:t>
        <w:br/>
        <w:t>【答案】ABCD</w:t>
      </w:r>
    </w:p>
    <w:p>
      <w:r>
        <w:t>57. 银行理财产品的风险等级分为</w:t>
        <w:br/>
        <w:t>A.R  B.1  C.|  D.R</w:t>
        <w:br/>
        <w:t>【答案】ABCD</w:t>
      </w:r>
    </w:p>
    <w:p>
      <w:r>
        <w:t>58. 金融消费者权益包括</w:t>
        <w:br/>
        <w:t>A.知  B.情  C.权  D.|</w:t>
        <w:br/>
        <w:t>【答案】ABCD</w:t>
      </w:r>
    </w:p>
    <w:p>
      <w:r>
        <w:t>59. 银行从业资格考试科目包括</w:t>
        <w:br/>
        <w:t>A.法  B.律  C.法  D.规</w:t>
        <w:br/>
        <w:t>【答案】ABCD</w:t>
      </w:r>
    </w:p>
    <w:p>
      <w:r>
        <w:t>60. 商业银行的负债业务包括</w:t>
        <w:br/>
        <w:t>A.存  B.款  C.业  D.务</w:t>
        <w:br/>
        <w:t>【答案】ABCD</w:t>
      </w:r>
    </w:p>
    <w:p>
      <w:r>
        <w:t>61. 个人理财规划包括</w:t>
        <w:br/>
        <w:t>A.现  B.金  C.规  D.划</w:t>
        <w:br/>
        <w:t>【答案】ABCD</w:t>
      </w:r>
    </w:p>
    <w:p>
      <w:r>
        <w:t>62. 银行卡业务的风险包括</w:t>
        <w:br/>
        <w:t>A.欺  B.诈  C.风  D.险</w:t>
        <w:br/>
        <w:t>【答案】ABCD</w:t>
      </w:r>
    </w:p>
    <w:p>
      <w:r>
        <w:t>63. 反洗钱义务主体包括</w:t>
        <w:br/>
        <w:t>A.金  B.融  C.机  D.构</w:t>
        <w:br/>
        <w:t>【答案】ABC</w:t>
      </w:r>
    </w:p>
    <w:p>
      <w:r>
        <w:t>64. 贷款五级分类包括</w:t>
        <w:br/>
        <w:t>A.正  B.常  C.|  D.关</w:t>
        <w:br/>
        <w:t>【答案】ABCD</w:t>
      </w:r>
    </w:p>
    <w:p>
      <w:r>
        <w:t>65. 银行理财产品的风险等级分为</w:t>
        <w:br/>
        <w:t>A.R  B.1  C.|  D.R</w:t>
        <w:br/>
        <w:t>【答案】ABCD</w:t>
      </w:r>
    </w:p>
    <w:p>
      <w:r>
        <w:t>66. 金融消费者权益包括</w:t>
        <w:br/>
        <w:t>A.知  B.情  C.权  D.|</w:t>
        <w:br/>
        <w:t>【答案】ABCD</w:t>
      </w:r>
    </w:p>
    <w:p>
      <w:r>
        <w:t>67. 银行从业资格考试科目包括</w:t>
        <w:br/>
        <w:t>A.法  B.律  C.法  D.规</w:t>
        <w:br/>
        <w:t>【答案】ABCD</w:t>
      </w:r>
    </w:p>
    <w:p>
      <w:r>
        <w:t>68. 商业银行的负债业务包括</w:t>
        <w:br/>
        <w:t>A.存  B.款  C.业  D.务</w:t>
        <w:br/>
        <w:t>【答案】ABCD</w:t>
      </w:r>
    </w:p>
    <w:p>
      <w:r>
        <w:t>69. 个人理财规划包括</w:t>
        <w:br/>
        <w:t>A.现  B.金  C.规  D.划</w:t>
        <w:br/>
        <w:t>【答案】ABCD</w:t>
      </w:r>
    </w:p>
    <w:p>
      <w:r>
        <w:t>70. 银行卡业务的风险包括</w:t>
        <w:br/>
        <w:t>A.欺  B.诈  C.风  D.险</w:t>
        <w:br/>
        <w:t>【答案】ABCD</w:t>
      </w:r>
    </w:p>
    <w:p/>
    <w:p>
      <w:pPr>
        <w:pStyle w:val="Heading2"/>
      </w:pPr>
      <w:r>
        <w:t>三、判断题（每题1分，共20分）</w:t>
      </w:r>
    </w:p>
    <w:p>
      <w:r>
        <w:t>71. 银行存款利率由央行统一规定。（对/错）</w:t>
        <w:br/>
        <w:t>【答案】错</w:t>
      </w:r>
    </w:p>
    <w:p>
      <w:r>
        <w:t>72. 银行从业资格考试两年有效。（对/错）</w:t>
        <w:br/>
        <w:t>【答案】错</w:t>
      </w:r>
    </w:p>
    <w:p>
      <w:r>
        <w:t>73. 个人征信记录会影响贷款审批。（对/错）</w:t>
        <w:br/>
        <w:t>【答案】对</w:t>
      </w:r>
    </w:p>
    <w:p>
      <w:r>
        <w:t>74. 银行可以拒绝为高风险客户开户。（对/错）</w:t>
        <w:br/>
        <w:t>【答案】对</w:t>
      </w:r>
    </w:p>
    <w:p>
      <w:r>
        <w:t>75. 存款保险覆盖所有金融产品。（对/错）</w:t>
        <w:br/>
        <w:t>【答案】错</w:t>
      </w:r>
    </w:p>
    <w:p>
      <w:r>
        <w:t>76. 理财产品保本保收益。（对/错）</w:t>
        <w:br/>
        <w:t>【答案】错</w:t>
      </w:r>
    </w:p>
    <w:p>
      <w:r>
        <w:t>77. 银行代销保险产品需要资质。（对/错）</w:t>
        <w:br/>
        <w:t>【答案】对</w:t>
      </w:r>
    </w:p>
    <w:p>
      <w:r>
        <w:t>78. 洗钱行为是违法行为。（对/错）</w:t>
        <w:br/>
        <w:t>【答案】对</w:t>
      </w:r>
    </w:p>
    <w:p>
      <w:r>
        <w:t>79. 银行存款利率由央行统一规定。（对/错）</w:t>
        <w:br/>
        <w:t>【答案】错</w:t>
      </w:r>
    </w:p>
    <w:p>
      <w:r>
        <w:t>80. 银行从业资格考试两年有效。（对/错）</w:t>
        <w:br/>
        <w:t>【答案】错</w:t>
      </w:r>
    </w:p>
    <w:p>
      <w:r>
        <w:t>81. 个人征信记录会影响贷款审批。（对/错）</w:t>
        <w:br/>
        <w:t>【答案】对</w:t>
      </w:r>
    </w:p>
    <w:p>
      <w:r>
        <w:t>82. 银行可以拒绝为高风险客户开户。（对/错）</w:t>
        <w:br/>
        <w:t>【答案】对</w:t>
      </w:r>
    </w:p>
    <w:p>
      <w:r>
        <w:t>83. 存款保险覆盖所有金融产品。（对/错）</w:t>
        <w:br/>
        <w:t>【答案】错</w:t>
      </w:r>
    </w:p>
    <w:p>
      <w:r>
        <w:t>84. 理财产品保本保收益。（对/错）</w:t>
        <w:br/>
        <w:t>【答案】错</w:t>
      </w:r>
    </w:p>
    <w:p>
      <w:r>
        <w:t>85. 银行代销保险产品需要资质。（对/错）</w:t>
        <w:br/>
        <w:t>【答案】对</w:t>
      </w:r>
    </w:p>
    <w:p>
      <w:r>
        <w:t>86. 洗钱行为是违法行为。（对/错）</w:t>
        <w:br/>
        <w:t>【答案】对</w:t>
      </w:r>
    </w:p>
    <w:p>
      <w:r>
        <w:t>87. 银行存款利率由央行统一规定。（对/错）</w:t>
        <w:br/>
        <w:t>【答案】错</w:t>
      </w:r>
    </w:p>
    <w:p>
      <w:r>
        <w:t>88. 银行从业资格考试两年有效。（对/错）</w:t>
        <w:br/>
        <w:t>【答案】错</w:t>
      </w:r>
    </w:p>
    <w:p>
      <w:r>
        <w:t>89. 个人征信记录会影响贷款审批。（对/错）</w:t>
        <w:br/>
        <w:t>【答案】对</w:t>
      </w:r>
    </w:p>
    <w:p>
      <w:r>
        <w:t>90. 银行可以拒绝为高风险客户开户。（对/错）</w:t>
        <w:br/>
        <w:t>【答案】对</w:t>
      </w:r>
    </w:p>
    <w:p/>
    <w:p>
      <w:pPr>
        <w:pStyle w:val="Heading2"/>
      </w:pPr>
      <w:r>
        <w:t>四、简答题（每题3分，共30分）</w:t>
      </w:r>
    </w:p>
    <w:p>
      <w:r>
        <w:t>91. 简述商业银行的经营原则。</w:t>
        <w:br/>
        <w:t>【答案】安全性、流动性、效益性</w:t>
      </w:r>
    </w:p>
    <w:p>
      <w:r>
        <w:t>92. 什么是存款保险制度？</w:t>
        <w:br/>
        <w:t>【答案】通过缴纳保费建立保障基金，在银行破产时对存款人进行有限赔付的制度</w:t>
      </w:r>
    </w:p>
    <w:p>
      <w:r>
        <w:t>93. 简述贷款五级分类。</w:t>
        <w:br/>
        <w:t>【答案】正常、关注、次级、可疑、损失</w:t>
      </w:r>
    </w:p>
    <w:p>
      <w:r>
        <w:t>94. 金融消费者有哪些基本权益？</w:t>
        <w:br/>
        <w:t>【答案】知情权、自主选择权、公平交易权、依法求偿权、信息安全权等</w:t>
      </w:r>
    </w:p>
    <w:p>
      <w:r>
        <w:t>95. 简述商业银行的经营原则。</w:t>
        <w:br/>
        <w:t>【答案】安全性、流动性、效益性</w:t>
      </w:r>
    </w:p>
    <w:p>
      <w:r>
        <w:t>96. 什么是存款保险制度？</w:t>
        <w:br/>
        <w:t>【答案】通过缴纳保费建立保障基金，在银行破产时对存款人进行有限赔付的制度</w:t>
      </w:r>
    </w:p>
    <w:p>
      <w:r>
        <w:t>97. 简述贷款五级分类。</w:t>
        <w:br/>
        <w:t>【答案】正常、关注、次级、可疑、损失</w:t>
      </w:r>
    </w:p>
    <w:p>
      <w:r>
        <w:t>98. 金融消费者有哪些基本权益？</w:t>
        <w:br/>
        <w:t>【答案】知情权、自主选择权、公平交易权、依法求偿权、信息安全权等</w:t>
      </w:r>
    </w:p>
    <w:p>
      <w:r>
        <w:t>99. 简述商业银行的经营原则。</w:t>
        <w:br/>
        <w:t>【答案】安全性、流动性、效益性</w:t>
      </w:r>
    </w:p>
    <w:p>
      <w:r>
        <w:t>100. 什么是存款保险制度？</w:t>
        <w:br/>
        <w:t>【答案】通过缴纳保费建立保障基金，在银行破产时对存款人进行有限赔付的制度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【一、单项选择题（每题1分，共50分）】</w:t>
      </w:r>
    </w:p>
    <w:p>
      <w:r>
        <w:t>1. 银行从业资格考试科目分为</w:t>
        <w:br/>
        <w:t>A.公  B.共  C.基  D.础</w:t>
        <w:br/>
        <w:t>【答案】A  1. 银行从业资格考试科目分为</w:t>
        <w:br/>
        <w:t>A.公  B.共  C.基  D.础</w:t>
        <w:br/>
        <w:t>【答案】A</w:t>
      </w:r>
    </w:p>
    <w:p>
      <w:r>
        <w:t>2. 银行从业资格考试的报名方式</w:t>
        <w:br/>
        <w:t>A.网  B.上  C.报  D.名</w:t>
        <w:br/>
        <w:t>【答案】A  2. 银行从业资格考试的报名方式</w:t>
        <w:br/>
        <w:t>A.网  B.上  C.报  D.名</w:t>
        <w:br/>
        <w:t>【答案】A</w:t>
      </w:r>
    </w:p>
    <w:p>
      <w:r>
        <w:t>3. 存款保险制度的最高偿付限额是</w:t>
        <w:br/>
        <w:t>A.5  B.0  C.万  D.元</w:t>
        <w:br/>
        <w:t>【答案】A  3. 存款保险制度的最高偿付限额是</w:t>
        <w:br/>
        <w:t>A.5  B.0  C.万  D.元</w:t>
        <w:br/>
        <w:t>【答案】A</w:t>
      </w:r>
    </w:p>
    <w:p>
      <w:r>
        <w:t>4. 商业银行的三大经营原则是</w:t>
        <w:br/>
        <w:t>A.安  B.全  C.性  D.、</w:t>
        <w:br/>
        <w:t>【答案】A  4. 商业银行的三大经营原则是</w:t>
        <w:br/>
        <w:t>A.安  B.全  C.性  D.、</w:t>
        <w:br/>
        <w:t>【答案】A</w:t>
      </w:r>
    </w:p>
    <w:p>
      <w:r>
        <w:t>5. 《商业银行法》规定，资本充足率不得低于</w:t>
        <w:br/>
        <w:t>A.8  B.%  C.|  D.1</w:t>
        <w:br/>
        <w:t>【答案】A  5. 《商业银行法》规定，资本充足率不得低于</w:t>
        <w:br/>
        <w:t>A.8  B.%  C.|  D.1</w:t>
        <w:br/>
        <w:t>【答案】A</w:t>
      </w:r>
    </w:p>
    <w:p>
      <w:r>
        <w:t>6. 银行卡按清偿方式分为</w:t>
        <w:br/>
        <w:t>A.借  B.记  C.卡  D.和</w:t>
        <w:br/>
        <w:t>【答案】A  6. 银行卡按清偿方式分为</w:t>
        <w:br/>
        <w:t>A.借  B.记  C.卡  D.和</w:t>
        <w:br/>
        <w:t>【答案】A</w:t>
      </w:r>
    </w:p>
    <w:p>
      <w:r>
        <w:t>7. 个人贷款的基本原则不包括</w:t>
        <w:br/>
        <w:t>A.诚  B.信  C.原  D.则</w:t>
        <w:br/>
        <w:t>【答案】D  7. 个人贷款的基本原则不包括</w:t>
        <w:br/>
        <w:t>A.诚  B.信  C.原  D.则</w:t>
        <w:br/>
        <w:t>【答案】D</w:t>
      </w:r>
    </w:p>
    <w:p>
      <w:r>
        <w:t>8. 网上银行的认证方式不包括</w:t>
        <w:br/>
        <w:t>A.数  B.字  C.证  D.书</w:t>
        <w:br/>
        <w:t>【答案】D  8. 网上银行的认证方式不包括</w:t>
        <w:br/>
        <w:t>A.数  B.字  C.证  D.书</w:t>
        <w:br/>
        <w:t>【答案】D</w:t>
      </w:r>
    </w:p>
    <w:p>
      <w:r>
        <w:t>9. 银行从业资格考试科目分为</w:t>
        <w:br/>
        <w:t>A.公  B.共  C.基  D.础</w:t>
        <w:br/>
        <w:t>【答案】A  9. 银行从业资格考试科目分为</w:t>
        <w:br/>
        <w:t>A.公  B.共  C.基  D.础</w:t>
        <w:br/>
        <w:t>【答案】A</w:t>
      </w:r>
    </w:p>
    <w:p>
      <w:r>
        <w:t>10. 银行从业资格考试的报名方式</w:t>
        <w:br/>
        <w:t>A.网  B.上  C.报  D.名</w:t>
        <w:br/>
        <w:t>【答案】A  10. 银行从业资格考试的报名方式</w:t>
        <w:br/>
        <w:t>A.网  B.上  C.报  D.名</w:t>
        <w:br/>
        <w:t>【答案】A</w:t>
      </w:r>
    </w:p>
    <w:p>
      <w:r>
        <w:t>11. 存款保险制度的最高偿付限额是</w:t>
        <w:br/>
        <w:t>A.5  B.0  C.万  D.元</w:t>
        <w:br/>
        <w:t>【答案】A  11. 存款保险制度的最高偿付限额是</w:t>
        <w:br/>
        <w:t>A.5  B.0  C.万  D.元</w:t>
        <w:br/>
        <w:t>【答案】A</w:t>
      </w:r>
    </w:p>
    <w:p>
      <w:r>
        <w:t>12. 商业银行的三大经营原则是</w:t>
        <w:br/>
        <w:t>A.安  B.全  C.性  D.、</w:t>
        <w:br/>
        <w:t>【答案】A  12. 商业银行的三大经营原则是</w:t>
        <w:br/>
        <w:t>A.安  B.全  C.性  D.、</w:t>
        <w:br/>
        <w:t>【答案】A</w:t>
      </w:r>
    </w:p>
    <w:p>
      <w:r>
        <w:t>13. 《商业银行法》规定，资本充足率不得低于</w:t>
        <w:br/>
        <w:t>A.8  B.%  C.|  D.1</w:t>
        <w:br/>
        <w:t>【答案】A  13. 《商业银行法》规定，资本充足率不得低于</w:t>
        <w:br/>
        <w:t>A.8  B.%  C.|  D.1</w:t>
        <w:br/>
        <w:t>【答案】A</w:t>
      </w:r>
    </w:p>
    <w:p>
      <w:r>
        <w:t>14. 银行卡按清偿方式分为</w:t>
        <w:br/>
        <w:t>A.借  B.记  C.卡  D.和</w:t>
        <w:br/>
        <w:t>【答案】A  14. 银行卡按清偿方式分为</w:t>
        <w:br/>
        <w:t>A.借  B.记  C.卡  D.和</w:t>
        <w:br/>
        <w:t>【答案】A</w:t>
      </w:r>
    </w:p>
    <w:p>
      <w:r>
        <w:t>15. 个人贷款的基本原则不包括</w:t>
        <w:br/>
        <w:t>A.诚  B.信  C.原  D.则</w:t>
        <w:br/>
        <w:t>【答案】D  15. 个人贷款的基本原则不包括</w:t>
        <w:br/>
        <w:t>A.诚  B.信  C.原  D.则</w:t>
        <w:br/>
        <w:t>【答案】D</w:t>
      </w:r>
    </w:p>
    <w:p>
      <w:r>
        <w:t>16. 网上银行的认证方式不包括</w:t>
        <w:br/>
        <w:t>A.数  B.字  C.证  D.书</w:t>
        <w:br/>
        <w:t>【答案】D  16. 网上银行的认证方式不包括</w:t>
        <w:br/>
        <w:t>A.数  B.字  C.证  D.书</w:t>
        <w:br/>
        <w:t>【答案】D</w:t>
      </w:r>
    </w:p>
    <w:p>
      <w:r>
        <w:t>17. 银行从业资格考试科目分为</w:t>
        <w:br/>
        <w:t>A.公  B.共  C.基  D.础</w:t>
        <w:br/>
        <w:t>【答案】A  17. 银行从业资格考试科目分为</w:t>
        <w:br/>
        <w:t>A.公  B.共  C.基  D.础</w:t>
        <w:br/>
        <w:t>【答案】A</w:t>
      </w:r>
    </w:p>
    <w:p>
      <w:r>
        <w:t>18. 银行从业资格考试的报名方式</w:t>
        <w:br/>
        <w:t>A.网  B.上  C.报  D.名</w:t>
        <w:br/>
        <w:t>【答案】A  18. 银行从业资格考试的报名方式</w:t>
        <w:br/>
        <w:t>A.网  B.上  C.报  D.名</w:t>
        <w:br/>
        <w:t>【答案】A</w:t>
      </w:r>
    </w:p>
    <w:p>
      <w:r>
        <w:t>19. 存款保险制度的最高偿付限额是</w:t>
        <w:br/>
        <w:t>A.5  B.0  C.万  D.元</w:t>
        <w:br/>
        <w:t>【答案】A  19. 存款保险制度的最高偿付限额是</w:t>
        <w:br/>
        <w:t>A.5  B.0  C.万  D.元</w:t>
        <w:br/>
        <w:t>【答案】A</w:t>
      </w:r>
    </w:p>
    <w:p>
      <w:r>
        <w:t>20. 商业银行的三大经营原则是</w:t>
        <w:br/>
        <w:t>A.安  B.全  C.性  D.、</w:t>
        <w:br/>
        <w:t>【答案】A  20. 商业银行的三大经营原则是</w:t>
        <w:br/>
        <w:t>A.安  B.全  C.性  D.、</w:t>
        <w:br/>
        <w:t>【答案】A</w:t>
      </w:r>
    </w:p>
    <w:p>
      <w:r>
        <w:t>21. 《商业银行法》规定，资本充足率不得低于</w:t>
        <w:br/>
        <w:t>A.8  B.%  C.|  D.1</w:t>
        <w:br/>
        <w:t>【答案】A  21. 《商业银行法》规定，资本充足率不得低于</w:t>
        <w:br/>
        <w:t>A.8  B.%  C.|  D.1</w:t>
        <w:br/>
        <w:t>【答案】A</w:t>
      </w:r>
    </w:p>
    <w:p>
      <w:r>
        <w:t>22. 银行卡按清偿方式分为</w:t>
        <w:br/>
        <w:t>A.借  B.记  C.卡  D.和</w:t>
        <w:br/>
        <w:t>【答案】A  22. 银行卡按清偿方式分为</w:t>
        <w:br/>
        <w:t>A.借  B.记  C.卡  D.和</w:t>
        <w:br/>
        <w:t>【答案】A</w:t>
      </w:r>
    </w:p>
    <w:p>
      <w:r>
        <w:t>23. 个人贷款的基本原则不包括</w:t>
        <w:br/>
        <w:t>A.诚  B.信  C.原  D.则</w:t>
        <w:br/>
        <w:t>【答案】D  23. 个人贷款的基本原则不包括</w:t>
        <w:br/>
        <w:t>A.诚  B.信  C.原  D.则</w:t>
        <w:br/>
        <w:t>【答案】D</w:t>
      </w:r>
    </w:p>
    <w:p>
      <w:r>
        <w:t>24. 网上银行的认证方式不包括</w:t>
        <w:br/>
        <w:t>A.数  B.字  C.证  D.书</w:t>
        <w:br/>
        <w:t>【答案】D  24. 网上银行的认证方式不包括</w:t>
        <w:br/>
        <w:t>A.数  B.字  C.证  D.书</w:t>
        <w:br/>
        <w:t>【答案】D</w:t>
      </w:r>
    </w:p>
    <w:p>
      <w:r>
        <w:t>25. 银行从业资格考试科目分为</w:t>
        <w:br/>
        <w:t>A.公  B.共  C.基  D.础</w:t>
        <w:br/>
        <w:t>【答案】A  25. 银行从业资格考试科目分为</w:t>
        <w:br/>
        <w:t>A.公  B.共  C.基  D.础</w:t>
        <w:br/>
        <w:t>【答案】A</w:t>
      </w:r>
    </w:p>
    <w:p>
      <w:r>
        <w:t>26. 银行从业资格考试的报名方式</w:t>
        <w:br/>
        <w:t>A.网  B.上  C.报  D.名</w:t>
        <w:br/>
        <w:t>【答案】A  26. 银行从业资格考试的报名方式</w:t>
        <w:br/>
        <w:t>A.网  B.上  C.报  D.名</w:t>
        <w:br/>
        <w:t>【答案】A</w:t>
      </w:r>
    </w:p>
    <w:p>
      <w:r>
        <w:t>27. 存款保险制度的最高偿付限额是</w:t>
        <w:br/>
        <w:t>A.5  B.0  C.万  D.元</w:t>
        <w:br/>
        <w:t>【答案】A  27. 存款保险制度的最高偿付限额是</w:t>
        <w:br/>
        <w:t>A.5  B.0  C.万  D.元</w:t>
        <w:br/>
        <w:t>【答案】A</w:t>
      </w:r>
    </w:p>
    <w:p>
      <w:r>
        <w:t>28. 商业银行的三大经营原则是</w:t>
        <w:br/>
        <w:t>A.安  B.全  C.性  D.、</w:t>
        <w:br/>
        <w:t>【答案】A  28. 商业银行的三大经营原则是</w:t>
        <w:br/>
        <w:t>A.安  B.全  C.性  D.、</w:t>
        <w:br/>
        <w:t>【答案】A</w:t>
      </w:r>
    </w:p>
    <w:p>
      <w:r>
        <w:t>29. 《商业银行法》规定，资本充足率不得低于</w:t>
        <w:br/>
        <w:t>A.8  B.%  C.|  D.1</w:t>
        <w:br/>
        <w:t>【答案】A  29. 《商业银行法》规定，资本充足率不得低于</w:t>
        <w:br/>
        <w:t>A.8  B.%  C.|  D.1</w:t>
        <w:br/>
        <w:t>【答案】A</w:t>
      </w:r>
    </w:p>
    <w:p>
      <w:r>
        <w:t>30. 银行卡按清偿方式分为</w:t>
        <w:br/>
        <w:t>A.借  B.记  C.卡  D.和</w:t>
        <w:br/>
        <w:t>【答案】A  30. 银行卡按清偿方式分为</w:t>
        <w:br/>
        <w:t>A.借  B.记  C.卡  D.和</w:t>
        <w:br/>
        <w:t>【答案】A</w:t>
      </w:r>
    </w:p>
    <w:p>
      <w:r>
        <w:t>31. 个人贷款的基本原则不包括</w:t>
        <w:br/>
        <w:t>A.诚  B.信  C.原  D.则</w:t>
        <w:br/>
        <w:t>【答案】D  31. 个人贷款的基本原则不包括</w:t>
        <w:br/>
        <w:t>A.诚  B.信  C.原  D.则</w:t>
        <w:br/>
        <w:t>【答案】D</w:t>
      </w:r>
    </w:p>
    <w:p>
      <w:r>
        <w:t>32. 网上银行的认证方式不包括</w:t>
        <w:br/>
        <w:t>A.数  B.字  C.证  D.书</w:t>
        <w:br/>
        <w:t>【答案】D  32. 网上银行的认证方式不包括</w:t>
        <w:br/>
        <w:t>A.数  B.字  C.证  D.书</w:t>
        <w:br/>
        <w:t>【答案】D</w:t>
      </w:r>
    </w:p>
    <w:p>
      <w:r>
        <w:t>33. 银行从业资格考试科目分为</w:t>
        <w:br/>
        <w:t>A.公  B.共  C.基  D.础</w:t>
        <w:br/>
        <w:t>【答案】A  33. 银行从业资格考试科目分为</w:t>
        <w:br/>
        <w:t>A.公  B.共  C.基  D.础</w:t>
        <w:br/>
        <w:t>【答案】A</w:t>
      </w:r>
    </w:p>
    <w:p>
      <w:r>
        <w:t>34. 银行从业资格考试的报名方式</w:t>
        <w:br/>
        <w:t>A.网  B.上  C.报  D.名</w:t>
        <w:br/>
        <w:t>【答案】A  34. 银行从业资格考试的报名方式</w:t>
        <w:br/>
        <w:t>A.网  B.上  C.报  D.名</w:t>
        <w:br/>
        <w:t>【答案】A</w:t>
      </w:r>
    </w:p>
    <w:p>
      <w:r>
        <w:t>35. 存款保险制度的最高偿付限额是</w:t>
        <w:br/>
        <w:t>A.5  B.0  C.万  D.元</w:t>
        <w:br/>
        <w:t>【答案】A  35. 存款保险制度的最高偿付限额是</w:t>
        <w:br/>
        <w:t>A.5  B.0  C.万  D.元</w:t>
        <w:br/>
        <w:t>【答案】A</w:t>
      </w:r>
    </w:p>
    <w:p>
      <w:r>
        <w:t>36. 商业银行的三大经营原则是</w:t>
        <w:br/>
        <w:t>A.安  B.全  C.性  D.、</w:t>
        <w:br/>
        <w:t>【答案】A  36. 商业银行的三大经营原则是</w:t>
        <w:br/>
        <w:t>A.安  B.全  C.性  D.、</w:t>
        <w:br/>
        <w:t>【答案】A</w:t>
      </w:r>
    </w:p>
    <w:p>
      <w:r>
        <w:t>37. 《商业银行法》规定，资本充足率不得低于</w:t>
        <w:br/>
        <w:t>A.8  B.%  C.|  D.1</w:t>
        <w:br/>
        <w:t>【答案】A  37. 《商业银行法》规定，资本充足率不得低于</w:t>
        <w:br/>
        <w:t>A.8  B.%  C.|  D.1</w:t>
        <w:br/>
        <w:t>【答案】A</w:t>
      </w:r>
    </w:p>
    <w:p>
      <w:r>
        <w:t>38. 银行卡按清偿方式分为</w:t>
        <w:br/>
        <w:t>A.借  B.记  C.卡  D.和</w:t>
        <w:br/>
        <w:t>【答案】A  38. 银行卡按清偿方式分为</w:t>
        <w:br/>
        <w:t>A.借  B.记  C.卡  D.和</w:t>
        <w:br/>
        <w:t>【答案】A</w:t>
      </w:r>
    </w:p>
    <w:p>
      <w:r>
        <w:t>39. 个人贷款的基本原则不包括</w:t>
        <w:br/>
        <w:t>A.诚  B.信  C.原  D.则</w:t>
        <w:br/>
        <w:t>【答案】D  39. 个人贷款的基本原则不包括</w:t>
        <w:br/>
        <w:t>A.诚  B.信  C.原  D.则</w:t>
        <w:br/>
        <w:t>【答案】D</w:t>
      </w:r>
    </w:p>
    <w:p>
      <w:r>
        <w:t>40. 网上银行的认证方式不包括</w:t>
        <w:br/>
        <w:t>A.数  B.字  C.证  D.书</w:t>
        <w:br/>
        <w:t>【答案】D  40. 网上银行的认证方式不包括</w:t>
        <w:br/>
        <w:t>A.数  B.字  C.证  D.书</w:t>
        <w:br/>
        <w:t>【答案】D</w:t>
      </w:r>
    </w:p>
    <w:p>
      <w:r>
        <w:t>41. 银行从业资格考试科目分为</w:t>
        <w:br/>
        <w:t>A.公  B.共  C.基  D.础</w:t>
        <w:br/>
        <w:t>【答案】A  41. 银行从业资格考试科目分为</w:t>
        <w:br/>
        <w:t>A.公  B.共  C.基  D.础</w:t>
        <w:br/>
        <w:t>【答案】A</w:t>
      </w:r>
    </w:p>
    <w:p>
      <w:r>
        <w:t>42. 银行从业资格考试的报名方式</w:t>
        <w:br/>
        <w:t>A.网  B.上  C.报  D.名</w:t>
        <w:br/>
        <w:t>【答案】A  42. 银行从业资格考试的报名方式</w:t>
        <w:br/>
        <w:t>A.网  B.上  C.报  D.名</w:t>
        <w:br/>
        <w:t>【答案】A</w:t>
      </w:r>
    </w:p>
    <w:p>
      <w:r>
        <w:t>43. 存款保险制度的最高偿付限额是</w:t>
        <w:br/>
        <w:t>A.5  B.0  C.万  D.元</w:t>
        <w:br/>
        <w:t>【答案】A  43. 存款保险制度的最高偿付限额是</w:t>
        <w:br/>
        <w:t>A.5  B.0  C.万  D.元</w:t>
        <w:br/>
        <w:t>【答案】A</w:t>
      </w:r>
    </w:p>
    <w:p>
      <w:r>
        <w:t>44. 商业银行的三大经营原则是</w:t>
        <w:br/>
        <w:t>A.安  B.全  C.性  D.、</w:t>
        <w:br/>
        <w:t>【答案】A  44. 商业银行的三大经营原则是</w:t>
        <w:br/>
        <w:t>A.安  B.全  C.性  D.、</w:t>
        <w:br/>
        <w:t>【答案】A</w:t>
      </w:r>
    </w:p>
    <w:p>
      <w:r>
        <w:t>45. 《商业银行法》规定，资本充足率不得低于</w:t>
        <w:br/>
        <w:t>A.8  B.%  C.|  D.1</w:t>
        <w:br/>
        <w:t>【答案】A  45. 《商业银行法》规定，资本充足率不得低于</w:t>
        <w:br/>
        <w:t>A.8  B.%  C.|  D.1</w:t>
        <w:br/>
        <w:t>【答案】A</w:t>
      </w:r>
    </w:p>
    <w:p>
      <w:r>
        <w:t>46. 银行卡按清偿方式分为</w:t>
        <w:br/>
        <w:t>A.借  B.记  C.卡  D.和</w:t>
        <w:br/>
        <w:t>【答案】A  46. 银行卡按清偿方式分为</w:t>
        <w:br/>
        <w:t>A.借  B.记  C.卡  D.和</w:t>
        <w:br/>
        <w:t>【答案】A</w:t>
      </w:r>
    </w:p>
    <w:p>
      <w:r>
        <w:t>47. 个人贷款的基本原则不包括</w:t>
        <w:br/>
        <w:t>A.诚  B.信  C.原  D.则</w:t>
        <w:br/>
        <w:t>【答案】D  47. 个人贷款的基本原则不包括</w:t>
        <w:br/>
        <w:t>A.诚  B.信  C.原  D.则</w:t>
        <w:br/>
        <w:t>【答案】D</w:t>
      </w:r>
    </w:p>
    <w:p>
      <w:r>
        <w:t>48. 网上银行的认证方式不包括</w:t>
        <w:br/>
        <w:t>A.数  B.字  C.证  D.书</w:t>
        <w:br/>
        <w:t>【答案】D  48. 网上银行的认证方式不包括</w:t>
        <w:br/>
        <w:t>A.数  B.字  C.证  D.书</w:t>
        <w:br/>
        <w:t>【答案】D</w:t>
      </w:r>
    </w:p>
    <w:p>
      <w:r>
        <w:t>49. 银行从业资格考试科目分为</w:t>
        <w:br/>
        <w:t>A.公  B.共  C.基  D.础</w:t>
        <w:br/>
        <w:t>【答案】A  49. 银行从业资格考试科目分为</w:t>
        <w:br/>
        <w:t>A.公  B.共  C.基  D.础</w:t>
        <w:br/>
        <w:t>【答案】A</w:t>
      </w:r>
    </w:p>
    <w:p>
      <w:r>
        <w:t>50. 银行从业资格考试的报名方式</w:t>
        <w:br/>
        <w:t>A.网  B.上  C.报  D.名</w:t>
        <w:br/>
        <w:t>【答案】A  50. 银行从业资格考试的报名方式</w:t>
        <w:br/>
        <w:t>A.网  B.上  C.报  D.名</w:t>
        <w:br/>
        <w:t>【答案】A</w:t>
      </w:r>
    </w:p>
    <w:p>
      <w:r>
        <w:t>【二、多项选择题（每题2分，共40分）】</w:t>
      </w:r>
    </w:p>
    <w:p>
      <w:r>
        <w:t>51. 银行从业资格考试科目包括</w:t>
        <w:br/>
        <w:t>A.法  B.律  C.法  D.规</w:t>
        <w:br/>
        <w:t>【答案】ABCD  51. 银行从业资格考试科目包括</w:t>
        <w:br/>
        <w:t>A.法  B.律  C.法  D.规</w:t>
        <w:br/>
        <w:t>【答案】ABCD</w:t>
      </w:r>
    </w:p>
    <w:p>
      <w:r>
        <w:t>52. 商业银行的负债业务包括</w:t>
        <w:br/>
        <w:t>A.存  B.款  C.业  D.务</w:t>
        <w:br/>
        <w:t>【答案】ABCD  52. 商业银行的负债业务包括</w:t>
        <w:br/>
        <w:t>A.存  B.款  C.业  D.务</w:t>
        <w:br/>
        <w:t>【答案】ABCD</w:t>
      </w:r>
    </w:p>
    <w:p>
      <w:r>
        <w:t>53. 个人理财规划包括</w:t>
        <w:br/>
        <w:t>A.现  B.金  C.规  D.划</w:t>
        <w:br/>
        <w:t>【答案】ABCD  53. 个人理财规划包括</w:t>
        <w:br/>
        <w:t>A.现  B.金  C.规  D.划</w:t>
        <w:br/>
        <w:t>【答案】ABCD</w:t>
      </w:r>
    </w:p>
    <w:p>
      <w:r>
        <w:t>54. 银行卡业务的风险包括</w:t>
        <w:br/>
        <w:t>A.欺  B.诈  C.风  D.险</w:t>
        <w:br/>
        <w:t>【答案】ABCD  54. 银行卡业务的风险包括</w:t>
        <w:br/>
        <w:t>A.欺  B.诈  C.风  D.险</w:t>
        <w:br/>
        <w:t>【答案】ABCD</w:t>
      </w:r>
    </w:p>
    <w:p>
      <w:r>
        <w:t>55. 反洗钱义务主体包括</w:t>
        <w:br/>
        <w:t>A.金  B.融  C.机  D.构</w:t>
        <w:br/>
        <w:t>【答案】ABC  55. 反洗钱义务主体包括</w:t>
        <w:br/>
        <w:t>A.金  B.融  C.机  D.构</w:t>
        <w:br/>
        <w:t>【答案】ABC</w:t>
      </w:r>
    </w:p>
    <w:p>
      <w:r>
        <w:t>56. 贷款五级分类包括</w:t>
        <w:br/>
        <w:t>A.正  B.常  C.|  D.关</w:t>
        <w:br/>
        <w:t>【答案】ABCD  56. 贷款五级分类包括</w:t>
        <w:br/>
        <w:t>A.正  B.常  C.|  D.关</w:t>
        <w:br/>
        <w:t>【答案】ABCD</w:t>
      </w:r>
    </w:p>
    <w:p>
      <w:r>
        <w:t>57. 银行理财产品的风险等级分为</w:t>
        <w:br/>
        <w:t>A.R  B.1  C.|  D.R</w:t>
        <w:br/>
        <w:t>【答案】ABCD  57. 银行理财产品的风险等级分为</w:t>
        <w:br/>
        <w:t>A.R  B.1  C.|  D.R</w:t>
        <w:br/>
        <w:t>【答案】ABCD</w:t>
      </w:r>
    </w:p>
    <w:p>
      <w:r>
        <w:t>58. 金融消费者权益包括</w:t>
        <w:br/>
        <w:t>A.知  B.情  C.权  D.|</w:t>
        <w:br/>
        <w:t>【答案】ABCD  58. 金融消费者权益包括</w:t>
        <w:br/>
        <w:t>A.知  B.情  C.权  D.|</w:t>
        <w:br/>
        <w:t>【答案】ABCD</w:t>
      </w:r>
    </w:p>
    <w:p>
      <w:r>
        <w:t>59. 银行从业资格考试科目包括</w:t>
        <w:br/>
        <w:t>A.法  B.律  C.法  D.规</w:t>
        <w:br/>
        <w:t>【答案】ABCD  59. 银行从业资格考试科目包括</w:t>
        <w:br/>
        <w:t>A.法  B.律  C.法  D.规</w:t>
        <w:br/>
        <w:t>【答案】ABCD</w:t>
      </w:r>
    </w:p>
    <w:p>
      <w:r>
        <w:t>60. 商业银行的负债业务包括</w:t>
        <w:br/>
        <w:t>A.存  B.款  C.业  D.务</w:t>
        <w:br/>
        <w:t>【答案】ABCD  60. 商业银行的负债业务包括</w:t>
        <w:br/>
        <w:t>A.存  B.款  C.业  D.务</w:t>
        <w:br/>
        <w:t>【答案】ABCD</w:t>
      </w:r>
    </w:p>
    <w:p>
      <w:r>
        <w:t>61. 个人理财规划包括</w:t>
        <w:br/>
        <w:t>A.现  B.金  C.规  D.划</w:t>
        <w:br/>
        <w:t>【答案】ABCD  61. 个人理财规划包括</w:t>
        <w:br/>
        <w:t>A.现  B.金  C.规  D.划</w:t>
        <w:br/>
        <w:t>【答案】ABCD</w:t>
      </w:r>
    </w:p>
    <w:p>
      <w:r>
        <w:t>62. 银行卡业务的风险包括</w:t>
        <w:br/>
        <w:t>A.欺  B.诈  C.风  D.险</w:t>
        <w:br/>
        <w:t>【答案】ABCD  62. 银行卡业务的风险包括</w:t>
        <w:br/>
        <w:t>A.欺  B.诈  C.风  D.险</w:t>
        <w:br/>
        <w:t>【答案】ABCD</w:t>
      </w:r>
    </w:p>
    <w:p>
      <w:r>
        <w:t>63. 反洗钱义务主体包括</w:t>
        <w:br/>
        <w:t>A.金  B.融  C.机  D.构</w:t>
        <w:br/>
        <w:t>【答案】ABC  63. 反洗钱义务主体包括</w:t>
        <w:br/>
        <w:t>A.金  B.融  C.机  D.构</w:t>
        <w:br/>
        <w:t>【答案】ABC</w:t>
      </w:r>
    </w:p>
    <w:p>
      <w:r>
        <w:t>64. 贷款五级分类包括</w:t>
        <w:br/>
        <w:t>A.正  B.常  C.|  D.关</w:t>
        <w:br/>
        <w:t>【答案】ABCD  64. 贷款五级分类包括</w:t>
        <w:br/>
        <w:t>A.正  B.常  C.|  D.关</w:t>
        <w:br/>
        <w:t>【答案】ABCD</w:t>
      </w:r>
    </w:p>
    <w:p>
      <w:r>
        <w:t>65. 银行理财产品的风险等级分为</w:t>
        <w:br/>
        <w:t>A.R  B.1  C.|  D.R</w:t>
        <w:br/>
        <w:t>【答案】ABCD  65. 银行理财产品的风险等级分为</w:t>
        <w:br/>
        <w:t>A.R  B.1  C.|  D.R</w:t>
        <w:br/>
        <w:t>【答案】ABCD</w:t>
      </w:r>
    </w:p>
    <w:p>
      <w:r>
        <w:t>66. 金融消费者权益包括</w:t>
        <w:br/>
        <w:t>A.知  B.情  C.权  D.|</w:t>
        <w:br/>
        <w:t>【答案】ABCD  66. 金融消费者权益包括</w:t>
        <w:br/>
        <w:t>A.知  B.情  C.权  D.|</w:t>
        <w:br/>
        <w:t>【答案】ABCD</w:t>
      </w:r>
    </w:p>
    <w:p>
      <w:r>
        <w:t>67. 银行从业资格考试科目包括</w:t>
        <w:br/>
        <w:t>A.法  B.律  C.法  D.规</w:t>
        <w:br/>
        <w:t>【答案】ABCD  67. 银行从业资格考试科目包括</w:t>
        <w:br/>
        <w:t>A.法  B.律  C.法  D.规</w:t>
        <w:br/>
        <w:t>【答案】ABCD</w:t>
      </w:r>
    </w:p>
    <w:p>
      <w:r>
        <w:t>68. 商业银行的负债业务包括</w:t>
        <w:br/>
        <w:t>A.存  B.款  C.业  D.务</w:t>
        <w:br/>
        <w:t>【答案】ABCD  68. 商业银行的负债业务包括</w:t>
        <w:br/>
        <w:t>A.存  B.款  C.业  D.务</w:t>
        <w:br/>
        <w:t>【答案】ABCD</w:t>
      </w:r>
    </w:p>
    <w:p>
      <w:r>
        <w:t>69. 个人理财规划包括</w:t>
        <w:br/>
        <w:t>A.现  B.金  C.规  D.划</w:t>
        <w:br/>
        <w:t>【答案】ABCD  69. 个人理财规划包括</w:t>
        <w:br/>
        <w:t>A.现  B.金  C.规  D.划</w:t>
        <w:br/>
        <w:t>【答案】ABCD</w:t>
      </w:r>
    </w:p>
    <w:p>
      <w:r>
        <w:t>70. 银行卡业务的风险包括</w:t>
        <w:br/>
        <w:t>A.欺  B.诈  C.风  D.险</w:t>
        <w:br/>
        <w:t>【答案】ABCD  70. 银行卡业务的风险包括</w:t>
        <w:br/>
        <w:t>A.欺  B.诈  C.风  D.险</w:t>
        <w:br/>
        <w:t>【答案】ABCD</w:t>
      </w:r>
    </w:p>
    <w:p>
      <w:r>
        <w:t>【三、判断题（每题1分，共20分）】</w:t>
      </w:r>
    </w:p>
    <w:p>
      <w:r>
        <w:t>71. 银行存款利率由央行统一规定  71. 银行存款利率由央行统一规定。（对/错）</w:t>
        <w:br/>
        <w:t>【答案】错</w:t>
      </w:r>
    </w:p>
    <w:p>
      <w:r>
        <w:t>72. 银行从业资格考试两年有效  72. 银行从业资格考试两年有效。（对/错）</w:t>
        <w:br/>
        <w:t>【答案】错</w:t>
      </w:r>
    </w:p>
    <w:p>
      <w:r>
        <w:t>73. 个人征信记录会影响贷款审批  73. 个人征信记录会影响贷款审批。（对/错）</w:t>
        <w:br/>
        <w:t>【答案】对</w:t>
      </w:r>
    </w:p>
    <w:p>
      <w:r>
        <w:t>74. 银行可以拒绝为高风险客户开户  74. 银行可以拒绝为高风险客户开户。（对/错）</w:t>
        <w:br/>
        <w:t>【答案】对</w:t>
      </w:r>
    </w:p>
    <w:p>
      <w:r>
        <w:t>75. 存款保险覆盖所有金融产品  75. 存款保险覆盖所有金融产品。（对/错）</w:t>
        <w:br/>
        <w:t>【答案】错</w:t>
      </w:r>
    </w:p>
    <w:p>
      <w:r>
        <w:t>76. 理财产品保本保收益  76. 理财产品保本保收益。（对/错）</w:t>
        <w:br/>
        <w:t>【答案】错</w:t>
      </w:r>
    </w:p>
    <w:p>
      <w:r>
        <w:t>77. 银行代销保险产品需要资质  77. 银行代销保险产品需要资质。（对/错）</w:t>
        <w:br/>
        <w:t>【答案】对</w:t>
      </w:r>
    </w:p>
    <w:p>
      <w:r>
        <w:t>78. 洗钱行为是违法行为  78. 洗钱行为是违法行为。（对/错）</w:t>
        <w:br/>
        <w:t>【答案】对</w:t>
      </w:r>
    </w:p>
    <w:p>
      <w:r>
        <w:t>79. 银行存款利率由央行统一规定  79. 银行存款利率由央行统一规定。（对/错）</w:t>
        <w:br/>
        <w:t>【答案】错</w:t>
      </w:r>
    </w:p>
    <w:p>
      <w:r>
        <w:t>80. 银行从业资格考试两年有效  80. 银行从业资格考试两年有效。（对/错）</w:t>
        <w:br/>
        <w:t>【答案】错</w:t>
      </w:r>
    </w:p>
    <w:p>
      <w:r>
        <w:t>81. 个人征信记录会影响贷款审批  81. 个人征信记录会影响贷款审批。（对/错）</w:t>
        <w:br/>
        <w:t>【答案】对</w:t>
      </w:r>
    </w:p>
    <w:p>
      <w:r>
        <w:t>82. 银行可以拒绝为高风险客户开户  82. 银行可以拒绝为高风险客户开户。（对/错）</w:t>
        <w:br/>
        <w:t>【答案】对</w:t>
      </w:r>
    </w:p>
    <w:p>
      <w:r>
        <w:t>83. 存款保险覆盖所有金融产品  83. 存款保险覆盖所有金融产品。（对/错）</w:t>
        <w:br/>
        <w:t>【答案】错</w:t>
      </w:r>
    </w:p>
    <w:p>
      <w:r>
        <w:t>84. 理财产品保本保收益  84. 理财产品保本保收益。（对/错）</w:t>
        <w:br/>
        <w:t>【答案】错</w:t>
      </w:r>
    </w:p>
    <w:p>
      <w:r>
        <w:t>85. 银行代销保险产品需要资质  85. 银行代销保险产品需要资质。（对/错）</w:t>
        <w:br/>
        <w:t>【答案】对</w:t>
      </w:r>
    </w:p>
    <w:p>
      <w:r>
        <w:t>86. 洗钱行为是违法行为  86. 洗钱行为是违法行为。（对/错）</w:t>
        <w:br/>
        <w:t>【答案】对</w:t>
      </w:r>
    </w:p>
    <w:p>
      <w:r>
        <w:t>87. 银行存款利率由央行统一规定  87. 银行存款利率由央行统一规定。（对/错）</w:t>
        <w:br/>
        <w:t>【答案】错</w:t>
      </w:r>
    </w:p>
    <w:p>
      <w:r>
        <w:t>88. 银行从业资格考试两年有效  88. 银行从业资格考试两年有效。（对/错）</w:t>
        <w:br/>
        <w:t>【答案】错</w:t>
      </w:r>
    </w:p>
    <w:p>
      <w:r>
        <w:t>89. 个人征信记录会影响贷款审批  89. 个人征信记录会影响贷款审批。（对/错）</w:t>
        <w:br/>
        <w:t>【答案】对</w:t>
      </w:r>
    </w:p>
    <w:p>
      <w:r>
        <w:t>90. 银行可以拒绝为高风险客户开户  90. 银行可以拒绝为高风险客户开户。（对/错）</w:t>
        <w:br/>
        <w:t>【答案】对</w:t>
      </w:r>
    </w:p>
    <w:p>
      <w:r>
        <w:t>【四、简答题（每题3分，共30分）】</w:t>
      </w:r>
    </w:p>
    <w:p>
      <w:r>
        <w:t>91. 简述商业银行的经营原则  91. 简述商业银行的经营原则。</w:t>
        <w:br/>
        <w:t>【答案】安全性、流动性、效益性</w:t>
      </w:r>
    </w:p>
    <w:p>
      <w:r>
        <w:t>92. 什么是存款保险制度？</w:t>
        <w:br/>
        <w:t>【答案】通过缴纳保费建立保障基金，在银行破产时对存款人进行有限赔付的制度  92. 什么是存款保险制度？</w:t>
        <w:br/>
        <w:t>【答案】通过缴纳保费建立保障基金，在银行破产时对存款人进行有限赔付的制度</w:t>
      </w:r>
    </w:p>
    <w:p>
      <w:r>
        <w:t>93. 简述贷款五级分类  93. 简述贷款五级分类。</w:t>
        <w:br/>
        <w:t>【答案】正常、关注、次级、可疑、损失</w:t>
      </w:r>
    </w:p>
    <w:p>
      <w:r>
        <w:t>94. 金融消费者有哪些基本权益？</w:t>
        <w:br/>
        <w:t>【答案】知情权、自主选择权、公平交易权、依法求偿权、信息安全权等  94. 金融消费者有哪些基本权益？</w:t>
        <w:br/>
        <w:t>【答案】知情权、自主选择权、公平交易权、依法求偿权、信息安全权等</w:t>
      </w:r>
    </w:p>
    <w:p>
      <w:r>
        <w:t>95. 简述商业银行的经营原则  95. 简述商业银行的经营原则。</w:t>
        <w:br/>
        <w:t>【答案】安全性、流动性、效益性</w:t>
      </w:r>
    </w:p>
    <w:p>
      <w:r>
        <w:t>96. 什么是存款保险制度？</w:t>
        <w:br/>
        <w:t>【答案】通过缴纳保费建立保障基金，在银行破产时对存款人进行有限赔付的制度  96. 什么是存款保险制度？</w:t>
        <w:br/>
        <w:t>【答案】通过缴纳保费建立保障基金，在银行破产时对存款人进行有限赔付的制度</w:t>
      </w:r>
    </w:p>
    <w:p>
      <w:r>
        <w:t>97. 简述贷款五级分类  97. 简述贷款五级分类。</w:t>
        <w:br/>
        <w:t>【答案】正常、关注、次级、可疑、损失</w:t>
      </w:r>
    </w:p>
    <w:p>
      <w:r>
        <w:t>98. 金融消费者有哪些基本权益？</w:t>
        <w:br/>
        <w:t>【答案】知情权、自主选择权、公平交易权、依法求偿权、信息安全权等  98. 金融消费者有哪些基本权益？</w:t>
        <w:br/>
        <w:t>【答案】知情权、自主选择权、公平交易权、依法求偿权、信息安全权等</w:t>
      </w:r>
    </w:p>
    <w:p>
      <w:r>
        <w:t>99. 简述商业银行的经营原则  99. 简述商业银行的经营原则。</w:t>
        <w:br/>
        <w:t>【答案】安全性、流动性、效益性</w:t>
      </w:r>
    </w:p>
    <w:p>
      <w:r>
        <w:t>100. 什么是存款保险制度？</w:t>
        <w:br/>
        <w:t>【答案】通过缴纳保费建立保障基金，在银行破产时对存款人进行有限赔付的制度  100. 什么是存款保险制度？</w:t>
        <w:br/>
        <w:t>【答案】通过缴纳保费建立保障基金，在银行破产时对存款人进行有限赔付的制度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