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小学一年级数学上册期末测试卷（100题完整版）</w:t>
      </w:r>
    </w:p>
    <w:p>
      <w:r>
        <w:t>满分100分，时间60分钟。本卷为完整版，共100题，含口算、填空、选择、判断、应用题，全部带答案和解析，可直接打印练习。</w:t>
      </w:r>
    </w:p>
    <w:p>
      <w:pPr>
        <w:pStyle w:val="Heading1"/>
      </w:pPr>
      <w:r>
        <w:t>一、单项选择题</w:t>
      </w:r>
    </w:p>
    <w:p>
      <w:r>
        <w:t>1. 6+7=（　）</w:t>
      </w:r>
      <w:r>
        <w:br/>
        <w:t xml:space="preserve">    A.12</w:t>
      </w:r>
      <w:r>
        <w:br/>
        <w:t xml:space="preserve">    B.13</w:t>
      </w:r>
      <w:r>
        <w:br/>
        <w:t xml:space="preserve">    C.14</w:t>
      </w:r>
      <w:r>
        <w:br/>
        <w:t xml:space="preserve">    D.11</w:t>
      </w:r>
      <w:r>
        <w:br/>
        <w:t>【答案】B　【解析】凑十：6+4+3=13。</w:t>
      </w:r>
    </w:p>
    <w:p>
      <w:r>
        <w:t>2. 16-9=（　）</w:t>
      </w:r>
      <w:r>
        <w:br/>
        <w:t xml:space="preserve">    A.6</w:t>
      </w:r>
      <w:r>
        <w:br/>
        <w:t xml:space="preserve">    B.7</w:t>
      </w:r>
      <w:r>
        <w:br/>
        <w:t xml:space="preserve">    C.8</w:t>
      </w:r>
      <w:r>
        <w:br/>
        <w:t xml:space="preserve">    D.5</w:t>
      </w:r>
      <w:r>
        <w:br/>
        <w:t>【答案】B　【解析】16-9=7。</w:t>
      </w:r>
    </w:p>
    <w:p>
      <w:r>
        <w:t>3. 下面哪个数最大？</w:t>
      </w:r>
      <w:r>
        <w:br/>
        <w:t xml:space="preserve">    A.14</w:t>
      </w:r>
      <w:r>
        <w:br/>
        <w:t xml:space="preserve">    B.19</w:t>
      </w:r>
      <w:r>
        <w:br/>
        <w:t xml:space="preserve">    C.11</w:t>
      </w:r>
      <w:r>
        <w:br/>
        <w:t xml:space="preserve">    D.16</w:t>
      </w:r>
      <w:r>
        <w:br/>
        <w:t>【答案】B　【解析】19最大。</w:t>
      </w:r>
    </w:p>
    <w:p>
      <w:r>
        <w:t>4. 3个一和1个十组成（　）</w:t>
      </w:r>
      <w:r>
        <w:br/>
        <w:t xml:space="preserve">    A.31</w:t>
      </w:r>
      <w:r>
        <w:br/>
        <w:t xml:space="preserve">    B.13</w:t>
      </w:r>
      <w:r>
        <w:br/>
        <w:t xml:space="preserve">    C.4</w:t>
      </w:r>
      <w:r>
        <w:br/>
        <w:t xml:space="preserve">    D.30</w:t>
      </w:r>
      <w:r>
        <w:br/>
        <w:t>【答案】B　【解析】1个十是10，3个一是3，合起来13。</w:t>
      </w:r>
    </w:p>
    <w:p>
      <w:r>
        <w:t>5. 8+8=（　）</w:t>
      </w:r>
      <w:r>
        <w:br/>
        <w:t xml:space="preserve">    A.14</w:t>
      </w:r>
      <w:r>
        <w:br/>
        <w:t xml:space="preserve">    B.15</w:t>
      </w:r>
      <w:r>
        <w:br/>
        <w:t xml:space="preserve">    C.16</w:t>
      </w:r>
      <w:r>
        <w:br/>
        <w:t xml:space="preserve">    D.18</w:t>
      </w:r>
      <w:r>
        <w:br/>
        <w:t>【答案】C　【解析】8+8=16。</w:t>
      </w:r>
    </w:p>
    <w:p>
      <w:r>
        <w:t>6. 比12小4的数是（　）</w:t>
      </w:r>
      <w:r>
        <w:br/>
        <w:t xml:space="preserve">    A.8</w:t>
      </w:r>
      <w:r>
        <w:br/>
        <w:t xml:space="preserve">    B.9</w:t>
      </w:r>
      <w:r>
        <w:br/>
        <w:t xml:space="preserve">    C.7</w:t>
      </w:r>
      <w:r>
        <w:br/>
        <w:t xml:space="preserve">    D.10</w:t>
      </w:r>
      <w:r>
        <w:br/>
        <w:t>【答案】A　【解析】12-4=8。</w:t>
      </w:r>
    </w:p>
    <w:p>
      <w:r>
        <w:t>7. 与5相邻的两个数是（　）</w:t>
      </w:r>
      <w:r>
        <w:br/>
        <w:t xml:space="preserve">    A.3和4</w:t>
      </w:r>
      <w:r>
        <w:br/>
        <w:t xml:space="preserve">    B.4和6</w:t>
      </w:r>
      <w:r>
        <w:br/>
        <w:t xml:space="preserve">    C.6和7</w:t>
      </w:r>
      <w:r>
        <w:br/>
        <w:t xml:space="preserve">    D.4和5</w:t>
      </w:r>
      <w:r>
        <w:br/>
        <w:t>【答案】B　【解析】5-1=4，5+1=6。</w:t>
      </w:r>
    </w:p>
    <w:p>
      <w:r>
        <w:t>8. 11-3=（　）</w:t>
      </w:r>
      <w:r>
        <w:br/>
        <w:t xml:space="preserve">    A.7</w:t>
      </w:r>
      <w:r>
        <w:br/>
        <w:t xml:space="preserve">    B.8</w:t>
      </w:r>
      <w:r>
        <w:br/>
        <w:t xml:space="preserve">    C.9</w:t>
      </w:r>
      <w:r>
        <w:br/>
        <w:t xml:space="preserve">    D.6</w:t>
      </w:r>
      <w:r>
        <w:br/>
        <w:t>【答案】B　【解析】11-3=8。</w:t>
      </w:r>
    </w:p>
    <w:p>
      <w:r>
        <w:t>9. 一个数加3等于10，这个数是（　）</w:t>
      </w:r>
      <w:r>
        <w:br/>
        <w:t xml:space="preserve">    A.6</w:t>
      </w:r>
      <w:r>
        <w:br/>
        <w:t xml:space="preserve">    B.7</w:t>
      </w:r>
      <w:r>
        <w:br/>
        <w:t xml:space="preserve">    C.8</w:t>
      </w:r>
      <w:r>
        <w:br/>
        <w:t xml:space="preserve">    D.9</w:t>
      </w:r>
      <w:r>
        <w:br/>
        <w:t>【答案】B　【解析】10-3=7。</w:t>
      </w:r>
    </w:p>
    <w:p>
      <w:r>
        <w:t>10. 20比9多（　）</w:t>
      </w:r>
      <w:r>
        <w:br/>
        <w:t xml:space="preserve">    A.10</w:t>
      </w:r>
      <w:r>
        <w:br/>
        <w:t xml:space="preserve">    B.11</w:t>
      </w:r>
      <w:r>
        <w:br/>
        <w:t xml:space="preserve">    C.12</w:t>
      </w:r>
      <w:r>
        <w:br/>
        <w:t xml:space="preserve">    D.9</w:t>
      </w:r>
      <w:r>
        <w:br/>
        <w:t>【答案】B　【解析】20-9=11。</w:t>
      </w:r>
    </w:p>
    <w:p>
      <w:r>
        <w:t>11. 7+9-5=（　）</w:t>
      </w:r>
      <w:r>
        <w:br/>
        <w:t xml:space="preserve">    A.10</w:t>
      </w:r>
      <w:r>
        <w:br/>
        <w:t xml:space="preserve">    B.11</w:t>
      </w:r>
      <w:r>
        <w:br/>
        <w:t xml:space="preserve">    C.12</w:t>
      </w:r>
      <w:r>
        <w:br/>
        <w:t xml:space="preserve">    D.9</w:t>
      </w:r>
      <w:r>
        <w:br/>
        <w:t>【答案】B　【解析】先算7+9=16，再算16-5=11。</w:t>
      </w:r>
    </w:p>
    <w:p>
      <w:r>
        <w:t>12. 17里面有（　）个一</w:t>
      </w:r>
      <w:r>
        <w:br/>
        <w:t xml:space="preserve">    A.1</w:t>
      </w:r>
      <w:r>
        <w:br/>
        <w:t xml:space="preserve">    B.7</w:t>
      </w:r>
      <w:r>
        <w:br/>
        <w:t xml:space="preserve">    C.17</w:t>
      </w:r>
      <w:r>
        <w:br/>
        <w:t xml:space="preserve">    D.10</w:t>
      </w:r>
      <w:r>
        <w:br/>
        <w:t>【答案】C　【解析】17由17个一组成。</w:t>
      </w:r>
    </w:p>
    <w:p>
      <w:r>
        <w:t>13. 钟面上时针指向3，分针指向12，是（　）</w:t>
      </w:r>
      <w:r>
        <w:br/>
        <w:t xml:space="preserve">    A.3时半</w:t>
      </w:r>
      <w:r>
        <w:br/>
        <w:t xml:space="preserve">    B.3时</w:t>
      </w:r>
      <w:r>
        <w:br/>
        <w:t xml:space="preserve">    C.12时</w:t>
      </w:r>
      <w:r>
        <w:br/>
        <w:t xml:space="preserve">    D.6时</w:t>
      </w:r>
      <w:r>
        <w:br/>
        <w:t>【答案】B　【解析】整时：分针指12。</w:t>
      </w:r>
    </w:p>
    <w:p>
      <w:r>
        <w:t>14. 9+4与下面哪个算式得数相同（　）</w:t>
      </w:r>
      <w:r>
        <w:br/>
        <w:t xml:space="preserve">    A.6+7</w:t>
      </w:r>
      <w:r>
        <w:br/>
        <w:t xml:space="preserve">    B.5+9</w:t>
      </w:r>
      <w:r>
        <w:br/>
        <w:t xml:space="preserve">    C.8+5</w:t>
      </w:r>
      <w:r>
        <w:br/>
        <w:t xml:space="preserve">    D.7+8</w:t>
      </w:r>
      <w:r>
        <w:br/>
        <w:t>【答案】A　【解析】9+4=13，6+7=13。</w:t>
      </w:r>
    </w:p>
    <w:p>
      <w:r>
        <w:t>15. 2+3+4=（　）</w:t>
      </w:r>
      <w:r>
        <w:br/>
        <w:t xml:space="preserve">    A.8</w:t>
      </w:r>
      <w:r>
        <w:br/>
        <w:t xml:space="preserve">    B.9</w:t>
      </w:r>
      <w:r>
        <w:br/>
        <w:t xml:space="preserve">    C.10</w:t>
      </w:r>
      <w:r>
        <w:br/>
        <w:t xml:space="preserve">    D.7</w:t>
      </w:r>
      <w:r>
        <w:br/>
        <w:t>【答案】B　【解析】2+3+4=9。</w:t>
      </w:r>
    </w:p>
    <w:p>
      <w:r>
        <w:t>16. 最小的两位数是（　）</w:t>
      </w:r>
      <w:r>
        <w:br/>
        <w:t xml:space="preserve">    A.10</w:t>
      </w:r>
      <w:r>
        <w:br/>
        <w:t xml:space="preserve">    B.11</w:t>
      </w:r>
      <w:r>
        <w:br/>
        <w:t xml:space="preserve">    C.0</w:t>
      </w:r>
      <w:r>
        <w:br/>
        <w:t xml:space="preserve">    D.1</w:t>
      </w:r>
      <w:r>
        <w:br/>
        <w:t>【答案】A　【解析】最小两位数是10。</w:t>
      </w:r>
    </w:p>
    <w:p>
      <w:r>
        <w:t>17. 15-5+3=（　）</w:t>
      </w:r>
      <w:r>
        <w:br/>
        <w:t xml:space="preserve">    A.12</w:t>
      </w:r>
      <w:r>
        <w:br/>
        <w:t xml:space="preserve">    B.13</w:t>
      </w:r>
      <w:r>
        <w:br/>
        <w:t xml:space="preserve">    C.14</w:t>
      </w:r>
      <w:r>
        <w:br/>
        <w:t xml:space="preserve">    D.11</w:t>
      </w:r>
      <w:r>
        <w:br/>
        <w:t>【答案】B　【解析】15-5=10，10+3=13。</w:t>
      </w:r>
    </w:p>
    <w:p>
      <w:r>
        <w:t>18. 下面哪个算式的得数是18（　）</w:t>
      </w:r>
      <w:r>
        <w:br/>
        <w:t xml:space="preserve">    A.9+8</w:t>
      </w:r>
      <w:r>
        <w:br/>
        <w:t xml:space="preserve">    B.9+9</w:t>
      </w:r>
      <w:r>
        <w:br/>
        <w:t xml:space="preserve">    C.10+7</w:t>
      </w:r>
      <w:r>
        <w:br/>
        <w:t xml:space="preserve">    D.8+9</w:t>
      </w:r>
      <w:r>
        <w:br/>
        <w:t>【答案】B　【解析】9+9=18。</w:t>
      </w:r>
    </w:p>
    <w:p>
      <w:r>
        <w:t>19. 比9大、比12小的数有（　）个</w:t>
      </w:r>
      <w:r>
        <w:br/>
        <w:t xml:space="preserve">    A.1</w:t>
      </w:r>
      <w:r>
        <w:br/>
        <w:t xml:space="preserve">    B.2</w:t>
      </w:r>
      <w:r>
        <w:br/>
        <w:t xml:space="preserve">    C.3</w:t>
      </w:r>
      <w:r>
        <w:br/>
        <w:t xml:space="preserve">    D.4</w:t>
      </w:r>
      <w:r>
        <w:br/>
        <w:t>【答案】B　【解析】10和11两个。</w:t>
      </w:r>
    </w:p>
    <w:p>
      <w:r>
        <w:t>20. 妈妈买了18个梨，吃了9个，还剩（　）个</w:t>
      </w:r>
      <w:r>
        <w:br/>
        <w:t xml:space="preserve">    A.8</w:t>
      </w:r>
      <w:r>
        <w:br/>
        <w:t xml:space="preserve">    B.9</w:t>
      </w:r>
      <w:r>
        <w:br/>
        <w:t xml:space="preserve">    C.10</w:t>
      </w:r>
      <w:r>
        <w:br/>
        <w:t xml:space="preserve">    D.7</w:t>
      </w:r>
      <w:r>
        <w:br/>
        <w:t>【答案】B　【解析】18-9=9。</w:t>
      </w:r>
    </w:p>
    <w:p>
      <w:pPr>
        <w:pStyle w:val="Heading1"/>
      </w:pPr>
      <w:r>
        <w:t>二、填空题</w:t>
      </w:r>
    </w:p>
    <w:p>
      <w:r>
        <w:t>21. 口算：10 + 4 = ?</w:t>
      </w:r>
    </w:p>
    <w:p>
      <w:r>
        <w:t xml:space="preserve">    【答案】14　【解析】10加4等于14，数数或借助手指计算。</w:t>
      </w:r>
    </w:p>
    <w:p>
      <w:r>
        <w:t>22. 口算：9 + 8 = ?</w:t>
      </w:r>
    </w:p>
    <w:p>
      <w:r>
        <w:t xml:space="preserve">    【答案】17　【解析】9加8等于17，数数或借助手指计算。</w:t>
      </w:r>
    </w:p>
    <w:p>
      <w:r>
        <w:t>23. 口算：2 + 1 = ?</w:t>
      </w:r>
    </w:p>
    <w:p>
      <w:r>
        <w:t xml:space="preserve">    【答案】3　【解析】2加1等于3，数数或借助手指计算。</w:t>
      </w:r>
    </w:p>
    <w:p>
      <w:r>
        <w:t>24. 口算：5 + 3 = ?</w:t>
      </w:r>
    </w:p>
    <w:p>
      <w:r>
        <w:t xml:space="preserve">    【答案】8　【解析】5加3等于8，数数或借助手指计算。</w:t>
      </w:r>
    </w:p>
    <w:p>
      <w:r>
        <w:t>25. 口算：8 + 7 = ?</w:t>
      </w:r>
    </w:p>
    <w:p>
      <w:r>
        <w:t xml:space="preserve">    【答案】15　【解析】8加7等于15，数数或借助手指计算。</w:t>
      </w:r>
    </w:p>
    <w:p>
      <w:r>
        <w:t>26. 口算：10 + 3 = ?</w:t>
      </w:r>
    </w:p>
    <w:p>
      <w:r>
        <w:t xml:space="preserve">    【答案】13　【解析】10加3等于13，数数或借助手指计算。</w:t>
      </w:r>
    </w:p>
    <w:p>
      <w:r>
        <w:t>27. 口算：5 + 2 = ?</w:t>
      </w:r>
    </w:p>
    <w:p>
      <w:r>
        <w:t xml:space="preserve">    【答案】7　【解析】5加2等于7，数数或借助手指计算。</w:t>
      </w:r>
    </w:p>
    <w:p>
      <w:r>
        <w:t>28. 口算：7 + 3 = ?</w:t>
      </w:r>
    </w:p>
    <w:p>
      <w:r>
        <w:t xml:space="preserve">    【答案】10　【解析】7加3等于10，数数或借助手指计算。</w:t>
      </w:r>
    </w:p>
    <w:p>
      <w:r>
        <w:t>29. 口算：6 + 1 = ?</w:t>
      </w:r>
    </w:p>
    <w:p>
      <w:r>
        <w:t xml:space="preserve">    【答案】7　【解析】6加1等于7，数数或借助手指计算。</w:t>
      </w:r>
    </w:p>
    <w:p>
      <w:r>
        <w:t>30. 口算：9 + 1 = ?</w:t>
      </w:r>
    </w:p>
    <w:p>
      <w:r>
        <w:t xml:space="preserve">    【答案】10　【解析】9加1等于10，数数或借助手指计算。</w:t>
      </w:r>
    </w:p>
    <w:p>
      <w:r>
        <w:t>31. 口算：10 + 2 = ?</w:t>
      </w:r>
    </w:p>
    <w:p>
      <w:r>
        <w:t xml:space="preserve">    【答案】12　【解析】10加2等于12，数数或借助手指计算。</w:t>
      </w:r>
    </w:p>
    <w:p>
      <w:r>
        <w:t>32. 口算：6 + 3 = ?</w:t>
      </w:r>
    </w:p>
    <w:p>
      <w:r>
        <w:t xml:space="preserve">    【答案】9　【解析】6加3等于9，数数或借助手指计算。</w:t>
      </w:r>
    </w:p>
    <w:p>
      <w:r>
        <w:t>33. 口算：6 + 6 = ?</w:t>
      </w:r>
    </w:p>
    <w:p>
      <w:r>
        <w:t xml:space="preserve">    【答案】12　【解析】6加6等于12，数数或借助手指计算。</w:t>
      </w:r>
    </w:p>
    <w:p>
      <w:r>
        <w:t>34. 口算：4 + 4 = ?</w:t>
      </w:r>
    </w:p>
    <w:p>
      <w:r>
        <w:t xml:space="preserve">    【答案】8　【解析】4加4等于8，数数或借助手指计算。</w:t>
      </w:r>
    </w:p>
    <w:p>
      <w:r>
        <w:t>35. 口算：9 + 6 = ?</w:t>
      </w:r>
    </w:p>
    <w:p>
      <w:r>
        <w:t xml:space="preserve">    【答案】15　【解析】9加6等于15，数数或借助手指计算。</w:t>
      </w:r>
    </w:p>
    <w:p>
      <w:r>
        <w:t>36. 口算：10 + 7 = ?</w:t>
      </w:r>
    </w:p>
    <w:p>
      <w:r>
        <w:t xml:space="preserve">    【答案】17　【解析】10加7等于17，数数或借助手指计算。</w:t>
      </w:r>
    </w:p>
    <w:p>
      <w:r>
        <w:t>37. 口算：10 + 9 = ?</w:t>
      </w:r>
    </w:p>
    <w:p>
      <w:r>
        <w:t xml:space="preserve">    【答案】19　【解析】10加9等于19，数数或借助手指计算。</w:t>
      </w:r>
    </w:p>
    <w:p>
      <w:r>
        <w:t>38. 口算：9 + 2 = ?</w:t>
      </w:r>
    </w:p>
    <w:p>
      <w:r>
        <w:t xml:space="preserve">    【答案】11　【解析】9加2等于11，数数或借助手指计算。</w:t>
      </w:r>
    </w:p>
    <w:p>
      <w:r>
        <w:t>39. 口算：6 + 4 = ?</w:t>
      </w:r>
    </w:p>
    <w:p>
      <w:r>
        <w:t xml:space="preserve">    【答案】10　【解析】6加4等于10，数数或借助手指计算。</w:t>
      </w:r>
    </w:p>
    <w:p>
      <w:r>
        <w:t>40. 口算：7 + 2 = ?</w:t>
      </w:r>
    </w:p>
    <w:p>
      <w:r>
        <w:t xml:space="preserve">    【答案】9　【解析】7加2等于9，数数或借助手指计算。</w:t>
      </w:r>
    </w:p>
    <w:p>
      <w:r>
        <w:t>41. 口算：16 + 2 = ?</w:t>
      </w:r>
    </w:p>
    <w:p>
      <w:r>
        <w:t xml:space="preserve">    【答案】18　【解析】先算整十再加个位：16+2=18。</w:t>
      </w:r>
    </w:p>
    <w:p>
      <w:r>
        <w:t>42. 口算：13 + 7 = ?</w:t>
      </w:r>
    </w:p>
    <w:p>
      <w:r>
        <w:t xml:space="preserve">    【答案】20　【解析】先算整十再加个位：13+7=20。</w:t>
      </w:r>
    </w:p>
    <w:p>
      <w:r>
        <w:t>43. 口算：10 + 7 = ?</w:t>
      </w:r>
    </w:p>
    <w:p>
      <w:r>
        <w:t xml:space="preserve">    【答案】17　【解析】先算整十再加个位：10+7=17。</w:t>
      </w:r>
    </w:p>
    <w:p>
      <w:r>
        <w:t>44. 口算：12 + 5 = ?</w:t>
      </w:r>
    </w:p>
    <w:p>
      <w:r>
        <w:t xml:space="preserve">    【答案】17　【解析】先算整十再加个位：12+5=17。</w:t>
      </w:r>
    </w:p>
    <w:p>
      <w:r>
        <w:t>45. 口算：10 + 1 = ?</w:t>
      </w:r>
    </w:p>
    <w:p>
      <w:r>
        <w:t xml:space="preserve">    【答案】11　【解析】先算整十再加个位：10+1=11。</w:t>
      </w:r>
    </w:p>
    <w:p>
      <w:r>
        <w:t>46. 口算：16 + 3 = ?</w:t>
      </w:r>
    </w:p>
    <w:p>
      <w:r>
        <w:t xml:space="preserve">    【答案】19　【解析】先算整十再加个位：16+3=19。</w:t>
      </w:r>
    </w:p>
    <w:p>
      <w:r>
        <w:t>47. 口算：12 + 1 = ?</w:t>
      </w:r>
    </w:p>
    <w:p>
      <w:r>
        <w:t xml:space="preserve">    【答案】13　【解析】先算整十再加个位：12+1=13。</w:t>
      </w:r>
    </w:p>
    <w:p>
      <w:r>
        <w:t>48. 口算：10 + 9 = ?</w:t>
      </w:r>
    </w:p>
    <w:p>
      <w:r>
        <w:t xml:space="preserve">    【答案】19　【解析】先算整十再加个位：10+9=19。</w:t>
      </w:r>
    </w:p>
    <w:p>
      <w:r>
        <w:t>49. 口算：15 + 4 = ?</w:t>
      </w:r>
    </w:p>
    <w:p>
      <w:r>
        <w:t xml:space="preserve">    【答案】19　【解析】先算整十再加个位：15+4=19。</w:t>
      </w:r>
    </w:p>
    <w:p>
      <w:r>
        <w:t>50. 口算：11 + 6 = ?</w:t>
      </w:r>
    </w:p>
    <w:p>
      <w:r>
        <w:t xml:space="preserve">    【答案】17　【解析】先算整十再加个位：11+6=17。</w:t>
      </w:r>
    </w:p>
    <w:p>
      <w:r>
        <w:t>51. 口算：11 + 4 = ?</w:t>
      </w:r>
    </w:p>
    <w:p>
      <w:r>
        <w:t xml:space="preserve">    【答案】15　【解析】先算整十再加个位：11+4=15。</w:t>
      </w:r>
    </w:p>
    <w:p>
      <w:r>
        <w:t>52. 口算：10 + 8 = ?</w:t>
      </w:r>
    </w:p>
    <w:p>
      <w:r>
        <w:t xml:space="preserve">    【答案】18　【解析】先算整十再加个位：10+8=18。</w:t>
      </w:r>
    </w:p>
    <w:p>
      <w:r>
        <w:t>53. 口算：13 + 5 = ?</w:t>
      </w:r>
    </w:p>
    <w:p>
      <w:r>
        <w:t xml:space="preserve">    【答案】18　【解析】先算整十再加个位：13+5=18。</w:t>
      </w:r>
    </w:p>
    <w:p>
      <w:r>
        <w:t>54. 口算：12 + 7 = ?</w:t>
      </w:r>
    </w:p>
    <w:p>
      <w:r>
        <w:t xml:space="preserve">    【答案】19　【解析】先算整十再加个位：12+7=19。</w:t>
      </w:r>
    </w:p>
    <w:p>
      <w:r>
        <w:t>55. 口算：14 + 6 = ?</w:t>
      </w:r>
    </w:p>
    <w:p>
      <w:r>
        <w:t xml:space="preserve">    【答案】20　【解析】先算整十再加个位：14+6=20。</w:t>
      </w:r>
    </w:p>
    <w:p>
      <w:r>
        <w:t>56. 口算：13 + 1 = ?</w:t>
      </w:r>
    </w:p>
    <w:p>
      <w:r>
        <w:t xml:space="preserve">    【答案】14　【解析】先算整十再加个位：13+1=14。</w:t>
      </w:r>
    </w:p>
    <w:p>
      <w:r>
        <w:t>57. 口算：15 + 3 = ?</w:t>
      </w:r>
    </w:p>
    <w:p>
      <w:r>
        <w:t xml:space="preserve">    【答案】18　【解析】先算整十再加个位：15+3=18。</w:t>
      </w:r>
    </w:p>
    <w:p>
      <w:r>
        <w:t>58. 口算：11 + 9 = ?</w:t>
      </w:r>
    </w:p>
    <w:p>
      <w:r>
        <w:t xml:space="preserve">    【答案】20　【解析】先算整十再加个位：11+9=20。</w:t>
      </w:r>
    </w:p>
    <w:p>
      <w:r>
        <w:t>59. 口算：16 + 4 = ?</w:t>
      </w:r>
    </w:p>
    <w:p>
      <w:r>
        <w:t xml:space="preserve">    【答案】20　【解析】先算整十再加个位：16+4=20。</w:t>
      </w:r>
    </w:p>
    <w:p>
      <w:r>
        <w:t>60. 口算：10 + 2 = ?</w:t>
      </w:r>
    </w:p>
    <w:p>
      <w:r>
        <w:t xml:space="preserve">    【答案】12　【解析】先算整十再加个位：10+2=12。</w:t>
      </w:r>
    </w:p>
    <w:p>
      <w:r>
        <w:t>61. 按规律填数：2、4、6、__、10、12</w:t>
      </w:r>
    </w:p>
    <w:p>
      <w:r>
        <w:t xml:space="preserve">    【答案】8　【解析】依次加2，6+2=8。</w:t>
      </w:r>
    </w:p>
    <w:p>
      <w:r>
        <w:t>62. 9前面的一个数是__，9后面的一个数是__</w:t>
      </w:r>
    </w:p>
    <w:p>
      <w:r>
        <w:t xml:space="preserve">    【答案】8、10　【解析】相邻数：前一个少1，后一个多1。</w:t>
      </w:r>
    </w:p>
    <w:p>
      <w:r>
        <w:t>63. 1个十和5个一组成的数是__</w:t>
      </w:r>
    </w:p>
    <w:p>
      <w:r>
        <w:t xml:space="preserve">    【答案】15　【解析】1个十是10，5个一是5，合起来15。</w:t>
      </w:r>
    </w:p>
    <w:p>
      <w:r>
        <w:t>64. 与11相邻的两个数是__和__</w:t>
      </w:r>
    </w:p>
    <w:p>
      <w:r>
        <w:t xml:space="preserve">    【答案】10、12　【解析】11-1=10，11+1=12。</w:t>
      </w:r>
    </w:p>
    <w:p>
      <w:r>
        <w:t>65. 18里面有__个十和__个一</w:t>
      </w:r>
    </w:p>
    <w:p>
      <w:r>
        <w:t xml:space="preserve">    【答案】1、8　【解析】18=10+8。</w:t>
      </w:r>
    </w:p>
    <w:p>
      <w:r>
        <w:t>66. 7+8=__，还可以写成__+__=15</w:t>
      </w:r>
    </w:p>
    <w:p>
      <w:r>
        <w:t xml:space="preserve">    【答案】15、6、9（答案不唯一）　【解析】凑十法：7+8=15。</w:t>
      </w:r>
    </w:p>
    <w:p>
      <w:r>
        <w:t>67. 比13多2的数是__</w:t>
      </w:r>
    </w:p>
    <w:p>
      <w:r>
        <w:t xml:space="preserve">    【答案】15　【解析】13+2=15。</w:t>
      </w:r>
    </w:p>
    <w:p>
      <w:r>
        <w:t>68. 被减数是12，减数是3，差是__</w:t>
      </w:r>
    </w:p>
    <w:p>
      <w:r>
        <w:t xml:space="preserve">    【答案】9　【解析】12-3=9。</w:t>
      </w:r>
    </w:p>
    <w:p>
      <w:r>
        <w:t>69. 钟面上分针指向12，时针指向8，是__时</w:t>
      </w:r>
    </w:p>
    <w:p>
      <w:r>
        <w:t xml:space="preserve">    【答案】8　【解析】分针指12、时针指几就是几时。</w:t>
      </w:r>
    </w:p>
    <w:p>
      <w:r>
        <w:t>70. 最大的一位数是__，最小的两位数是__</w:t>
      </w:r>
    </w:p>
    <w:p>
      <w:r>
        <w:t xml:space="preserve">    【答案】9、10　【解析】一位数最大9，两位数最小10。</w:t>
      </w:r>
    </w:p>
    <w:p>
      <w:r>
        <w:t>71. 15-6=__，想：5减6不够减，先算10-6=4，再算4+__=__</w:t>
      </w:r>
    </w:p>
    <w:p>
      <w:r>
        <w:t xml:space="preserve">    【答案】9、5、9　【解析】破十法：15-6=9。</w:t>
      </w:r>
    </w:p>
    <w:p>
      <w:r>
        <w:t>72. 小明有8颗糖，又买了5颗，一共有__颗</w:t>
      </w:r>
    </w:p>
    <w:p>
      <w:r>
        <w:t xml:space="preserve">    【答案】13　【解析】8+5=13。</w:t>
      </w:r>
    </w:p>
    <w:p>
      <w:r>
        <w:t>73. 在0、3、7、10中，最大的数是__，最小的数是__</w:t>
      </w:r>
    </w:p>
    <w:p>
      <w:r>
        <w:t xml:space="preserve">    【答案】10、0　【解析】按大小比较：0&lt;3&lt;7&lt;10。</w:t>
      </w:r>
    </w:p>
    <w:p>
      <w:r>
        <w:t>74. 13、15、17、19、（　）里应填__</w:t>
      </w:r>
    </w:p>
    <w:p>
      <w:r>
        <w:t xml:space="preserve">    【答案】21　【解析】每次加2。</w:t>
      </w:r>
    </w:p>
    <w:p>
      <w:r>
        <w:t>75. 一个加数是9，另一个加数是6，和是__</w:t>
      </w:r>
    </w:p>
    <w:p>
      <w:r>
        <w:t xml:space="preserve">    【答案】15　【解析】9+6=15。</w:t>
      </w:r>
    </w:p>
    <w:p>
      <w:r>
        <w:t>76. 7+（　）=13</w:t>
      </w:r>
    </w:p>
    <w:p>
      <w:r>
        <w:t xml:space="preserve">    【答案】6　【解析】13-7=6。</w:t>
      </w:r>
    </w:p>
    <w:p>
      <w:r>
        <w:t>77. 16-（　）=9</w:t>
      </w:r>
    </w:p>
    <w:p>
      <w:r>
        <w:t xml:space="preserve">    【答案】7　【解析】16-9=7。</w:t>
      </w:r>
    </w:p>
    <w:p>
      <w:r>
        <w:t>78. （　）+8=15</w:t>
      </w:r>
    </w:p>
    <w:p>
      <w:r>
        <w:t xml:space="preserve">    【答案】7　【解析】15-8=7。</w:t>
      </w:r>
    </w:p>
    <w:p>
      <w:r>
        <w:t>79. 12-（　）=6</w:t>
      </w:r>
    </w:p>
    <w:p>
      <w:r>
        <w:t xml:space="preserve">    【答案】6　【解析】12-6=6。</w:t>
      </w:r>
    </w:p>
    <w:p>
      <w:r>
        <w:t>80. （　）-8=8</w:t>
      </w:r>
    </w:p>
    <w:p>
      <w:r>
        <w:t xml:space="preserve">    【答案】16　【解析】8+8=16。</w:t>
      </w:r>
    </w:p>
    <w:p>
      <w:pPr>
        <w:pStyle w:val="Heading1"/>
      </w:pPr>
      <w:r>
        <w:t>三、判断题</w:t>
      </w:r>
    </w:p>
    <w:p>
      <w:r>
        <w:t>81. 0加任何数都等于0。</w:t>
      </w:r>
    </w:p>
    <w:p>
      <w:r>
        <w:t xml:space="preserve">    【答案】错　【解析】0加任何数等于任何数，如0+5=5。</w:t>
      </w:r>
    </w:p>
    <w:p>
      <w:r>
        <w:t>82. 两个数相加，交换位置和不变。</w:t>
      </w:r>
    </w:p>
    <w:p>
      <w:r>
        <w:t xml:space="preserve">    【答案】对　【解析】加法交换律：a+b=b+a。</w:t>
      </w:r>
    </w:p>
    <w:p>
      <w:r>
        <w:t>83. 比10大的数都是两位数。</w:t>
      </w:r>
    </w:p>
    <w:p>
      <w:r>
        <w:t xml:space="preserve">    【答案】对　【解析】10是最小的两位数。</w:t>
      </w:r>
    </w:p>
    <w:p>
      <w:r>
        <w:t>84. 钟面上分针指6是半时。</w:t>
      </w:r>
    </w:p>
    <w:p>
      <w:r>
        <w:t xml:space="preserve">    【答案】对　【解析】分针指6表示30分，即半时。</w:t>
      </w:r>
    </w:p>
    <w:p>
      <w:r>
        <w:t>85. 18读作一八。</w:t>
      </w:r>
    </w:p>
    <w:p>
      <w:r>
        <w:t xml:space="preserve">    【答案】错　【解析】18读作十八。</w:t>
      </w:r>
    </w:p>
    <w:p>
      <w:r>
        <w:t>86. 5+7和7+5的结果不同。</w:t>
      </w:r>
    </w:p>
    <w:p>
      <w:r>
        <w:t xml:space="preserve">    【答案】错　【解析】结果相同都是12。</w:t>
      </w:r>
    </w:p>
    <w:p>
      <w:r>
        <w:t>87. 一个数加上0，结果还是它本身。</w:t>
      </w:r>
    </w:p>
    <w:p>
      <w:r>
        <w:t xml:space="preserve">    【答案】对　【解析】加法中0的性质。</w:t>
      </w:r>
    </w:p>
    <w:p>
      <w:r>
        <w:t>88. 最大的一位数是10。</w:t>
      </w:r>
    </w:p>
    <w:p>
      <w:r>
        <w:t xml:space="preserve">    【答案】错　【解析】最大的一位数是9。</w:t>
      </w:r>
    </w:p>
    <w:p>
      <w:r>
        <w:t>89. 13-5=8。</w:t>
      </w:r>
    </w:p>
    <w:p>
      <w:r>
        <w:t xml:space="preserve">    【答案】对　【解析】13-5=8。</w:t>
      </w:r>
    </w:p>
    <w:p>
      <w:r>
        <w:t>90. 长方形的四条边都一样长。</w:t>
      </w:r>
    </w:p>
    <w:p>
      <w:r>
        <w:t xml:space="preserve">    【答案】错　【解析】长方形对边相等，正方形四边相等。</w:t>
      </w:r>
    </w:p>
    <w:p>
      <w:pPr>
        <w:pStyle w:val="Heading1"/>
      </w:pPr>
      <w:r>
        <w:t>五、简答与应用题</w:t>
      </w:r>
    </w:p>
    <w:p>
      <w:r>
        <w:t>91. 看图列式计算：左边6个苹果，右边4个苹果，一共有几个苹果？</w:t>
      </w:r>
    </w:p>
    <w:p>
      <w:r>
        <w:t xml:space="preserve">    【参考答案】6+4=10（个）</w:t>
      </w:r>
    </w:p>
    <w:p>
      <w:r>
        <w:t xml:space="preserve">    【解析】把两部分合起来用加法。</w:t>
      </w:r>
    </w:p>
    <w:p>
      <w:r>
        <w:t>92. 小明做了12道题，做错了3道，做对了多少道？</w:t>
      </w:r>
    </w:p>
    <w:p>
      <w:r>
        <w:t xml:space="preserve">    【参考答案】12-3=9（道）</w:t>
      </w:r>
    </w:p>
    <w:p>
      <w:r>
        <w:t xml:space="preserve">    【解析】总数减去错的等于对的。</w:t>
      </w:r>
    </w:p>
    <w:p>
      <w:r>
        <w:t>93. 停车场原来有9辆车，开走了3辆，又开来5辆，现在有多少辆？</w:t>
      </w:r>
    </w:p>
    <w:p>
      <w:r>
        <w:t xml:space="preserve">    【参考答案】9-3+5=11（辆）</w:t>
      </w:r>
    </w:p>
    <w:p>
      <w:r>
        <w:t xml:space="preserve">    【解析】先算开走后剩6辆，再加开来的5辆。</w:t>
      </w:r>
    </w:p>
    <w:p>
      <w:r>
        <w:t>94. 树上有17只鸟，飞走8只，还剩几只？</w:t>
      </w:r>
    </w:p>
    <w:p>
      <w:r>
        <w:t xml:space="preserve">    【参考答案】17-8=9（只）</w:t>
      </w:r>
    </w:p>
    <w:p>
      <w:r>
        <w:t xml:space="preserve">    【解析】总数减去飞走的。</w:t>
      </w:r>
    </w:p>
    <w:p>
      <w:r>
        <w:t>95. 妈妈买了20个鸡蛋，吃了6个，还剩几个？</w:t>
      </w:r>
    </w:p>
    <w:p>
      <w:r>
        <w:t xml:space="preserve">    【参考答案】20-6=14（个）</w:t>
      </w:r>
    </w:p>
    <w:p>
      <w:r>
        <w:t xml:space="preserve">    【解析】20-6=14。</w:t>
      </w:r>
    </w:p>
    <w:p>
      <w:r>
        <w:t>96. 小红有15支彩笔，用掉7支，还剩多少支？</w:t>
      </w:r>
    </w:p>
    <w:p>
      <w:r>
        <w:t xml:space="preserve">    【参考答案】15-7=8（支）</w:t>
      </w:r>
    </w:p>
    <w:p>
      <w:r>
        <w:t xml:space="preserve">    【解析】15-7=8。</w:t>
      </w:r>
    </w:p>
    <w:p>
      <w:r>
        <w:t>97. 河里有8只鸭，又来了6只，一共多少只？</w:t>
      </w:r>
    </w:p>
    <w:p>
      <w:r>
        <w:t xml:space="preserve">    【参考答案】8+6=14（只）</w:t>
      </w:r>
    </w:p>
    <w:p>
      <w:r>
        <w:t xml:space="preserve">    【解析】8+6=14。</w:t>
      </w:r>
    </w:p>
    <w:p>
      <w:r>
        <w:t>98. 一盒蜡笔12支，妹妹用了3支，盒里还有几支？</w:t>
      </w:r>
    </w:p>
    <w:p>
      <w:r>
        <w:t xml:space="preserve">    【参考答案】12-3=9（支）</w:t>
      </w:r>
    </w:p>
    <w:p>
      <w:r>
        <w:t xml:space="preserve">    【解析】12-3=9。</w:t>
      </w:r>
    </w:p>
    <w:p>
      <w:r>
        <w:t>99. 图书馆借出9本书，还剩8本，原来有多少本？</w:t>
      </w:r>
    </w:p>
    <w:p>
      <w:r>
        <w:t xml:space="preserve">    【参考答案】9+8=17（本）</w:t>
      </w:r>
    </w:p>
    <w:p>
      <w:r>
        <w:t xml:space="preserve">    【解析】借出的加上剩下的。</w:t>
      </w:r>
    </w:p>
    <w:p>
      <w:r>
        <w:t>100. 操场上有10个同学，走了4个，又来了7个，现在几个？</w:t>
      </w:r>
    </w:p>
    <w:p>
      <w:r>
        <w:t xml:space="preserve">    【参考答案】10-4+7=13（个）</w:t>
      </w:r>
    </w:p>
    <w:p>
      <w:r>
        <w:t xml:space="preserve">    【解析】10-4=6，6+7=13。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