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月度工作总结范文：月报怎么写（通用模板）</w:t>
      </w:r>
    </w:p>
    <w:p>
      <w:r>
        <w:t>每月一次的月报总结怎么写才不啰嗦？小编整理了月度工作总结范文（通用模板）。</w:t>
      </w:r>
    </w:p>
    <w:p>
      <w:r>
        <w:t>亮点：①月报标准结构；②重点突出法；③数据表达公式。网页是预览版，下载Word完整版可直接套用。? 免费下载Word完整版（可直接打印编辑）</w:t>
      </w:r>
    </w:p>
    <w:p>
      <w:pPr>
        <w:pStyle w:val="Heading1"/>
      </w:pPr>
      <w:r>
        <w:t>月度总结结构</w:t>
      </w:r>
    </w:p>
    <w:p>
      <w:r>
        <w:t>本月核心成果：一句话+2-3个关键数据</w:t>
      </w:r>
    </w:p>
    <w:p>
      <w:r>
        <w:t>重点工作进展：每项用“目标-动作-结果”</w:t>
      </w:r>
    </w:p>
    <w:p>
      <w:r>
        <w:t>亮点与问题：1-2个亮点+1-2个问题及改进</w:t>
      </w:r>
    </w:p>
    <w:p>
      <w:r>
        <w:t>下月计划：目标+措施</w:t>
      </w:r>
    </w:p>
    <w:p>
      <w:r>
        <w:t>完整话术模板见Word版。?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