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新入职员工试用期转正个人总结范文</w:t>
      </w:r>
    </w:p>
    <w:p>
      <w:r>
        <w:t>新入职员工试用期转正个人总结范文</w:t>
      </w:r>
    </w:p>
    <w:p>
      <w:r>
        <w:t>尊敬的领导：您好！我是XX部门XX岗位的XXX，于2026年X月X日入职，试用期X个月。现试用期将满，特向公司申请转正，并将试用期工作情况总结如下：</w:t>
      </w:r>
    </w:p>
    <w:p>
      <w:r>
        <w:t>一、工作学习情况：入职以来，我认真学习了公司规章制度、岗位职责和业务流程，尽快融入团队。在部门领导和同事的帮助下，我掌握了…（具体业务技能），能够独立完成…（具体工作）。</w:t>
      </w:r>
    </w:p>
    <w:p>
      <w:r>
        <w:t>二、主要工作成果：试用期内，我完成了…；参与了…项目；协助…。累计完成XX项工作任务，获得了…认可。</w:t>
      </w:r>
    </w:p>
    <w:p>
      <w:r>
        <w:t>三、个人成长与不足：试用期让我快速成长，但也认识到自身不足：一是对公司业务理解还不够深入；二是处理复杂问题经验不足；三是沟通协作能力有待提升。</w:t>
      </w:r>
    </w:p>
    <w:p>
      <w:r>
        <w:t>四、转正后的计划：一是深入学习业务知识，提升专业能力；二是高质量完成岗位工作，积极承担更多责任；三是加强团队协作，为公司发展贡献力量。</w:t>
      </w:r>
    </w:p>
    <w:p>
      <w:r>
        <w:t>恳请领导批准我的转正申请，我将以更高的标准要求自己，努力工作，回报公司的信任！申请人：XXX 2026年X月X日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