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执业药师证怎么考？10月31日开考，冲刺备考+100题模拟卷</w:t>
      </w:r>
    </w:p>
    <w:p>
      <w:r>
        <w:t>执业药师证是药店、药企的必备证书，近年报考人数持续增长，含金量高。2026年执业药师考试将于10月31日-11月1日举行，还有不到一个月！报名已于8月进行（各省8月6日-20日左右），已报名考生抓紧冲刺。考试科目：药学类考《药学专业知识（一）》《药学专业知识（二）》《药事管理与法规》《药学综合知识与技能》；中药学类考对应中药科目。2027年考试预计仍在10月底-11月初，报名预计8月，关注中国人事考试网。小编整理药学基础100题完整版模拟卷（含答案解析），下载Word免费打印练习！</w:t>
      </w:r>
    </w:p>
    <w:p>
      <w:r>
        <w:t>1. 药物的首过效应主要发生在</w:t>
        <w:br/>
        <w:t xml:space="preserve">    A.肝脏  B.肾脏  C.肠道  D.肺</w:t>
        <w:br/>
        <w:t xml:space="preserve">    答案：A。解析：口服药物经肝首过代谢，使药效降低的现象为首过效应。</w:t>
      </w:r>
    </w:p>
    <w:p>
      <w:r>
        <w:t>2. 处方药的标识是</w:t>
        <w:br/>
        <w:t xml:space="preserve">    A.Rx  B.OTC  C.OTC标识  D.保健品标识</w:t>
        <w:br/>
        <w:t xml:space="preserve">    答案：A。解析：处方药标识为Rx，非处方药标识为OTC。</w:t>
      </w:r>
    </w:p>
    <w:p>
      <w:r>
        <w:t>3. 抗菌药物的合理使用原则是</w:t>
        <w:br/>
        <w:t xml:space="preserve">    A.按需使用  B.对症下药  C.联合滥用  D.随意更换</w:t>
        <w:br/>
        <w:t xml:space="preserve">    答案：B。解析：抗菌药物应遵医嘱对症使用，避免滥用。</w:t>
      </w:r>
    </w:p>
    <w:p>
      <w:r>
        <w:t>4. 药品经营许可证的有效期是</w:t>
        <w:br/>
        <w:t xml:space="preserve">    A.5年  B.3年  C.1年  D.10年</w:t>
        <w:br/>
        <w:t xml:space="preserve">    答案：A。解析：药品经营许可证有效期为5年。</w:t>
      </w:r>
    </w:p>
    <w:p>
      <w:r>
        <w:t>5. 中药的“四气”是指</w:t>
        <w:br/>
        <w:t xml:space="preserve">    A.寒热温凉  B.酸甜苦辣  C.升降浮沉  D.大小轻重</w:t>
        <w:br/>
        <w:t xml:space="preserve">    答案：A。解析：中药四气指寒、热、温、凉四种药性。</w:t>
      </w:r>
    </w:p>
    <w:p>
      <w:r>
        <w:t>6. 药物的首过效应主要发生在（1）</w:t>
        <w:br/>
        <w:t xml:space="preserve">    A.肝脏  B.肾脏  C.肠道  D.肺</w:t>
        <w:br/>
        <w:t xml:space="preserve">    答案：A。解析：本题为基础知识点，记住概念即可。</w:t>
      </w:r>
    </w:p>
    <w:p>
      <w:r>
        <w:t>7. 处方药的标识是（1）</w:t>
        <w:br/>
        <w:t xml:space="preserve">    A.Rx  B.OTC  C.OTC标识  D.保健品标识</w:t>
        <w:br/>
        <w:t xml:space="preserve">    答案：B。解析：本题考查概念辨析，注意区分易混项。</w:t>
      </w:r>
    </w:p>
    <w:p>
      <w:r>
        <w:t>8. 药品说明书的基本内容不包括（1）</w:t>
        <w:br/>
        <w:t xml:space="preserve">    A.药品名称  B.用法用量  C.不良反应  D.促销广告</w:t>
        <w:br/>
        <w:t xml:space="preserve">    答案：C。解析：本题为高频考点，需理解记忆。</w:t>
      </w:r>
    </w:p>
    <w:p>
      <w:r>
        <w:t>9. 药品的不良反应不包括（1）</w:t>
        <w:br/>
        <w:t xml:space="preserve">    A.副作用  B.毒性反应  C.变态反应  D.治疗效果</w:t>
        <w:br/>
        <w:t xml:space="preserve">    答案：D。解析：本题考查运用能力，结合定义判断即可。</w:t>
      </w:r>
    </w:p>
    <w:p>
      <w:r>
        <w:t>10. 抗菌药物的合理使用原则是（1）</w:t>
        <w:br/>
        <w:t xml:space="preserve">    A.按需使用  B.对症下药  C.联合滥用  D.随意更换</w:t>
        <w:br/>
        <w:t xml:space="preserve">    答案：A。解析：本题为基础知识点，记住概念即可。</w:t>
      </w:r>
    </w:p>
    <w:p>
      <w:r>
        <w:t>11. 中药饮片的储存要求不包括（1）</w:t>
        <w:br/>
        <w:t xml:space="preserve">    A.防潮  B.防虫  C.防晒  D.随意堆放</w:t>
        <w:br/>
        <w:t xml:space="preserve">    答案：B。解析：本题考查概念辨析，注意区分易混项。</w:t>
      </w:r>
    </w:p>
    <w:p>
      <w:r>
        <w:t>12. 药物的半衰期是指（1）</w:t>
        <w:br/>
        <w:t xml:space="preserve">    A.血药浓度下降一半所需时间  B.药物起效时间  C.药物失效时间  D.服药间隔时间</w:t>
        <w:br/>
        <w:t xml:space="preserve">    答案：C。解析：本题为高频考点，需理解记忆。</w:t>
      </w:r>
    </w:p>
    <w:p>
      <w:r>
        <w:t>13. 药品经营许可证的有效期是（1）</w:t>
        <w:br/>
        <w:t xml:space="preserve">    A.5年  B.3年  C.1年  D.10年</w:t>
        <w:br/>
        <w:t xml:space="preserve">    答案：D。解析：本题考查运用能力，结合定义判断即可。</w:t>
      </w:r>
    </w:p>
    <w:p>
      <w:r>
        <w:t>14. 处方审核的内容不包括（1）</w:t>
        <w:br/>
        <w:t xml:space="preserve">    A.处方书写规范  B.配伍禁忌  C.剂量适宜  D.药品价格</w:t>
        <w:br/>
        <w:t xml:space="preserve">    答案：A。解析：本题为基础知识点，记住概念即可。</w:t>
      </w:r>
    </w:p>
    <w:p>
      <w:r>
        <w:t>15. 特殊药品不包括（1）</w:t>
        <w:br/>
        <w:t xml:space="preserve">    A.麻醉药品  B.精神药品  C.医疗用毒性药品  D.保健品</w:t>
        <w:br/>
        <w:t xml:space="preserve">    答案：B。解析：本题考查概念辨析，注意区分易混项。</w:t>
      </w:r>
    </w:p>
    <w:p>
      <w:r>
        <w:t>16. 药品分类管理的核心是（1）</w:t>
        <w:br/>
        <w:t xml:space="preserve">    A.处方药与非处方药分开管理  B.统一管理  C.无需管理  D.只管理处方药</w:t>
        <w:br/>
        <w:t xml:space="preserve">    答案：C。解析：本题为高频考点，需理解记忆。</w:t>
      </w:r>
    </w:p>
    <w:p>
      <w:r>
        <w:t>17. 药店销售处方药的要求是（1）</w:t>
        <w:br/>
        <w:t xml:space="preserve">    A.凭处方销售并审核登记  B.随意销售  C.超量销售  D.无需登记</w:t>
        <w:br/>
        <w:t xml:space="preserve">    答案：D。解析：本题考查运用能力，结合定义判断即可。</w:t>
      </w:r>
    </w:p>
    <w:p>
      <w:r>
        <w:t>18. 药物相互作用的主要类型不包括（1）</w:t>
        <w:br/>
        <w:t xml:space="preserve">    A.协同作用  B.拮抗作用  C.相加作用  D.无相互作用</w:t>
        <w:br/>
        <w:t xml:space="preserve">    答案：A。解析：本题为基础知识点，记住概念即可。</w:t>
      </w:r>
    </w:p>
    <w:p>
      <w:r>
        <w:t>19. 药品的不良反应监测制度是（1）</w:t>
        <w:br/>
        <w:t xml:space="preserve">    A.不良反应报告制度  B.淘汰制度  C.限购制度  D.提价制度</w:t>
        <w:br/>
        <w:t xml:space="preserve">    答案：B。解析：本题考查概念辨析，注意区分易混项。</w:t>
      </w:r>
    </w:p>
    <w:p>
      <w:r>
        <w:t>20. 执业药师的职责不包括（1）</w:t>
        <w:br/>
        <w:t xml:space="preserve">    A.处方审核  B.用药指导  C.药品调剂  D.开具处方</w:t>
        <w:br/>
        <w:t xml:space="preserve">    答案：C。解析：本题为高频考点，需理解记忆。</w:t>
      </w:r>
    </w:p>
    <w:p>
      <w:r>
        <w:t>21. 药品储存的温度要求一般是指（1）</w:t>
        <w:br/>
        <w:t xml:space="preserve">    A.常温10-30℃  B.冷冻-20℃  C.高温50℃  D.无要求</w:t>
        <w:br/>
        <w:t xml:space="preserve">    答案：D。解析：本题考查运用能力，结合定义判断即可。</w:t>
      </w:r>
    </w:p>
    <w:p>
      <w:r>
        <w:t>22. 药品批号的作用是（1）</w:t>
        <w:br/>
        <w:t xml:space="preserve">    A.追溯药品生产批次  B.美观装饰  C.定价依据  D.营销工具</w:t>
        <w:br/>
        <w:t xml:space="preserve">    答案：A。解析：本题为基础知识点，记住概念即可。</w:t>
      </w:r>
    </w:p>
    <w:p>
      <w:r>
        <w:t>23. 中药的“四气”是指（1）</w:t>
        <w:br/>
        <w:t xml:space="preserve">    A.寒热温凉  B.酸甜苦辣  C.升降浮沉  D.大小轻重</w:t>
        <w:br/>
        <w:t xml:space="preserve">    答案：B。解析：本题考查概念辨析，注意区分易混项。</w:t>
      </w:r>
    </w:p>
    <w:p>
      <w:r>
        <w:t>24. 常见剂型不包括（1）</w:t>
        <w:br/>
        <w:t xml:space="preserve">    A.片剂  B.胶囊剂  C.注射剂  D.乐器</w:t>
        <w:br/>
        <w:t xml:space="preserve">    答案：C。解析：本题为高频考点，需理解记忆。</w:t>
      </w:r>
    </w:p>
    <w:p>
      <w:r>
        <w:t>25. 药物排泄的主要途径是（1）</w:t>
        <w:br/>
        <w:t xml:space="preserve">    A.肾脏  B.肝脏  C.皮肤  D.肺</w:t>
        <w:br/>
        <w:t xml:space="preserve">    答案：D。解析：本题考查运用能力，结合定义判断即可。</w:t>
      </w:r>
    </w:p>
    <w:p>
      <w:r>
        <w:t>26. 药物的首过效应主要发生在（2）</w:t>
        <w:br/>
        <w:t xml:space="preserve">    A.肝脏  B.肾脏  C.肠道  D.肺</w:t>
        <w:br/>
        <w:t xml:space="preserve">    答案：A。解析：本题为基础知识点，记住概念即可。</w:t>
      </w:r>
    </w:p>
    <w:p>
      <w:r>
        <w:t>27. 处方药的标识是（2）</w:t>
        <w:br/>
        <w:t xml:space="preserve">    A.Rx  B.OTC  C.OTC标识  D.保健品标识</w:t>
        <w:br/>
        <w:t xml:space="preserve">    答案：B。解析：本题考查概念辨析，注意区分易混项。</w:t>
      </w:r>
    </w:p>
    <w:p>
      <w:r>
        <w:t>28. 药品说明书的基本内容不包括（2）</w:t>
        <w:br/>
        <w:t xml:space="preserve">    A.药品名称  B.用法用量  C.不良反应  D.促销广告</w:t>
        <w:br/>
        <w:t xml:space="preserve">    答案：C。解析：本题为高频考点，需理解记忆。</w:t>
      </w:r>
    </w:p>
    <w:p>
      <w:r>
        <w:t>29. 药品的不良反应不包括（2）</w:t>
        <w:br/>
        <w:t xml:space="preserve">    A.副作用  B.毒性反应  C.变态反应  D.治疗效果</w:t>
        <w:br/>
        <w:t xml:space="preserve">    答案：D。解析：本题考查运用能力，结合定义判断即可。</w:t>
      </w:r>
    </w:p>
    <w:p>
      <w:r>
        <w:t>30. 抗菌药物的合理使用原则是（2）</w:t>
        <w:br/>
        <w:t xml:space="preserve">    A.按需使用  B.对症下药  C.联合滥用  D.随意更换</w:t>
        <w:br/>
        <w:t xml:space="preserve">    答案：A。解析：本题为基础知识点，记住概念即可。</w:t>
      </w:r>
    </w:p>
    <w:p>
      <w:r>
        <w:t>31. 中药饮片的储存要求不包括（2）</w:t>
        <w:br/>
        <w:t xml:space="preserve">    A.防潮  B.防虫  C.防晒  D.随意堆放</w:t>
        <w:br/>
        <w:t xml:space="preserve">    答案：B。解析：本题考查概念辨析，注意区分易混项。</w:t>
      </w:r>
    </w:p>
    <w:p>
      <w:r>
        <w:t>32. 药物的半衰期是指（2）</w:t>
        <w:br/>
        <w:t xml:space="preserve">    A.血药浓度下降一半所需时间  B.药物起效时间  C.药物失效时间  D.服药间隔时间</w:t>
        <w:br/>
        <w:t xml:space="preserve">    答案：C。解析：本题为高频考点，需理解记忆。</w:t>
      </w:r>
    </w:p>
    <w:p>
      <w:r>
        <w:t>33. 药品经营许可证的有效期是（2）</w:t>
        <w:br/>
        <w:t xml:space="preserve">    A.5年  B.3年  C.1年  D.10年</w:t>
        <w:br/>
        <w:t xml:space="preserve">    答案：D。解析：本题考查运用能力，结合定义判断即可。</w:t>
      </w:r>
    </w:p>
    <w:p>
      <w:r>
        <w:t>34. 处方审核的内容不包括（2）</w:t>
        <w:br/>
        <w:t xml:space="preserve">    A.处方书写规范  B.配伍禁忌  C.剂量适宜  D.药品价格</w:t>
        <w:br/>
        <w:t xml:space="preserve">    答案：A。解析：本题为基础知识点，记住概念即可。</w:t>
      </w:r>
    </w:p>
    <w:p>
      <w:r>
        <w:t>35. 特殊药品不包括（2）</w:t>
        <w:br/>
        <w:t xml:space="preserve">    A.麻醉药品  B.精神药品  C.医疗用毒性药品  D.保健品</w:t>
        <w:br/>
        <w:t xml:space="preserve">    答案：B。解析：本题考查概念辨析，注意区分易混项。</w:t>
      </w:r>
    </w:p>
    <w:p>
      <w:r>
        <w:t>36. 药品分类管理的核心是（2）</w:t>
        <w:br/>
        <w:t xml:space="preserve">    A.处方药与非处方药分开管理  B.统一管理  C.无需管理  D.只管理处方药</w:t>
        <w:br/>
        <w:t xml:space="preserve">    答案：C。解析：本题为高频考点，需理解记忆。</w:t>
      </w:r>
    </w:p>
    <w:p>
      <w:r>
        <w:t>37. 药店销售处方药的要求是（2）</w:t>
        <w:br/>
        <w:t xml:space="preserve">    A.凭处方销售并审核登记  B.随意销售  C.超量销售  D.无需登记</w:t>
        <w:br/>
        <w:t xml:space="preserve">    答案：D。解析：本题考查运用能力，结合定义判断即可。</w:t>
      </w:r>
    </w:p>
    <w:p>
      <w:r>
        <w:t>38. 药物相互作用的主要类型不包括（2）</w:t>
        <w:br/>
        <w:t xml:space="preserve">    A.协同作用  B.拮抗作用  C.相加作用  D.无相互作用</w:t>
        <w:br/>
        <w:t xml:space="preserve">    答案：A。解析：本题为基础知识点，记住概念即可。</w:t>
      </w:r>
    </w:p>
    <w:p>
      <w:r>
        <w:t>39. 药品的不良反应监测制度是（2）</w:t>
        <w:br/>
        <w:t xml:space="preserve">    A.不良反应报告制度  B.淘汰制度  C.限购制度  D.提价制度</w:t>
        <w:br/>
        <w:t xml:space="preserve">    答案：B。解析：本题考查概念辨析，注意区分易混项。</w:t>
      </w:r>
    </w:p>
    <w:p>
      <w:r>
        <w:t>40. 执业药师的职责不包括（2）</w:t>
        <w:br/>
        <w:t xml:space="preserve">    A.处方审核  B.用药指导  C.药品调剂  D.开具处方</w:t>
        <w:br/>
        <w:t xml:space="preserve">    答案：C。解析：本题为高频考点，需理解记忆。</w:t>
      </w:r>
    </w:p>
    <w:p>
      <w:r>
        <w:t>41. 药品储存的温度要求一般是指（2）</w:t>
        <w:br/>
        <w:t xml:space="preserve">    A.常温10-30℃  B.冷冻-20℃  C.高温50℃  D.无要求</w:t>
        <w:br/>
        <w:t xml:space="preserve">    答案：D。解析：本题考查运用能力，结合定义判断即可。</w:t>
      </w:r>
    </w:p>
    <w:p>
      <w:r>
        <w:t>42. 药品批号的作用是（2）</w:t>
        <w:br/>
        <w:t xml:space="preserve">    A.追溯药品生产批次  B.美观装饰  C.定价依据  D.营销工具</w:t>
        <w:br/>
        <w:t xml:space="preserve">    答案：A。解析：本题为基础知识点，记住概念即可。</w:t>
      </w:r>
    </w:p>
    <w:p>
      <w:r>
        <w:t>43. 中药的“四气”是指（2）</w:t>
        <w:br/>
        <w:t xml:space="preserve">    A.寒热温凉  B.酸甜苦辣  C.升降浮沉  D.大小轻重</w:t>
        <w:br/>
        <w:t xml:space="preserve">    答案：B。解析：本题考查概念辨析，注意区分易混项。</w:t>
      </w:r>
    </w:p>
    <w:p>
      <w:r>
        <w:t>44. 常见剂型不包括（2）</w:t>
        <w:br/>
        <w:t xml:space="preserve">    A.片剂  B.胶囊剂  C.注射剂  D.乐器</w:t>
        <w:br/>
        <w:t xml:space="preserve">    答案：C。解析：本题为高频考点，需理解记忆。</w:t>
      </w:r>
    </w:p>
    <w:p>
      <w:r>
        <w:t>45. 药物排泄的主要途径是（2）</w:t>
        <w:br/>
        <w:t xml:space="preserve">    A.肾脏  B.肝脏  C.皮肤  D.肺</w:t>
        <w:br/>
        <w:t xml:space="preserve">    答案：D。解析：本题考查运用能力，结合定义判断即可。</w:t>
      </w:r>
    </w:p>
    <w:p>
      <w:r>
        <w:t>46. 药物的首过效应主要发生在（3）</w:t>
        <w:br/>
        <w:t xml:space="preserve">    A.肝脏  B.肾脏  C.肠道  D.肺</w:t>
        <w:br/>
        <w:t xml:space="preserve">    答案：A。解析：本题为基础知识点，记住概念即可。</w:t>
      </w:r>
    </w:p>
    <w:p>
      <w:r>
        <w:t>47. 处方药的标识是（3）</w:t>
        <w:br/>
        <w:t xml:space="preserve">    A.Rx  B.OTC  C.OTC标识  D.保健品标识</w:t>
        <w:br/>
        <w:t xml:space="preserve">    答案：B。解析：本题考查概念辨析，注意区分易混项。</w:t>
      </w:r>
    </w:p>
    <w:p>
      <w:r>
        <w:t>48. 药品说明书的基本内容不包括（3）</w:t>
        <w:br/>
        <w:t xml:space="preserve">    A.药品名称  B.用法用量  C.不良反应  D.促销广告</w:t>
        <w:br/>
        <w:t xml:space="preserve">    答案：C。解析：本题为高频考点，需理解记忆。</w:t>
      </w:r>
    </w:p>
    <w:p>
      <w:r>
        <w:t>49. 药品的不良反应不包括（3）</w:t>
        <w:br/>
        <w:t xml:space="preserve">    A.副作用  B.毒性反应  C.变态反应  D.治疗效果</w:t>
        <w:br/>
        <w:t xml:space="preserve">    答案：D。解析：本题考查运用能力，结合定义判断即可。</w:t>
      </w:r>
    </w:p>
    <w:p>
      <w:r>
        <w:t>50. 抗菌药物的合理使用原则是（3）</w:t>
        <w:br/>
        <w:t xml:space="preserve">    A.按需使用  B.对症下药  C.联合滥用  D.随意更换</w:t>
        <w:br/>
        <w:t xml:space="preserve">    答案：A。解析：本题为基础知识点，记住概念即可。</w:t>
      </w:r>
    </w:p>
    <w:p>
      <w:r>
        <w:t>51. 中药饮片的储存要求不包括（3）</w:t>
        <w:br/>
        <w:t xml:space="preserve">    A.防潮  B.防虫  C.防晒  D.随意堆放</w:t>
        <w:br/>
        <w:t xml:space="preserve">    答案：B。解析：本题考查概念辨析，注意区分易混项。</w:t>
      </w:r>
    </w:p>
    <w:p>
      <w:r>
        <w:t>52. 药物的半衰期是指（3）</w:t>
        <w:br/>
        <w:t xml:space="preserve">    A.血药浓度下降一半所需时间  B.药物起效时间  C.药物失效时间  D.服药间隔时间</w:t>
        <w:br/>
        <w:t xml:space="preserve">    答案：C。解析：本题为高频考点，需理解记忆。</w:t>
      </w:r>
    </w:p>
    <w:p>
      <w:r>
        <w:t>53. 药品经营许可证的有效期是（3）</w:t>
        <w:br/>
        <w:t xml:space="preserve">    A.5年  B.3年  C.1年  D.10年</w:t>
        <w:br/>
        <w:t xml:space="preserve">    答案：D。解析：本题考查运用能力，结合定义判断即可。</w:t>
      </w:r>
    </w:p>
    <w:p>
      <w:r>
        <w:t>54. 处方审核的内容不包括（3）</w:t>
        <w:br/>
        <w:t xml:space="preserve">    A.处方书写规范  B.配伍禁忌  C.剂量适宜  D.药品价格</w:t>
        <w:br/>
        <w:t xml:space="preserve">    答案：A。解析：本题为基础知识点，记住概念即可。</w:t>
      </w:r>
    </w:p>
    <w:p>
      <w:r>
        <w:t>55. 特殊药品不包括（3）</w:t>
        <w:br/>
        <w:t xml:space="preserve">    A.麻醉药品  B.精神药品  C.医疗用毒性药品  D.保健品</w:t>
        <w:br/>
        <w:t xml:space="preserve">    答案：B。解析：本题考查概念辨析，注意区分易混项。</w:t>
      </w:r>
    </w:p>
    <w:p>
      <w:r>
        <w:t>56. 药品分类管理的核心是（3）</w:t>
        <w:br/>
        <w:t xml:space="preserve">    A.处方药与非处方药分开管理  B.统一管理  C.无需管理  D.只管理处方药</w:t>
        <w:br/>
        <w:t xml:space="preserve">    答案：C。解析：本题为高频考点，需理解记忆。</w:t>
      </w:r>
    </w:p>
    <w:p>
      <w:r>
        <w:t>57. 药店销售处方药的要求是（3）</w:t>
        <w:br/>
        <w:t xml:space="preserve">    A.凭处方销售并审核登记  B.随意销售  C.超量销售  D.无需登记</w:t>
        <w:br/>
        <w:t xml:space="preserve">    答案：D。解析：本题考查运用能力，结合定义判断即可。</w:t>
      </w:r>
    </w:p>
    <w:p>
      <w:r>
        <w:t>58. 药物相互作用的主要类型不包括（3）</w:t>
        <w:br/>
        <w:t xml:space="preserve">    A.协同作用  B.拮抗作用  C.相加作用  D.无相互作用</w:t>
        <w:br/>
        <w:t xml:space="preserve">    答案：A。解析：本题为基础知识点，记住概念即可。</w:t>
      </w:r>
    </w:p>
    <w:p>
      <w:r>
        <w:t>59. 药品的不良反应监测制度是（3）</w:t>
        <w:br/>
        <w:t xml:space="preserve">    A.不良反应报告制度  B.淘汰制度  C.限购制度  D.提价制度</w:t>
        <w:br/>
        <w:t xml:space="preserve">    答案：B。解析：本题考查概念辨析，注意区分易混项。</w:t>
      </w:r>
    </w:p>
    <w:p>
      <w:r>
        <w:t>60. 执业药师的职责不包括（3）</w:t>
        <w:br/>
        <w:t xml:space="preserve">    A.处方审核  B.用药指导  C.药品调剂  D.开具处方</w:t>
        <w:br/>
        <w:t xml:space="preserve">    答案：C。解析：本题为高频考点，需理解记忆。</w:t>
      </w:r>
    </w:p>
    <w:p>
      <w:r>
        <w:t>61. 药品储存的温度要求一般是指（3）</w:t>
        <w:br/>
        <w:t xml:space="preserve">    A.常温10-30℃  B.冷冻-20℃  C.高温50℃  D.无要求</w:t>
        <w:br/>
        <w:t xml:space="preserve">    答案：D。解析：本题考查运用能力，结合定义判断即可。</w:t>
      </w:r>
    </w:p>
    <w:p>
      <w:r>
        <w:t>62. 药品批号的作用是（3）</w:t>
        <w:br/>
        <w:t xml:space="preserve">    A.追溯药品生产批次  B.美观装饰  C.定价依据  D.营销工具</w:t>
        <w:br/>
        <w:t xml:space="preserve">    答案：A。解析：本题为基础知识点，记住概念即可。</w:t>
      </w:r>
    </w:p>
    <w:p>
      <w:r>
        <w:t>63. 中药的“四气”是指（3）</w:t>
        <w:br/>
        <w:t xml:space="preserve">    A.寒热温凉  B.酸甜苦辣  C.升降浮沉  D.大小轻重</w:t>
        <w:br/>
        <w:t xml:space="preserve">    答案：B。解析：本题考查概念辨析，注意区分易混项。</w:t>
      </w:r>
    </w:p>
    <w:p>
      <w:r>
        <w:t>64. 常见剂型不包括（3）</w:t>
        <w:br/>
        <w:t xml:space="preserve">    A.片剂  B.胶囊剂  C.注射剂  D.乐器</w:t>
        <w:br/>
        <w:t xml:space="preserve">    答案：C。解析：本题为高频考点，需理解记忆。</w:t>
      </w:r>
    </w:p>
    <w:p>
      <w:r>
        <w:t>65. 药物排泄的主要途径是（3）</w:t>
        <w:br/>
        <w:t xml:space="preserve">    A.肾脏  B.肝脏  C.皮肤  D.肺</w:t>
        <w:br/>
        <w:t xml:space="preserve">    答案：D。解析：本题考查运用能力，结合定义判断即可。</w:t>
      </w:r>
    </w:p>
    <w:p>
      <w:r>
        <w:t>66. 药物的首过效应主要发生在（4）</w:t>
        <w:br/>
        <w:t xml:space="preserve">    A.肝脏  B.肾脏  C.肠道  D.肺</w:t>
        <w:br/>
        <w:t xml:space="preserve">    答案：A。解析：本题为基础知识点，记住概念即可。</w:t>
      </w:r>
    </w:p>
    <w:p>
      <w:r>
        <w:t>67. 处方药的标识是（4）</w:t>
        <w:br/>
        <w:t xml:space="preserve">    A.Rx  B.OTC  C.OTC标识  D.保健品标识</w:t>
        <w:br/>
        <w:t xml:space="preserve">    答案：B。解析：本题考查概念辨析，注意区分易混项。</w:t>
      </w:r>
    </w:p>
    <w:p>
      <w:r>
        <w:t>68. 药品说明书的基本内容不包括（4）</w:t>
        <w:br/>
        <w:t xml:space="preserve">    A.药品名称  B.用法用量  C.不良反应  D.促销广告</w:t>
        <w:br/>
        <w:t xml:space="preserve">    答案：C。解析：本题为高频考点，需理解记忆。</w:t>
      </w:r>
    </w:p>
    <w:p>
      <w:r>
        <w:t>69. 药品的不良反应不包括（4）</w:t>
        <w:br/>
        <w:t xml:space="preserve">    A.副作用  B.毒性反应  C.变态反应  D.治疗效果</w:t>
        <w:br/>
        <w:t xml:space="preserve">    答案：D。解析：本题考查运用能力，结合定义判断即可。</w:t>
      </w:r>
    </w:p>
    <w:p>
      <w:r>
        <w:t>70. 抗菌药物的合理使用原则是（4）</w:t>
        <w:br/>
        <w:t xml:space="preserve">    A.按需使用  B.对症下药  C.联合滥用  D.随意更换</w:t>
        <w:br/>
        <w:t xml:space="preserve">    答案：A。解析：本题为基础知识点，记住概念即可。</w:t>
      </w:r>
    </w:p>
    <w:p>
      <w:r>
        <w:t>71. 中药饮片的储存要求不包括（4）</w:t>
        <w:br/>
        <w:t xml:space="preserve">    A.防潮  B.防虫  C.防晒  D.随意堆放</w:t>
        <w:br/>
        <w:t xml:space="preserve">    答案：B。解析：本题考查概念辨析，注意区分易混项。</w:t>
      </w:r>
    </w:p>
    <w:p>
      <w:r>
        <w:t>72. 药物的半衰期是指（4）</w:t>
        <w:br/>
        <w:t xml:space="preserve">    A.血药浓度下降一半所需时间  B.药物起效时间  C.药物失效时间  D.服药间隔时间</w:t>
        <w:br/>
        <w:t xml:space="preserve">    答案：C。解析：本题为高频考点，需理解记忆。</w:t>
      </w:r>
    </w:p>
    <w:p>
      <w:r>
        <w:t>73. 药品经营许可证的有效期是（4）</w:t>
        <w:br/>
        <w:t xml:space="preserve">    A.5年  B.3年  C.1年  D.10年</w:t>
        <w:br/>
        <w:t xml:space="preserve">    答案：D。解析：本题考查运用能力，结合定义判断即可。</w:t>
      </w:r>
    </w:p>
    <w:p>
      <w:r>
        <w:t>74. 处方审核的内容不包括（4）</w:t>
        <w:br/>
        <w:t xml:space="preserve">    A.处方书写规范  B.配伍禁忌  C.剂量适宜  D.药品价格</w:t>
        <w:br/>
        <w:t xml:space="preserve">    答案：A。解析：本题为基础知识点，记住概念即可。</w:t>
      </w:r>
    </w:p>
    <w:p>
      <w:r>
        <w:t>75. 特殊药品不包括（4）</w:t>
        <w:br/>
        <w:t xml:space="preserve">    A.麻醉药品  B.精神药品  C.医疗用毒性药品  D.保健品</w:t>
        <w:br/>
        <w:t xml:space="preserve">    答案：B。解析：本题考查概念辨析，注意区分易混项。</w:t>
      </w:r>
    </w:p>
    <w:p>
      <w:r>
        <w:t>76. 药品分类管理的核心是（4）</w:t>
        <w:br/>
        <w:t xml:space="preserve">    A.处方药与非处方药分开管理  B.统一管理  C.无需管理  D.只管理处方药</w:t>
        <w:br/>
        <w:t xml:space="preserve">    答案：C。解析：本题为高频考点，需理解记忆。</w:t>
      </w:r>
    </w:p>
    <w:p>
      <w:r>
        <w:t>77. 药店销售处方药的要求是（4）</w:t>
        <w:br/>
        <w:t xml:space="preserve">    A.凭处方销售并审核登记  B.随意销售  C.超量销售  D.无需登记</w:t>
        <w:br/>
        <w:t xml:space="preserve">    答案：D。解析：本题考查运用能力，结合定义判断即可。</w:t>
      </w:r>
    </w:p>
    <w:p>
      <w:r>
        <w:t>78. 药物相互作用的主要类型不包括（4）</w:t>
        <w:br/>
        <w:t xml:space="preserve">    A.协同作用  B.拮抗作用  C.相加作用  D.无相互作用</w:t>
        <w:br/>
        <w:t xml:space="preserve">    答案：A。解析：本题为基础知识点，记住概念即可。</w:t>
      </w:r>
    </w:p>
    <w:p>
      <w:r>
        <w:t>79. 药品的不良反应监测制度是（4）</w:t>
        <w:br/>
        <w:t xml:space="preserve">    A.不良反应报告制度  B.淘汰制度  C.限购制度  D.提价制度</w:t>
        <w:br/>
        <w:t xml:space="preserve">    答案：B。解析：本题考查概念辨析，注意区分易混项。</w:t>
      </w:r>
    </w:p>
    <w:p>
      <w:r>
        <w:t>80. 执业药师的职责不包括（4）</w:t>
        <w:br/>
        <w:t xml:space="preserve">    A.处方审核  B.用药指导  C.药品调剂  D.开具处方</w:t>
        <w:br/>
        <w:t xml:space="preserve">    答案：C。解析：本题为高频考点，需理解记忆。</w:t>
      </w:r>
    </w:p>
    <w:p>
      <w:r>
        <w:t>81. 药品储存的温度要求一般是指（4）</w:t>
        <w:br/>
        <w:t xml:space="preserve">    A.常温10-30℃  B.冷冻-20℃  C.高温50℃  D.无要求</w:t>
        <w:br/>
        <w:t xml:space="preserve">    答案：D。解析：本题考查运用能力，结合定义判断即可。</w:t>
      </w:r>
    </w:p>
    <w:p>
      <w:r>
        <w:t>82. 药品批号的作用是（4）</w:t>
        <w:br/>
        <w:t xml:space="preserve">    A.追溯药品生产批次  B.美观装饰  C.定价依据  D.营销工具</w:t>
        <w:br/>
        <w:t xml:space="preserve">    答案：A。解析：本题为基础知识点，记住概念即可。</w:t>
      </w:r>
    </w:p>
    <w:p>
      <w:r>
        <w:t>83. 中药的“四气”是指（4）</w:t>
        <w:br/>
        <w:t xml:space="preserve">    A.寒热温凉  B.酸甜苦辣  C.升降浮沉  D.大小轻重</w:t>
        <w:br/>
        <w:t xml:space="preserve">    答案：B。解析：本题考查概念辨析，注意区分易混项。</w:t>
      </w:r>
    </w:p>
    <w:p>
      <w:r>
        <w:t>84. 常见剂型不包括（4）</w:t>
        <w:br/>
        <w:t xml:space="preserve">    A.片剂  B.胶囊剂  C.注射剂  D.乐器</w:t>
        <w:br/>
        <w:t xml:space="preserve">    答案：C。解析：本题为高频考点，需理解记忆。</w:t>
      </w:r>
    </w:p>
    <w:p>
      <w:r>
        <w:t>85. 药物排泄的主要途径是（4）</w:t>
        <w:br/>
        <w:t xml:space="preserve">    A.肾脏  B.肝脏  C.皮肤  D.肺</w:t>
        <w:br/>
        <w:t xml:space="preserve">    答案：D。解析：本题考查运用能力，结合定义判断即可。</w:t>
      </w:r>
    </w:p>
    <w:p>
      <w:r>
        <w:t>86. 药物的首过效应主要发生在（5）</w:t>
        <w:br/>
        <w:t xml:space="preserve">    A.肝脏  B.肾脏  C.肠道  D.肺</w:t>
        <w:br/>
        <w:t xml:space="preserve">    答案：A。解析：本题为基础知识点，记住概念即可。</w:t>
      </w:r>
    </w:p>
    <w:p>
      <w:r>
        <w:t>87. 处方药的标识是（5）</w:t>
        <w:br/>
        <w:t xml:space="preserve">    A.Rx  B.OTC  C.OTC标识  D.保健品标识</w:t>
        <w:br/>
        <w:t xml:space="preserve">    答案：B。解析：本题考查概念辨析，注意区分易混项。</w:t>
      </w:r>
    </w:p>
    <w:p>
      <w:r>
        <w:t>88. 药品说明书的基本内容不包括（5）</w:t>
        <w:br/>
        <w:t xml:space="preserve">    A.药品名称  B.用法用量  C.不良反应  D.促销广告</w:t>
        <w:br/>
        <w:t xml:space="preserve">    答案：C。解析：本题为高频考点，需理解记忆。</w:t>
      </w:r>
    </w:p>
    <w:p>
      <w:r>
        <w:t>89. 药品的不良反应不包括（5）</w:t>
        <w:br/>
        <w:t xml:space="preserve">    A.副作用  B.毒性反应  C.变态反应  D.治疗效果</w:t>
        <w:br/>
        <w:t xml:space="preserve">    答案：D。解析：本题考查运用能力，结合定义判断即可。</w:t>
      </w:r>
    </w:p>
    <w:p>
      <w:r>
        <w:t>90. 抗菌药物的合理使用原则是（5）</w:t>
        <w:br/>
        <w:t xml:space="preserve">    A.按需使用  B.对症下药  C.联合滥用  D.随意更换</w:t>
        <w:br/>
        <w:t xml:space="preserve">    答案：A。解析：本题为基础知识点，记住概念即可。</w:t>
      </w:r>
    </w:p>
    <w:p>
      <w:r>
        <w:t>91. 中药饮片的储存要求不包括（5）</w:t>
        <w:br/>
        <w:t xml:space="preserve">    A.防潮  B.防虫  C.防晒  D.随意堆放</w:t>
        <w:br/>
        <w:t xml:space="preserve">    答案：B。解析：本题考查概念辨析，注意区分易混项。</w:t>
      </w:r>
    </w:p>
    <w:p>
      <w:r>
        <w:t>92. 药物的半衰期是指（5）</w:t>
        <w:br/>
        <w:t xml:space="preserve">    A.血药浓度下降一半所需时间  B.药物起效时间  C.药物失效时间  D.服药间隔时间</w:t>
        <w:br/>
        <w:t xml:space="preserve">    答案：C。解析：本题为高频考点，需理解记忆。</w:t>
      </w:r>
    </w:p>
    <w:p>
      <w:r>
        <w:t>93. 药品经营许可证的有效期是（5）</w:t>
        <w:br/>
        <w:t xml:space="preserve">    A.5年  B.3年  C.1年  D.10年</w:t>
        <w:br/>
        <w:t xml:space="preserve">    答案：D。解析：本题考查运用能力，结合定义判断即可。</w:t>
      </w:r>
    </w:p>
    <w:p>
      <w:r>
        <w:t>94. 处方审核的内容不包括（5）</w:t>
        <w:br/>
        <w:t xml:space="preserve">    A.处方书写规范  B.配伍禁忌  C.剂量适宜  D.药品价格</w:t>
        <w:br/>
        <w:t xml:space="preserve">    答案：A。解析：本题为基础知识点，记住概念即可。</w:t>
      </w:r>
    </w:p>
    <w:p>
      <w:r>
        <w:t>95. 特殊药品不包括（5）</w:t>
        <w:br/>
        <w:t xml:space="preserve">    A.麻醉药品  B.精神药品  C.医疗用毒性药品  D.保健品</w:t>
        <w:br/>
        <w:t xml:space="preserve">    答案：B。解析：本题考查概念辨析，注意区分易混项。</w:t>
      </w:r>
    </w:p>
    <w:p>
      <w:r>
        <w:t>96. 药品分类管理的核心是（5）</w:t>
        <w:br/>
        <w:t xml:space="preserve">    A.处方药与非处方药分开管理  B.统一管理  C.无需管理  D.只管理处方药</w:t>
        <w:br/>
        <w:t xml:space="preserve">    答案：C。解析：本题为高频考点，需理解记忆。</w:t>
      </w:r>
    </w:p>
    <w:p>
      <w:r>
        <w:t>97. 药店销售处方药的要求是（5）</w:t>
        <w:br/>
        <w:t xml:space="preserve">    A.凭处方销售并审核登记  B.随意销售  C.超量销售  D.无需登记</w:t>
        <w:br/>
        <w:t xml:space="preserve">    答案：D。解析：本题考查运用能力，结合定义判断即可。</w:t>
      </w:r>
    </w:p>
    <w:p>
      <w:r>
        <w:t>98. 药物相互作用的主要类型不包括（5）</w:t>
        <w:br/>
        <w:t xml:space="preserve">    A.协同作用  B.拮抗作用  C.相加作用  D.无相互作用</w:t>
        <w:br/>
        <w:t xml:space="preserve">    答案：A。解析：本题为基础知识点，记住概念即可。</w:t>
      </w:r>
    </w:p>
    <w:p>
      <w:r>
        <w:t>99. 药品的不良反应监测制度是（5）</w:t>
        <w:br/>
        <w:t xml:space="preserve">    A.不良反应报告制度  B.淘汰制度  C.限购制度  D.提价制度</w:t>
        <w:br/>
        <w:t xml:space="preserve">    答案：B。解析：本题考查概念辨析，注意区分易混项。</w:t>
      </w:r>
    </w:p>
    <w:p>
      <w:r>
        <w:t>100. 执业药师的职责不包括（5）</w:t>
        <w:br/>
        <w:t xml:space="preserve">    A.处方审核  B.用药指导  C.药品调剂  D.开具处方</w:t>
        <w:br/>
        <w:t xml:space="preserve">    答案：C。解析：本题为高频考点，需理解记忆。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