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转行求职简历模板：零经验怎么写出HR想要的简历</w:t>
      </w:r>
    </w:p>
    <w:p>
      <w:r>
        <w:t>想转行但没相关经验，简历怎么写？小编整理了转行求职简历模板和5个技巧，帮你把过往经验「翻译」成目标岗位需要的能力。</w:t>
      </w:r>
    </w:p>
    <w:p>
      <w:r>
        <w:t>亮点：①能力迁移写法；②项目经历包装技巧；③投递策略。网页是预览版，下载Word完整版可直接编辑。? 免费下载Word完整版（可直接打印编辑）</w:t>
      </w:r>
    </w:p>
    <w:p>
      <w:pPr>
        <w:pStyle w:val="Heading1"/>
      </w:pPr>
      <w:r>
        <w:t>转行简历写法</w:t>
      </w:r>
    </w:p>
    <w:p>
      <w:r>
        <w:t>①求职意向明确：写目标岗位不写原岗位；</w:t>
      </w:r>
    </w:p>
    <w:p>
      <w:r>
        <w:t>②能力迁移：把原岗位经验用目标岗位的语言表述（如行政→运营：组织协调→项目管理）；</w:t>
      </w:r>
    </w:p>
    <w:p>
      <w:r>
        <w:t>③突出可迁移技能：沟通、数据分析、办公软件、项目管理；</w:t>
      </w:r>
    </w:p>
    <w:p>
      <w:r>
        <w:t>④补充相关学习：考证、网课、作品集。完整模板见Word版。?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