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试用期转正申请书范文（通用模板）</w:t>
      </w:r>
    </w:p>
    <w:p>
      <w:pPr>
        <w:jc w:val="center"/>
      </w:pPr>
      <w:r>
        <w:t>（范文模板，可直接参考使用）</w:t>
      </w:r>
    </w:p>
    <w:p/>
    <w:p>
      <w:r>
        <w:t>转正申请书</w:t>
      </w:r>
    </w:p>
    <w:p>
      <w:r>
        <w:t>尊敬的领导：</w:t>
      </w:r>
    </w:p>
    <w:p>
      <w:r>
        <w:t>我于XXXX年X月X日入职公司（单位），担任XX岗位工作，试用期为X个月。在试用期即将届满之际，我郑重向公司提出转正申请，恳请领导予以审核批准。</w:t>
      </w:r>
    </w:p>
    <w:p>
      <w:r>
        <w:t>一、试用期主要工作完成情况。试用期内，我主要承担了以下几方面工作：1.熟悉业务流程：通过参加入职培训和日常实践，迅速掌握了XX业务流程和操作规范；2.完成岗位任务：累计完成XX项（件、笔）工作任务，包括XX、XX等，均按要求保质保量完成；3.参与重点项目：参与了XX项目（工作），承担XX部分工作，为项目推进贡献了力量；4.学习提升：利用业余时间学习了XX知识（技能），考取了XX证书（通过了XX考试），提升了自己的岗位胜任能力。</w:t>
      </w:r>
    </w:p>
    <w:p>
      <w:r>
        <w:t>二、个人收获与成长。通过X个月的试用，我对公司的企业文化和发展方向有了更深的认同，对岗位职责有了清晰的认识，工作能力得到了锻炼和提升。特别感谢领导在关键节点给予的指导，感谢同事们在日常工作中给予的帮助，让我能够较快地融入团队、进入角色。</w:t>
      </w:r>
    </w:p>
    <w:p>
      <w:r>
        <w:t>三、存在的不足与改进计划。在肯定成绩的同时，我也认识到自身存在的不足：一是对部分业务领域的理解还不够深入，需要进一步学习；二是遇到复杂问题时的处理经验还有欠缺，需要多请教、多实践。针对这些不足，我制定了改进计划：每月向资深同事请教学习X次，主动承担X类工作任务，在实践中补齐短板。</w:t>
      </w:r>
    </w:p>
    <w:p>
      <w:r>
        <w:t>四、今后努力方向。如果转正申请获得批准，我将更加严格要求自己：一是持续学习，不断提升专业能力；二是立足岗位，把每项工作做精做细；三是主动作为，为公司发展多作贡献；四是团结协作，维护良好的团队氛围。</w:t>
      </w:r>
    </w:p>
    <w:p>
      <w:r>
        <w:t>恳请领导对我的转正申请予以审批。我将以更加饱满的热情和更加扎实的作风投入工作，不辜负公司和领导的信任与期望。</w:t>
      </w:r>
    </w:p>
    <w:p>
      <w:r>
        <w:t>此致</w:t>
        <w:br/>
        <w:t>敬礼！</w:t>
      </w:r>
    </w:p>
    <w:p>
      <w:r>
        <w:t>申请人：XXX</w:t>
        <w:br/>
        <w:t>202X年X月X日</w:t>
      </w:r>
    </w:p>
    <w:p>
      <w:r>
        <w:br w:type="page"/>
      </w:r>
    </w:p>
    <w:p>
      <w:pPr>
        <w:pStyle w:val="Heading1"/>
      </w:pPr>
      <w:r>
        <w:t>使用提示</w:t>
      </w:r>
    </w:p>
    <w:p>
      <w:r>
        <w:t>1. 本范文为通用模板，请结合自身实际情况修改具体内容。</w:t>
      </w:r>
    </w:p>
    <w:p>
      <w:r>
        <w:t>2. 涉及姓名、单位、日期、金额等信息请如实填写，切勿虚构。</w:t>
      </w:r>
    </w:p>
    <w:p>
      <w:r>
        <w:t>3. 正式提交前请仔细核对格式、措辞和签名。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