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工作转正申请书范文：试用期转正申请</w:t>
      </w:r>
    </w:p>
    <w:p>
      <w:r>
        <w:t>试用期快满了，转正申请书怎么写？小编整理了工作转正申请书范文，职场通用。</w:t>
      </w:r>
    </w:p>
    <w:p>
      <w:r>
        <w:t>亮点：①转正申请标准结构；②试用期工作亮点写法；③态度表达。网页是预览版，下载Word完整版可填写。? 免费下载Word完整版（可直接打印编辑）</w:t>
      </w:r>
    </w:p>
    <w:p>
      <w:pPr>
        <w:pStyle w:val="Heading1"/>
      </w:pPr>
      <w:r>
        <w:t>转正申请书（范文）</w:t>
      </w:r>
    </w:p>
    <w:p>
      <w:r>
        <w:t>尊敬的领导：</w:t>
      </w:r>
    </w:p>
    <w:p>
      <w:r>
        <w:t>我于____年__月__日入职公司，担任____岗位，试用期即将届满。特申请转为正式员工。</w:t>
      </w:r>
    </w:p>
    <w:p>
      <w:r>
        <w:t>【试用期工作总结】一是快速融入：熟悉公司制度流程；二是业务开展：完成____工作，取得____成果；三是团队协作：与同事配合良好。</w:t>
      </w:r>
    </w:p>
    <w:p>
      <w:r>
        <w:t>【自我评价】工作认真负责、学习能力强、执行力好。</w:t>
      </w:r>
    </w:p>
    <w:p>
      <w:r>
        <w:t>【转正后计划】将更加严格要求自己，为公司创造更大价值。</w:t>
      </w:r>
    </w:p>
    <w:p>
      <w:r>
        <w:t>恳请领导批准！</w:t>
      </w:r>
    </w:p>
    <w:p>
      <w:r>
        <w:t>申请人：____</w:t>
      </w:r>
    </w:p>
    <w:p>
      <w:r>
        <w:t>____年__月__日</w:t>
      </w:r>
    </w:p>
    <w:p>
      <w:r>
        <w:t>完整范文见Word版。?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