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驻村工作年度总结范文（通用）</w:t>
      </w:r>
    </w:p>
    <w:p>
      <w:pPr>
        <w:jc w:val="center"/>
      </w:pPr>
      <w:r>
        <w:t>（范文模板，可直接参考使用）</w:t>
      </w:r>
    </w:p>
    <w:p/>
    <w:p>
      <w:r>
        <w:t>驻村工作年度总结</w:t>
      </w:r>
    </w:p>
    <w:p>
      <w:r>
        <w:t>时光荏苒，我到XX村驻村工作已满一年。一年来，在上级党委政府的坚强领导和派出单位的关心支持下，我扎根基层、脚踏实地，与村两委班子和广大群众一起，围绕乡村振兴目标扎实开展工作。现将一年来的工作总结如下。</w:t>
      </w:r>
    </w:p>
    <w:p>
      <w:r>
        <w:t>一、摸清村情民意，找准工作切入点。驻村伊始，我通过入户走访、座谈交流、查阅资料等方式，全面了解XX村的村情民意。全村共有X户X人，其中脱贫户X户X人、低保户X户X人；耕地X亩，主要产业为XX。全年累计走访农户X户次，收集群众意见建议X条，建立了详细的村情台账。</w:t>
      </w:r>
    </w:p>
    <w:p>
      <w:r>
        <w:t>二、聚焦产业发展，壮大集体经济。针对村里产业薄弱的问题，我与村两委一起谋划发展路子：1.依托XX资源，引进（发展）了XX产业项目，带动X户农户参与，户均增收X元；2.盘活村集体闲置资产，通过XX方式实现集体经济增收X万元，同比增长X%；3.对接派出单位（帮扶资源），争取项目资金X万元，改善了XX基础设施。</w:t>
      </w:r>
    </w:p>
    <w:p>
      <w:r>
        <w:t>三、办好民生实事，增进群众福祉。1.落实惠民政策：协助办理低保、医保、养老保险等事项X件次，确保应保尽保；2.改善人居环境：组织开展了人居环境整治行动，清理垃圾X吨，改厕X户，村容村貌明显改善；3.关注特殊群体：定期走访慰问脱贫户、独居老人、留守儿童等特殊群体X人次，送去慰问物资X批次；4.化解矛盾纠纷：参与调解邻里纠纷、土地纠纷X起，促进村庄和谐稳定。</w:t>
      </w:r>
    </w:p>
    <w:p>
      <w:r>
        <w:t>四、建强基层组织，提升治理水平。协助村党组织规范落实“三会一课”、主题党日等制度，组织党员学习培训X次；协助完善村规民约，推进移风易俗；指导村务公开，规范村级议事程序，基层治理水平得到提升。</w:t>
      </w:r>
    </w:p>
    <w:p>
      <w:r>
        <w:t>五、存在的不足。一是产业项目谋划能力还需加强，带富效果有待提升；二是部分群众内生动力不足，“等靠要”思想需要进一步引导；三是自身农村工作经验还有欠缺，处理复杂问题办法不多。</w:t>
      </w:r>
    </w:p>
    <w:p>
      <w:r>
        <w:t>六、下一步打算。一是持续做强特色产业，壮大集体经济；二是深入开展走访帮扶，巩固脱贫成果；三是加强学习历练，提升服务群众的能力和水平；四是继续当好“驻村人”，与群众想在一起、干在一起，为XX村乡村振兴贡献更多力量。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