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住宅房屋租赁合同模板：租房必签的完整合同</w:t>
      </w:r>
    </w:p>
    <w:p>
      <w:r>
        <w:t>住宅房屋租赁合同（参考文本）。出租方（甲方）：＿＿＿＿＿＿＿　身份证号/统一社会信用代码：＿＿＿＿＿＿＿　承租方（乙方）：＿＿＿＿＿＿＿　身份证号：＿＿＿＿＿＿＿。</w:t>
      </w:r>
    </w:p>
    <w:p>
      <w:r>
        <w:t>第一条 房屋基本情况。甲方将位于＿＿＿市＿＿＿区＿＿＿路＿＿＿号＿＿＿栋＿＿＿室的房屋（建筑面积＿＿平方米）出租给乙方居住使用，房屋权属证明：＿＿＿，甲方保证对该房屋拥有合法出租权。</w:t>
      </w:r>
    </w:p>
    <w:p>
      <w:r>
        <w:t>第二条 租赁期限。租期自＿＿年＿月＿日起至＿＿年＿月＿日止，共＿＿年。合同期满，乙方如需续租，应提前＿＿日书面通知甲方，同等条件下乙方有优先承租权；甲方如需收回房屋，也应提前＿＿日通知乙方。</w:t>
      </w:r>
    </w:p>
    <w:p>
      <w:r>
        <w:t>第三条 租金及支付方式。月租金人民币＿＿元（大写：＿＿），支付方式：□押一付三　□押一付一　□半年付　□年付（勾选）。乙方应于每期开始前＿＿日内将租金支付至甲方指定账户。</w:t>
      </w:r>
    </w:p>
    <w:p>
      <w:r>
        <w:t>第四条 押金。乙方于合同签订之日向甲方支付押金人民币＿＿元。合同期满或解除后，乙方结清租金、水电燃气费、物业费等各项费用且房屋及设施无损坏的，甲方应在＿＿日内无息退还押金。</w:t>
      </w:r>
    </w:p>
    <w:p>
      <w:r>
        <w:t>第五条 房屋交付与家具家电清单。甲方交付房屋时应保证房屋及附属设施处于正常可使用状态，双方共同检查并填写《房屋及家具家电交接清单》（附件），包括：床、衣柜、空调、冰箱、洗衣机、热水器、燃气灶等品牌型号及完好状况。</w:t>
      </w:r>
    </w:p>
    <w:p>
      <w:r>
        <w:t>第六条 维修责任。房屋主体结构和公共设施（屋顶、墙体、管道、线路等）由甲方负责维修；因乙方使用不当造成的损坏由乙方负责维修或赔偿；家电、家具等设施自然老化的维修费用由甲方承担。</w:t>
      </w:r>
    </w:p>
    <w:p>
      <w:r>
        <w:t>第七条 费用承担。租赁期间的水费、电费、燃气费、物业费、宽带费等由＿＿方承担，按＿＿标准结算。乙方应按时缴纳，不得拖欠。</w:t>
      </w:r>
    </w:p>
    <w:p>
      <w:r>
        <w:t>第八条 转租与变更。未经甲方书面同意，乙方不得转租、转借或擅自改变房屋用途。乙方经甲方同意转租的，由转租后的实际居住人继续履行本合同义务。</w:t>
      </w:r>
    </w:p>
    <w:p>
      <w:r>
        <w:t>第九条 合同解除。有下列情形之一的，任一方可解除合同：①一方严重违约经催告后仍不改正；②房屋被征收、拆除或毁损无法居住；③因不可抗力致使合同无法履行；④其他法定或约定解除情形。</w:t>
      </w:r>
    </w:p>
    <w:p>
      <w:r>
        <w:t>第十条 违约责任。乙方逾期支付租金超过＿＿日的，甲方有权解除合同并要求乙方支付逾期利息；甲方无正当理由提前收回房屋的，应退还剩余租金和押金，并赔偿乙方损失；乙方提前退租的，押金按＿＿处理。</w:t>
      </w:r>
    </w:p>
    <w:p>
      <w:r>
        <w:t>第十一条 争议解决。因本合同发生争议，双方协商解决；协商不成的，向房屋所在地人民法院起诉。本合同一式两份，双方各执一份，自签字之日起生效。甲方：＿＿＿　乙方：＿＿＿　日期：＿＿年＿月＿日。</w:t>
      </w:r>
    </w:p>
    <w:p>
      <w:r>
        <w:t>使用说明：租房避坑要点：①核实房东身份和房屋权属，租房给“二房东”的，要看到原房东同意转租的书面证明；②押金退还条件写具体，退租时当场查验水电和物品再办交接；③家具家电清单逐项记录品牌型号和新旧程度，拍照留底，退租时按清单核对；④水电气读数交房时记下来；⑤维修责任分清，空调冰箱坏了谁修写清楚；⑥合同里没写的事项不要轻信口头承诺，让房东写进合同。</w:t>
      </w:r>
    </w:p>
    <w:p>
      <w:pPr>
        <w:pStyle w:val="Heading1"/>
      </w:pPr>
      <w:r>
        <w:t>合同使用说明</w:t>
      </w:r>
    </w:p>
    <w:p>
      <w:r>
        <w:t>本模板为通用参考文本，使用前请先逐条阅读：①甲方、乙方名称、地址、联系方式必须填写完整准确，个人填写身份证号，单位填写统一社会信用代码；②标的物、数量、价款、履行期限、交付方式等核心条款必须写清楚，含糊其辞是纠纷最大来源；③空白处不要留空，用斜线划掉或用无字样标注，防止被单方添加内容；④双方签字盖章才生效，个人签字加按手印更稳妥，单位必须加盖公章并由法定代表人（或授权代表）签字；⑤一式两份（或按双方需要）各自留存，最好再各留一份复印件或拍照存档。</w:t>
      </w:r>
    </w:p>
    <w:p>
      <w:pPr>
        <w:pStyle w:val="Heading1"/>
      </w:pPr>
      <w:r>
        <w:t>常见风险点提示</w:t>
      </w:r>
    </w:p>
    <w:p>
      <w:r>
        <w:t>签这类合同最容易踩坑的地方：①不看完整条款就签字，尤其是违约责任和争议解决条款藏在后半部分；②口头承诺没有写进合同，发生争议时口说无凭；③把履行期限写成模糊表述，如尽快、及时、近期；④价款只写总价不写明细，付款方式不清；⑤没有约定解除条件和违约金标准，出问题后无法主张；⑥签完字不核对份数和存档。建议签约前逐条朗读核对，重大合同请咨询专业律师。</w:t>
      </w:r>
    </w:p>
    <w:p>
      <w:pPr>
        <w:pStyle w:val="Heading1"/>
      </w:pPr>
      <w:r>
        <w:t>合同生效要件</w:t>
      </w:r>
    </w:p>
    <w:p>
      <w:r>
        <w:t>一份合同要有效，需要同时满足：①双方具有相应的民事行为能力；②意思表示真实，不存在欺诈、胁迫、重大误解；③不违反法律、行政法规的强制性规定，不违背公序良俗；④标的确定且可能履行。此外，法律规定或双方约定需要办理批准、登记等手续的，办理完毕才生效；附条件和附期限的合同，条件成就或期限届至时生效。</w:t>
      </w:r>
    </w:p>
    <w:p>
      <w:pPr>
        <w:pStyle w:val="Heading1"/>
      </w:pPr>
      <w:r>
        <w:t>违约责任与争议解决</w:t>
      </w:r>
    </w:p>
    <w:p>
      <w:r>
        <w:t>违约责任条款建议写明：违约情形、违约金数额或计算方法（一般不超过实际损失的30%）、赔偿范围。争议解决可以选择：①协商；②调解；③仲裁（需明确仲裁机构和仲裁规则，一裁终局）；④诉讼（需明确有管辖权的法院，一般为被告住所地、合同履行地或双方约定地法院）。选定后写进合同，不要同时约定又仲裁又诉讼。</w:t>
      </w:r>
    </w:p>
    <w:p>
      <w:pPr>
        <w:pStyle w:val="Heading1"/>
      </w:pPr>
      <w:r>
        <w:t>条款解读要点</w:t>
      </w:r>
    </w:p>
    <w:p>
      <w:r>
        <w:t>重点条款逐条解读：第一条（主体信息）明确签约资格；第二条（标的条款）要写清名称、数量、规格、质量标准；第三条（价款条款）写明总价、单价、币种、付款节点和发票；第四条（履行条款）写清时间、地点、方式和验收标准；第五条（权利与义务）列举双方核心义务；第六条（违约责任）对应义务设置违约后果；第七条（解除条款）约定解除条件和程序；第八条（争议解决）按上文选择。填空处全部填写完毕再签字。</w:t>
      </w:r>
    </w:p>
    <w:p>
      <w:pPr>
        <w:pStyle w:val="Heading1"/>
      </w:pPr>
      <w:r>
        <w:t>本站说明</w:t>
      </w:r>
    </w:p>
    <w:p>
      <w:r>
        <w:t>本站法律合同板块每天更新各类合同模板和文书，Word模板均为完整条款版本，甲方乙方信息留空，下载后填写即可打印签字。网页展示为条款预览，下载Word完整版可直接编辑使用。本文由本站AI按公开范式和法律法规整理，具体个案建议咨询专业律师或法律工作者。</w:t>
      </w:r>
    </w:p>
    <w:p>
      <w:pPr>
        <w:pStyle w:val="Heading1"/>
      </w:pPr>
      <w:r>
        <w:t>模板填写示例</w:t>
      </w:r>
    </w:p>
    <w:p>
      <w:r>
        <w:t>以租赁合同为例：甲方填写出租方全称或姓名加身份证号，乙方填写承租方信息；租金写数字加中文大写双保险；押金退还期限写具体天数；装修条款写明是否需要甲方书面同意及退租时装修处理方式。其他类型合同同理：借款合同写清利率和还款日期；劳动合同写清岗位名称和工资构成；买卖合同中商品或车辆信息（型号、编号、车况）越具体越好。填空处全部填写完毕后通读一遍，确认双方权利义务对等、金额期限无遗漏，再签字盖章并各自留存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