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2026年下半年教师资格面试12月5-6日举行，备考正当时</w:t>
      </w:r>
    </w:p>
    <w:p>
      <w:pPr>
        <w:jc w:val="center"/>
      </w:pPr>
      <w:r>
        <w:t>（模拟试卷：单选50题+多选20题+判断20题+简答10题）</w:t>
      </w:r>
    </w:p>
    <w:p>
      <w:r>
        <w:t>姓名：__________  准考证号：__________  分数：__________</w:t>
      </w:r>
    </w:p>
    <w:p/>
    <w:p>
      <w:pPr>
        <w:pStyle w:val="Heading2"/>
      </w:pPr>
      <w:r>
        <w:t>一、单项选择题（每题1分，共50分）</w:t>
      </w:r>
    </w:p>
    <w:p>
      <w:r>
        <w:t>1. 导游服务的核心是</w:t>
        <w:br/>
        <w:t>A.讲  B.解  C.服  D.务</w:t>
        <w:br/>
        <w:t>【答案】B</w:t>
      </w:r>
    </w:p>
    <w:p>
      <w:r>
        <w:t>2. 我国列入《世界遗产名录》的黄山属于</w:t>
        <w:br/>
        <w:t>A.自  B.然  C.遗  D.产</w:t>
        <w:br/>
        <w:t>【答案】C</w:t>
      </w:r>
    </w:p>
    <w:p>
      <w:r>
        <w:t>3. 旅行社责任保险的投保人是</w:t>
        <w:br/>
        <w:t>A.游  B.客  C.|  D.旅</w:t>
        <w:br/>
        <w:t>【答案】B</w:t>
      </w:r>
    </w:p>
    <w:p>
      <w:r>
        <w:t>4. 散客旅游的特点是</w:t>
        <w:br/>
        <w:t>A.规  B.模  C.大  D.|</w:t>
        <w:br/>
        <w:t>【答案】B</w:t>
      </w:r>
    </w:p>
    <w:p>
      <w:r>
        <w:t>5. 导游员带团前应提前多少时间到达集合地点</w:t>
        <w:br/>
        <w:t>A.5  B.分  C.钟  D.|</w:t>
        <w:br/>
        <w:t>【答案】B</w:t>
      </w:r>
    </w:p>
    <w:p>
      <w:r>
        <w:t>6. 我国茶文化的发源地是</w:t>
        <w:br/>
        <w:t>A.江  B.浙  C.|  D.云</w:t>
        <w:br/>
        <w:t>【答案】B</w:t>
      </w:r>
    </w:p>
    <w:p>
      <w:r>
        <w:t>7. 旅游合同纠纷的解决方式不包括</w:t>
        <w:br/>
        <w:t>A.协  B.商  C.|  D.调</w:t>
        <w:br/>
        <w:t>【答案】D</w:t>
      </w:r>
    </w:p>
    <w:p>
      <w:r>
        <w:t>8. 导游讲解中『强调重点』的手法属于</w:t>
        <w:br/>
        <w:t>A.概  B.述  C.法  D.|</w:t>
        <w:br/>
        <w:t>【答案】B</w:t>
      </w:r>
    </w:p>
    <w:p>
      <w:r>
        <w:t>9. 导游服务的核心是</w:t>
        <w:br/>
        <w:t>A.讲  B.解  C.服  D.务</w:t>
        <w:br/>
        <w:t>【答案】B</w:t>
      </w:r>
    </w:p>
    <w:p>
      <w:r>
        <w:t>10. 我国列入《世界遗产名录》的黄山属于</w:t>
        <w:br/>
        <w:t>A.自  B.然  C.遗  D.产</w:t>
        <w:br/>
        <w:t>【答案】C</w:t>
      </w:r>
    </w:p>
    <w:p>
      <w:r>
        <w:t>11. 旅行社责任保险的投保人是</w:t>
        <w:br/>
        <w:t>A.游  B.客  C.|  D.旅</w:t>
        <w:br/>
        <w:t>【答案】B</w:t>
      </w:r>
    </w:p>
    <w:p>
      <w:r>
        <w:t>12. 散客旅游的特点是</w:t>
        <w:br/>
        <w:t>A.规  B.模  C.大  D.|</w:t>
        <w:br/>
        <w:t>【答案】B</w:t>
      </w:r>
    </w:p>
    <w:p>
      <w:r>
        <w:t>13. 导游员带团前应提前多少时间到达集合地点</w:t>
        <w:br/>
        <w:t>A.5  B.分  C.钟  D.|</w:t>
        <w:br/>
        <w:t>【答案】B</w:t>
      </w:r>
    </w:p>
    <w:p>
      <w:r>
        <w:t>14. 我国茶文化的发源地是</w:t>
        <w:br/>
        <w:t>A.江  B.浙  C.|  D.云</w:t>
        <w:br/>
        <w:t>【答案】B</w:t>
      </w:r>
    </w:p>
    <w:p>
      <w:r>
        <w:t>15. 旅游合同纠纷的解决方式不包括</w:t>
        <w:br/>
        <w:t>A.协  B.商  C.|  D.调</w:t>
        <w:br/>
        <w:t>【答案】D</w:t>
      </w:r>
    </w:p>
    <w:p>
      <w:r>
        <w:t>16. 导游讲解中『强调重点』的手法属于</w:t>
        <w:br/>
        <w:t>A.概  B.述  C.法  D.|</w:t>
        <w:br/>
        <w:t>【答案】B</w:t>
      </w:r>
    </w:p>
    <w:p>
      <w:r>
        <w:t>17. 导游服务的核心是</w:t>
        <w:br/>
        <w:t>A.讲  B.解  C.服  D.务</w:t>
        <w:br/>
        <w:t>【答案】B</w:t>
      </w:r>
    </w:p>
    <w:p>
      <w:r>
        <w:t>18. 我国列入《世界遗产名录》的黄山属于</w:t>
        <w:br/>
        <w:t>A.自  B.然  C.遗  D.产</w:t>
        <w:br/>
        <w:t>【答案】C</w:t>
      </w:r>
    </w:p>
    <w:p>
      <w:r>
        <w:t>19. 旅行社责任保险的投保人是</w:t>
        <w:br/>
        <w:t>A.游  B.客  C.|  D.旅</w:t>
        <w:br/>
        <w:t>【答案】B</w:t>
      </w:r>
    </w:p>
    <w:p>
      <w:r>
        <w:t>20. 散客旅游的特点是</w:t>
        <w:br/>
        <w:t>A.规  B.模  C.大  D.|</w:t>
        <w:br/>
        <w:t>【答案】B</w:t>
      </w:r>
    </w:p>
    <w:p>
      <w:r>
        <w:t>21. 导游员带团前应提前多少时间到达集合地点</w:t>
        <w:br/>
        <w:t>A.5  B.分  C.钟  D.|</w:t>
        <w:br/>
        <w:t>【答案】B</w:t>
      </w:r>
    </w:p>
    <w:p>
      <w:r>
        <w:t>22. 我国茶文化的发源地是</w:t>
        <w:br/>
        <w:t>A.江  B.浙  C.|  D.云</w:t>
        <w:br/>
        <w:t>【答案】B</w:t>
      </w:r>
    </w:p>
    <w:p>
      <w:r>
        <w:t>23. 旅游合同纠纷的解决方式不包括</w:t>
        <w:br/>
        <w:t>A.协  B.商  C.|  D.调</w:t>
        <w:br/>
        <w:t>【答案】D</w:t>
      </w:r>
    </w:p>
    <w:p>
      <w:r>
        <w:t>24. 导游讲解中『强调重点』的手法属于</w:t>
        <w:br/>
        <w:t>A.概  B.述  C.法  D.|</w:t>
        <w:br/>
        <w:t>【答案】B</w:t>
      </w:r>
    </w:p>
    <w:p>
      <w:r>
        <w:t>25. 导游服务的核心是</w:t>
        <w:br/>
        <w:t>A.讲  B.解  C.服  D.务</w:t>
        <w:br/>
        <w:t>【答案】B</w:t>
      </w:r>
    </w:p>
    <w:p>
      <w:r>
        <w:t>26. 我国列入《世界遗产名录》的黄山属于</w:t>
        <w:br/>
        <w:t>A.自  B.然  C.遗  D.产</w:t>
        <w:br/>
        <w:t>【答案】C</w:t>
      </w:r>
    </w:p>
    <w:p>
      <w:r>
        <w:t>27. 旅行社责任保险的投保人是</w:t>
        <w:br/>
        <w:t>A.游  B.客  C.|  D.旅</w:t>
        <w:br/>
        <w:t>【答案】B</w:t>
      </w:r>
    </w:p>
    <w:p>
      <w:r>
        <w:t>28. 散客旅游的特点是</w:t>
        <w:br/>
        <w:t>A.规  B.模  C.大  D.|</w:t>
        <w:br/>
        <w:t>【答案】B</w:t>
      </w:r>
    </w:p>
    <w:p>
      <w:r>
        <w:t>29. 导游员带团前应提前多少时间到达集合地点</w:t>
        <w:br/>
        <w:t>A.5  B.分  C.钟  D.|</w:t>
        <w:br/>
        <w:t>【答案】B</w:t>
      </w:r>
    </w:p>
    <w:p>
      <w:r>
        <w:t>30. 我国茶文化的发源地是</w:t>
        <w:br/>
        <w:t>A.江  B.浙  C.|  D.云</w:t>
        <w:br/>
        <w:t>【答案】B</w:t>
      </w:r>
    </w:p>
    <w:p>
      <w:r>
        <w:t>31. 旅游合同纠纷的解决方式不包括</w:t>
        <w:br/>
        <w:t>A.协  B.商  C.|  D.调</w:t>
        <w:br/>
        <w:t>【答案】D</w:t>
      </w:r>
    </w:p>
    <w:p>
      <w:r>
        <w:t>32. 导游讲解中『强调重点』的手法属于</w:t>
        <w:br/>
        <w:t>A.概  B.述  C.法  D.|</w:t>
        <w:br/>
        <w:t>【答案】B</w:t>
      </w:r>
    </w:p>
    <w:p>
      <w:r>
        <w:t>33. 导游服务的核心是</w:t>
        <w:br/>
        <w:t>A.讲  B.解  C.服  D.务</w:t>
        <w:br/>
        <w:t>【答案】B</w:t>
      </w:r>
    </w:p>
    <w:p>
      <w:r>
        <w:t>34. 我国列入《世界遗产名录》的黄山属于</w:t>
        <w:br/>
        <w:t>A.自  B.然  C.遗  D.产</w:t>
        <w:br/>
        <w:t>【答案】C</w:t>
      </w:r>
    </w:p>
    <w:p>
      <w:r>
        <w:t>35. 旅行社责任保险的投保人是</w:t>
        <w:br/>
        <w:t>A.游  B.客  C.|  D.旅</w:t>
        <w:br/>
        <w:t>【答案】B</w:t>
      </w:r>
    </w:p>
    <w:p>
      <w:r>
        <w:t>36. 散客旅游的特点是</w:t>
        <w:br/>
        <w:t>A.规  B.模  C.大  D.|</w:t>
        <w:br/>
        <w:t>【答案】B</w:t>
      </w:r>
    </w:p>
    <w:p>
      <w:r>
        <w:t>37. 导游员带团前应提前多少时间到达集合地点</w:t>
        <w:br/>
        <w:t>A.5  B.分  C.钟  D.|</w:t>
        <w:br/>
        <w:t>【答案】B</w:t>
      </w:r>
    </w:p>
    <w:p>
      <w:r>
        <w:t>38. 我国茶文化的发源地是</w:t>
        <w:br/>
        <w:t>A.江  B.浙  C.|  D.云</w:t>
        <w:br/>
        <w:t>【答案】B</w:t>
      </w:r>
    </w:p>
    <w:p>
      <w:r>
        <w:t>39. 旅游合同纠纷的解决方式不包括</w:t>
        <w:br/>
        <w:t>A.协  B.商  C.|  D.调</w:t>
        <w:br/>
        <w:t>【答案】D</w:t>
      </w:r>
    </w:p>
    <w:p>
      <w:r>
        <w:t>40. 导游讲解中『强调重点』的手法属于</w:t>
        <w:br/>
        <w:t>A.概  B.述  C.法  D.|</w:t>
        <w:br/>
        <w:t>【答案】B</w:t>
      </w:r>
    </w:p>
    <w:p>
      <w:r>
        <w:t>41. 导游服务的核心是</w:t>
        <w:br/>
        <w:t>A.讲  B.解  C.服  D.务</w:t>
        <w:br/>
        <w:t>【答案】B</w:t>
      </w:r>
    </w:p>
    <w:p>
      <w:r>
        <w:t>42. 我国列入《世界遗产名录》的黄山属于</w:t>
        <w:br/>
        <w:t>A.自  B.然  C.遗  D.产</w:t>
        <w:br/>
        <w:t>【答案】C</w:t>
      </w:r>
    </w:p>
    <w:p>
      <w:r>
        <w:t>43. 旅行社责任保险的投保人是</w:t>
        <w:br/>
        <w:t>A.游  B.客  C.|  D.旅</w:t>
        <w:br/>
        <w:t>【答案】B</w:t>
      </w:r>
    </w:p>
    <w:p>
      <w:r>
        <w:t>44. 散客旅游的特点是</w:t>
        <w:br/>
        <w:t>A.规  B.模  C.大  D.|</w:t>
        <w:br/>
        <w:t>【答案】B</w:t>
      </w:r>
    </w:p>
    <w:p>
      <w:r>
        <w:t>45. 导游员带团前应提前多少时间到达集合地点</w:t>
        <w:br/>
        <w:t>A.5  B.分  C.钟  D.|</w:t>
        <w:br/>
        <w:t>【答案】B</w:t>
      </w:r>
    </w:p>
    <w:p>
      <w:r>
        <w:t>46. 我国茶文化的发源地是</w:t>
        <w:br/>
        <w:t>A.江  B.浙  C.|  D.云</w:t>
        <w:br/>
        <w:t>【答案】B</w:t>
      </w:r>
    </w:p>
    <w:p>
      <w:r>
        <w:t>47. 旅游合同纠纷的解决方式不包括</w:t>
        <w:br/>
        <w:t>A.协  B.商  C.|  D.调</w:t>
        <w:br/>
        <w:t>【答案】D</w:t>
      </w:r>
    </w:p>
    <w:p>
      <w:r>
        <w:t>48. 导游讲解中『强调重点』的手法属于</w:t>
        <w:br/>
        <w:t>A.概  B.述  C.法  D.|</w:t>
        <w:br/>
        <w:t>【答案】B</w:t>
      </w:r>
    </w:p>
    <w:p>
      <w:r>
        <w:t>49. 导游服务的核心是</w:t>
        <w:br/>
        <w:t>A.讲  B.解  C.服  D.务</w:t>
        <w:br/>
        <w:t>【答案】B</w:t>
      </w:r>
    </w:p>
    <w:p>
      <w:r>
        <w:t>50. 我国列入《世界遗产名录》的黄山属于</w:t>
        <w:br/>
        <w:t>A.自  B.然  C.遗  D.产</w:t>
        <w:br/>
        <w:t>【答案】C</w:t>
      </w:r>
    </w:p>
    <w:p/>
    <w:p>
      <w:pPr>
        <w:pStyle w:val="Heading2"/>
      </w:pPr>
      <w:r>
        <w:t>二、多项选择题（每题2分，共40分）</w:t>
      </w:r>
    </w:p>
    <w:p>
      <w:r>
        <w:t>51. 导游员的基本素质包括</w:t>
        <w:br/>
        <w:t>A.良  B.好  C.的  D.思</w:t>
        <w:br/>
        <w:t>【答案】ABCD</w:t>
      </w:r>
    </w:p>
    <w:p>
      <w:r>
        <w:t>52. 我国法定节假日包括</w:t>
        <w:br/>
        <w:t>A.春  B.节  C.|  D.中</w:t>
        <w:br/>
        <w:t>【答案】ABC</w:t>
      </w:r>
    </w:p>
    <w:p>
      <w:r>
        <w:t>53. 导游服务的性质包括</w:t>
        <w:br/>
        <w:t>A.社  B.会  C.性  D.|</w:t>
        <w:br/>
        <w:t>【答案】ABCD</w:t>
      </w:r>
    </w:p>
    <w:p>
      <w:r>
        <w:t>54. 旅游团队导游服务程序包括</w:t>
        <w:br/>
        <w:t>A.接  B.站  C.服  D.务</w:t>
        <w:br/>
        <w:t>【答案】ABCD</w:t>
      </w:r>
    </w:p>
    <w:p>
      <w:r>
        <w:t>55. 我国著名的石窟艺术包括</w:t>
        <w:br/>
        <w:t>A.敦  B.煌  C.莫  D.高</w:t>
        <w:br/>
        <w:t>【答案】ABCD</w:t>
      </w:r>
    </w:p>
    <w:p>
      <w:r>
        <w:t>56. 导游语言的基本要求是</w:t>
        <w:br/>
        <w:t>A.准  B.确  C.|  D.清</w:t>
        <w:br/>
        <w:t>【答案】ABC</w:t>
      </w:r>
    </w:p>
    <w:p>
      <w:r>
        <w:t>57. 旅游投诉的处理原则包括</w:t>
        <w:br/>
        <w:t>A.公  B.平  C.公  D.正</w:t>
        <w:br/>
        <w:t>【答案】ABC</w:t>
      </w:r>
    </w:p>
    <w:p>
      <w:r>
        <w:t>58. 导游证的种类包括</w:t>
        <w:br/>
        <w:t>A.正  B.式  C.导  D.游</w:t>
        <w:br/>
        <w:t>【答案】AB</w:t>
      </w:r>
    </w:p>
    <w:p>
      <w:r>
        <w:t>59. 导游员的基本素质包括</w:t>
        <w:br/>
        <w:t>A.良  B.好  C.的  D.思</w:t>
        <w:br/>
        <w:t>【答案】ABCD</w:t>
      </w:r>
    </w:p>
    <w:p>
      <w:r>
        <w:t>60. 我国法定节假日包括</w:t>
        <w:br/>
        <w:t>A.春  B.节  C.|  D.中</w:t>
        <w:br/>
        <w:t>【答案】ABC</w:t>
      </w:r>
    </w:p>
    <w:p>
      <w:r>
        <w:t>61. 导游服务的性质包括</w:t>
        <w:br/>
        <w:t>A.社  B.会  C.性  D.|</w:t>
        <w:br/>
        <w:t>【答案】ABCD</w:t>
      </w:r>
    </w:p>
    <w:p>
      <w:r>
        <w:t>62. 旅游团队导游服务程序包括</w:t>
        <w:br/>
        <w:t>A.接  B.站  C.服  D.务</w:t>
        <w:br/>
        <w:t>【答案】ABCD</w:t>
      </w:r>
    </w:p>
    <w:p>
      <w:r>
        <w:t>63. 我国著名的石窟艺术包括</w:t>
        <w:br/>
        <w:t>A.敦  B.煌  C.莫  D.高</w:t>
        <w:br/>
        <w:t>【答案】ABCD</w:t>
      </w:r>
    </w:p>
    <w:p>
      <w:r>
        <w:t>64. 导游语言的基本要求是</w:t>
        <w:br/>
        <w:t>A.准  B.确  C.|  D.清</w:t>
        <w:br/>
        <w:t>【答案】ABC</w:t>
      </w:r>
    </w:p>
    <w:p>
      <w:r>
        <w:t>65. 旅游投诉的处理原则包括</w:t>
        <w:br/>
        <w:t>A.公  B.平  C.公  D.正</w:t>
        <w:br/>
        <w:t>【答案】ABC</w:t>
      </w:r>
    </w:p>
    <w:p>
      <w:r>
        <w:t>66. 导游证的种类包括</w:t>
        <w:br/>
        <w:t>A.正  B.式  C.导  D.游</w:t>
        <w:br/>
        <w:t>【答案】AB</w:t>
      </w:r>
    </w:p>
    <w:p>
      <w:r>
        <w:t>67. 导游员的基本素质包括</w:t>
        <w:br/>
        <w:t>A.良  B.好  C.的  D.思</w:t>
        <w:br/>
        <w:t>【答案】ABCD</w:t>
      </w:r>
    </w:p>
    <w:p>
      <w:r>
        <w:t>68. 我国法定节假日包括</w:t>
        <w:br/>
        <w:t>A.春  B.节  C.|  D.中</w:t>
        <w:br/>
        <w:t>【答案】ABC</w:t>
      </w:r>
    </w:p>
    <w:p>
      <w:r>
        <w:t>69. 导游服务的性质包括</w:t>
        <w:br/>
        <w:t>A.社  B.会  C.性  D.|</w:t>
        <w:br/>
        <w:t>【答案】ABCD</w:t>
      </w:r>
    </w:p>
    <w:p>
      <w:r>
        <w:t>70. 旅游团队导游服务程序包括</w:t>
        <w:br/>
        <w:t>A.接  B.站  C.服  D.务</w:t>
        <w:br/>
        <w:t>【答案】ABCD</w:t>
      </w:r>
    </w:p>
    <w:p/>
    <w:p>
      <w:pPr>
        <w:pStyle w:val="Heading2"/>
      </w:pPr>
      <w:r>
        <w:t>三、判断题（每题1分，共20分）</w:t>
      </w:r>
    </w:p>
    <w:p>
      <w:r>
        <w:t>71. 导游证全国通用。（对/错）</w:t>
        <w:br/>
        <w:t>【答案】对</w:t>
      </w:r>
    </w:p>
    <w:p>
      <w:r>
        <w:t>72. 旅游合同必须是书面形式。（对/错）</w:t>
        <w:br/>
        <w:t>【答案】错</w:t>
      </w:r>
    </w:p>
    <w:p>
      <w:r>
        <w:t>73. 导游员可以私自变更行程。（对/错）</w:t>
        <w:br/>
        <w:t>【答案】错</w:t>
      </w:r>
    </w:p>
    <w:p>
      <w:r>
        <w:t>74. 旅行社必须投保旅行社责任保险。（对/错）</w:t>
        <w:br/>
        <w:t>【答案】对</w:t>
      </w:r>
    </w:p>
    <w:p>
      <w:r>
        <w:t>75. 导游员讲解时可以随意编造历史故事。（对/错）</w:t>
        <w:br/>
        <w:t>【答案】错</w:t>
      </w:r>
    </w:p>
    <w:p>
      <w:r>
        <w:t>76. 散客旅游是旅游业发展的趋势之一。（对/错）</w:t>
        <w:br/>
        <w:t>【答案】对</w:t>
      </w:r>
    </w:p>
    <w:p>
      <w:r>
        <w:t>77. 导游员应全程佩戴导游证。（对/错）</w:t>
        <w:br/>
        <w:t>【答案】对</w:t>
      </w:r>
    </w:p>
    <w:p>
      <w:r>
        <w:t>78. 游客购物属于旅行社安排的必经环节。（对/错）</w:t>
        <w:br/>
        <w:t>【答案】错</w:t>
      </w:r>
    </w:p>
    <w:p>
      <w:r>
        <w:t>79. 导游证全国通用。（对/错）</w:t>
        <w:br/>
        <w:t>【答案】对</w:t>
      </w:r>
    </w:p>
    <w:p>
      <w:r>
        <w:t>80. 旅游合同必须是书面形式。（对/错）</w:t>
        <w:br/>
        <w:t>【答案】错</w:t>
      </w:r>
    </w:p>
    <w:p>
      <w:r>
        <w:t>81. 导游员可以私自变更行程。（对/错）</w:t>
        <w:br/>
        <w:t>【答案】错</w:t>
      </w:r>
    </w:p>
    <w:p>
      <w:r>
        <w:t>82. 旅行社必须投保旅行社责任保险。（对/错）</w:t>
        <w:br/>
        <w:t>【答案】对</w:t>
      </w:r>
    </w:p>
    <w:p>
      <w:r>
        <w:t>83. 导游员讲解时可以随意编造历史故事。（对/错）</w:t>
        <w:br/>
        <w:t>【答案】错</w:t>
      </w:r>
    </w:p>
    <w:p>
      <w:r>
        <w:t>84. 散客旅游是旅游业发展的趋势之一。（对/错）</w:t>
        <w:br/>
        <w:t>【答案】对</w:t>
      </w:r>
    </w:p>
    <w:p>
      <w:r>
        <w:t>85. 导游员应全程佩戴导游证。（对/错）</w:t>
        <w:br/>
        <w:t>【答案】对</w:t>
      </w:r>
    </w:p>
    <w:p>
      <w:r>
        <w:t>86. 游客购物属于旅行社安排的必经环节。（对/错）</w:t>
        <w:br/>
        <w:t>【答案】错</w:t>
      </w:r>
    </w:p>
    <w:p>
      <w:r>
        <w:t>87. 导游证全国通用。（对/错）</w:t>
        <w:br/>
        <w:t>【答案】对</w:t>
      </w:r>
    </w:p>
    <w:p>
      <w:r>
        <w:t>88. 旅游合同必须是书面形式。（对/错）</w:t>
        <w:br/>
        <w:t>【答案】错</w:t>
      </w:r>
    </w:p>
    <w:p>
      <w:r>
        <w:t>89. 导游员可以私自变更行程。（对/错）</w:t>
        <w:br/>
        <w:t>【答案】错</w:t>
      </w:r>
    </w:p>
    <w:p>
      <w:r>
        <w:t>90. 旅行社必须投保旅行社责任保险。（对/错）</w:t>
        <w:br/>
        <w:t>【答案】对</w:t>
      </w:r>
    </w:p>
    <w:p/>
    <w:p>
      <w:pPr>
        <w:pStyle w:val="Heading2"/>
      </w:pPr>
      <w:r>
        <w:t>四、简答题（每题3分，共30分）</w:t>
      </w:r>
    </w:p>
    <w:p>
      <w:r>
        <w:t>91. 简述导游员接站服务的主要程序。</w:t>
        <w:br/>
        <w:t>【答案】确认航班车次、提前到达、持标志接站、清点人数、组织上车</w:t>
      </w:r>
    </w:p>
    <w:p>
      <w:r>
        <w:t>92. 导游讲解的基本原则有哪些？</w:t>
        <w:br/>
        <w:t>【答案】客观性、针对性、计划性、灵活性</w:t>
      </w:r>
    </w:p>
    <w:p>
      <w:r>
        <w:t>93. 发生游客走失应如何处理？</w:t>
        <w:br/>
        <w:t>【答案】立即寻找、报告旅行社、联系警方、安抚游客</w:t>
      </w:r>
    </w:p>
    <w:p>
      <w:r>
        <w:t>94. 如何做好老年游客的服务？</w:t>
        <w:br/>
        <w:t>【答案】放慢节奏、多加照顾、注意安全、耐心讲解</w:t>
      </w:r>
    </w:p>
    <w:p>
      <w:r>
        <w:t>95. 简述导游员接站服务的主要程序。</w:t>
        <w:br/>
        <w:t>【答案】确认航班车次、提前到达、持标志接站、清点人数、组织上车</w:t>
      </w:r>
    </w:p>
    <w:p>
      <w:r>
        <w:t>96. 导游讲解的基本原则有哪些？</w:t>
        <w:br/>
        <w:t>【答案】客观性、针对性、计划性、灵活性</w:t>
      </w:r>
    </w:p>
    <w:p>
      <w:r>
        <w:t>97. 发生游客走失应如何处理？</w:t>
        <w:br/>
        <w:t>【答案】立即寻找、报告旅行社、联系警方、安抚游客</w:t>
      </w:r>
    </w:p>
    <w:p>
      <w:r>
        <w:t>98. 如何做好老年游客的服务？</w:t>
        <w:br/>
        <w:t>【答案】放慢节奏、多加照顾、注意安全、耐心讲解</w:t>
      </w:r>
    </w:p>
    <w:p>
      <w:r>
        <w:t>99. 简述导游员接站服务的主要程序。</w:t>
        <w:br/>
        <w:t>【答案】确认航班车次、提前到达、持标志接站、清点人数、组织上车</w:t>
      </w:r>
    </w:p>
    <w:p>
      <w:r>
        <w:t>100. 导游讲解的基本原则有哪些？</w:t>
        <w:br/>
        <w:t>【答案】客观性、针对性、计划性、灵活性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【一、单项选择题（每题1分，共50分）】</w:t>
      </w:r>
    </w:p>
    <w:p>
      <w:r>
        <w:t>1. 导游服务的核心是</w:t>
        <w:br/>
        <w:t>A.讲  B.解  C.服  D.务</w:t>
        <w:br/>
        <w:t>【答案】B  1. 导游服务的核心是</w:t>
        <w:br/>
        <w:t>A.讲  B.解  C.服  D.务</w:t>
        <w:br/>
        <w:t>【答案】B</w:t>
      </w:r>
    </w:p>
    <w:p>
      <w:r>
        <w:t>2. 我国列入《世界遗产名录》的黄山属于</w:t>
        <w:br/>
        <w:t>A.自  B.然  C.遗  D.产</w:t>
        <w:br/>
        <w:t>【答案】C  2. 我国列入《世界遗产名录》的黄山属于</w:t>
        <w:br/>
        <w:t>A.自  B.然  C.遗  D.产</w:t>
        <w:br/>
        <w:t>【答案】C</w:t>
      </w:r>
    </w:p>
    <w:p>
      <w:r>
        <w:t>3. 旅行社责任保险的投保人是</w:t>
        <w:br/>
        <w:t>A.游  B.客  C.|  D.旅</w:t>
        <w:br/>
        <w:t>【答案】B  3. 旅行社责任保险的投保人是</w:t>
        <w:br/>
        <w:t>A.游  B.客  C.|  D.旅</w:t>
        <w:br/>
        <w:t>【答案】B</w:t>
      </w:r>
    </w:p>
    <w:p>
      <w:r>
        <w:t>4. 散客旅游的特点是</w:t>
        <w:br/>
        <w:t>A.规  B.模  C.大  D.|</w:t>
        <w:br/>
        <w:t>【答案】B  4. 散客旅游的特点是</w:t>
        <w:br/>
        <w:t>A.规  B.模  C.大  D.|</w:t>
        <w:br/>
        <w:t>【答案】B</w:t>
      </w:r>
    </w:p>
    <w:p>
      <w:r>
        <w:t>5. 导游员带团前应提前多少时间到达集合地点</w:t>
        <w:br/>
        <w:t>A.5  B.分  C.钟  D.|</w:t>
        <w:br/>
        <w:t>【答案】B  5. 导游员带团前应提前多少时间到达集合地点</w:t>
        <w:br/>
        <w:t>A.5  B.分  C.钟  D.|</w:t>
        <w:br/>
        <w:t>【答案】B</w:t>
      </w:r>
    </w:p>
    <w:p>
      <w:r>
        <w:t>6. 我国茶文化的发源地是</w:t>
        <w:br/>
        <w:t>A.江  B.浙  C.|  D.云</w:t>
        <w:br/>
        <w:t>【答案】B  6. 我国茶文化的发源地是</w:t>
        <w:br/>
        <w:t>A.江  B.浙  C.|  D.云</w:t>
        <w:br/>
        <w:t>【答案】B</w:t>
      </w:r>
    </w:p>
    <w:p>
      <w:r>
        <w:t>7. 旅游合同纠纷的解决方式不包括</w:t>
        <w:br/>
        <w:t>A.协  B.商  C.|  D.调</w:t>
        <w:br/>
        <w:t>【答案】D  7. 旅游合同纠纷的解决方式不包括</w:t>
        <w:br/>
        <w:t>A.协  B.商  C.|  D.调</w:t>
        <w:br/>
        <w:t>【答案】D</w:t>
      </w:r>
    </w:p>
    <w:p>
      <w:r>
        <w:t>8. 导游讲解中『强调重点』的手法属于</w:t>
        <w:br/>
        <w:t>A.概  B.述  C.法  D.|</w:t>
        <w:br/>
        <w:t>【答案】B  8. 导游讲解中『强调重点』的手法属于</w:t>
        <w:br/>
        <w:t>A.概  B.述  C.法  D.|</w:t>
        <w:br/>
        <w:t>【答案】B</w:t>
      </w:r>
    </w:p>
    <w:p>
      <w:r>
        <w:t>9. 导游服务的核心是</w:t>
        <w:br/>
        <w:t>A.讲  B.解  C.服  D.务</w:t>
        <w:br/>
        <w:t>【答案】B  9. 导游服务的核心是</w:t>
        <w:br/>
        <w:t>A.讲  B.解  C.服  D.务</w:t>
        <w:br/>
        <w:t>【答案】B</w:t>
      </w:r>
    </w:p>
    <w:p>
      <w:r>
        <w:t>10. 我国列入《世界遗产名录》的黄山属于</w:t>
        <w:br/>
        <w:t>A.自  B.然  C.遗  D.产</w:t>
        <w:br/>
        <w:t>【答案】C  10. 我国列入《世界遗产名录》的黄山属于</w:t>
        <w:br/>
        <w:t>A.自  B.然  C.遗  D.产</w:t>
        <w:br/>
        <w:t>【答案】C</w:t>
      </w:r>
    </w:p>
    <w:p>
      <w:r>
        <w:t>11. 旅行社责任保险的投保人是</w:t>
        <w:br/>
        <w:t>A.游  B.客  C.|  D.旅</w:t>
        <w:br/>
        <w:t>【答案】B  11. 旅行社责任保险的投保人是</w:t>
        <w:br/>
        <w:t>A.游  B.客  C.|  D.旅</w:t>
        <w:br/>
        <w:t>【答案】B</w:t>
      </w:r>
    </w:p>
    <w:p>
      <w:r>
        <w:t>12. 散客旅游的特点是</w:t>
        <w:br/>
        <w:t>A.规  B.模  C.大  D.|</w:t>
        <w:br/>
        <w:t>【答案】B  12. 散客旅游的特点是</w:t>
        <w:br/>
        <w:t>A.规  B.模  C.大  D.|</w:t>
        <w:br/>
        <w:t>【答案】B</w:t>
      </w:r>
    </w:p>
    <w:p>
      <w:r>
        <w:t>13. 导游员带团前应提前多少时间到达集合地点</w:t>
        <w:br/>
        <w:t>A.5  B.分  C.钟  D.|</w:t>
        <w:br/>
        <w:t>【答案】B  13. 导游员带团前应提前多少时间到达集合地点</w:t>
        <w:br/>
        <w:t>A.5  B.分  C.钟  D.|</w:t>
        <w:br/>
        <w:t>【答案】B</w:t>
      </w:r>
    </w:p>
    <w:p>
      <w:r>
        <w:t>14. 我国茶文化的发源地是</w:t>
        <w:br/>
        <w:t>A.江  B.浙  C.|  D.云</w:t>
        <w:br/>
        <w:t>【答案】B  14. 我国茶文化的发源地是</w:t>
        <w:br/>
        <w:t>A.江  B.浙  C.|  D.云</w:t>
        <w:br/>
        <w:t>【答案】B</w:t>
      </w:r>
    </w:p>
    <w:p>
      <w:r>
        <w:t>15. 旅游合同纠纷的解决方式不包括</w:t>
        <w:br/>
        <w:t>A.协  B.商  C.|  D.调</w:t>
        <w:br/>
        <w:t>【答案】D  15. 旅游合同纠纷的解决方式不包括</w:t>
        <w:br/>
        <w:t>A.协  B.商  C.|  D.调</w:t>
        <w:br/>
        <w:t>【答案】D</w:t>
      </w:r>
    </w:p>
    <w:p>
      <w:r>
        <w:t>16. 导游讲解中『强调重点』的手法属于</w:t>
        <w:br/>
        <w:t>A.概  B.述  C.法  D.|</w:t>
        <w:br/>
        <w:t>【答案】B  16. 导游讲解中『强调重点』的手法属于</w:t>
        <w:br/>
        <w:t>A.概  B.述  C.法  D.|</w:t>
        <w:br/>
        <w:t>【答案】B</w:t>
      </w:r>
    </w:p>
    <w:p>
      <w:r>
        <w:t>17. 导游服务的核心是</w:t>
        <w:br/>
        <w:t>A.讲  B.解  C.服  D.务</w:t>
        <w:br/>
        <w:t>【答案】B  17. 导游服务的核心是</w:t>
        <w:br/>
        <w:t>A.讲  B.解  C.服  D.务</w:t>
        <w:br/>
        <w:t>【答案】B</w:t>
      </w:r>
    </w:p>
    <w:p>
      <w:r>
        <w:t>18. 我国列入《世界遗产名录》的黄山属于</w:t>
        <w:br/>
        <w:t>A.自  B.然  C.遗  D.产</w:t>
        <w:br/>
        <w:t>【答案】C  18. 我国列入《世界遗产名录》的黄山属于</w:t>
        <w:br/>
        <w:t>A.自  B.然  C.遗  D.产</w:t>
        <w:br/>
        <w:t>【答案】C</w:t>
      </w:r>
    </w:p>
    <w:p>
      <w:r>
        <w:t>19. 旅行社责任保险的投保人是</w:t>
        <w:br/>
        <w:t>A.游  B.客  C.|  D.旅</w:t>
        <w:br/>
        <w:t>【答案】B  19. 旅行社责任保险的投保人是</w:t>
        <w:br/>
        <w:t>A.游  B.客  C.|  D.旅</w:t>
        <w:br/>
        <w:t>【答案】B</w:t>
      </w:r>
    </w:p>
    <w:p>
      <w:r>
        <w:t>20. 散客旅游的特点是</w:t>
        <w:br/>
        <w:t>A.规  B.模  C.大  D.|</w:t>
        <w:br/>
        <w:t>【答案】B  20. 散客旅游的特点是</w:t>
        <w:br/>
        <w:t>A.规  B.模  C.大  D.|</w:t>
        <w:br/>
        <w:t>【答案】B</w:t>
      </w:r>
    </w:p>
    <w:p>
      <w:r>
        <w:t>21. 导游员带团前应提前多少时间到达集合地点</w:t>
        <w:br/>
        <w:t>A.5  B.分  C.钟  D.|</w:t>
        <w:br/>
        <w:t>【答案】B  21. 导游员带团前应提前多少时间到达集合地点</w:t>
        <w:br/>
        <w:t>A.5  B.分  C.钟  D.|</w:t>
        <w:br/>
        <w:t>【答案】B</w:t>
      </w:r>
    </w:p>
    <w:p>
      <w:r>
        <w:t>22. 我国茶文化的发源地是</w:t>
        <w:br/>
        <w:t>A.江  B.浙  C.|  D.云</w:t>
        <w:br/>
        <w:t>【答案】B  22. 我国茶文化的发源地是</w:t>
        <w:br/>
        <w:t>A.江  B.浙  C.|  D.云</w:t>
        <w:br/>
        <w:t>【答案】B</w:t>
      </w:r>
    </w:p>
    <w:p>
      <w:r>
        <w:t>23. 旅游合同纠纷的解决方式不包括</w:t>
        <w:br/>
        <w:t>A.协  B.商  C.|  D.调</w:t>
        <w:br/>
        <w:t>【答案】D  23. 旅游合同纠纷的解决方式不包括</w:t>
        <w:br/>
        <w:t>A.协  B.商  C.|  D.调</w:t>
        <w:br/>
        <w:t>【答案】D</w:t>
      </w:r>
    </w:p>
    <w:p>
      <w:r>
        <w:t>24. 导游讲解中『强调重点』的手法属于</w:t>
        <w:br/>
        <w:t>A.概  B.述  C.法  D.|</w:t>
        <w:br/>
        <w:t>【答案】B  24. 导游讲解中『强调重点』的手法属于</w:t>
        <w:br/>
        <w:t>A.概  B.述  C.法  D.|</w:t>
        <w:br/>
        <w:t>【答案】B</w:t>
      </w:r>
    </w:p>
    <w:p>
      <w:r>
        <w:t>25. 导游服务的核心是</w:t>
        <w:br/>
        <w:t>A.讲  B.解  C.服  D.务</w:t>
        <w:br/>
        <w:t>【答案】B  25. 导游服务的核心是</w:t>
        <w:br/>
        <w:t>A.讲  B.解  C.服  D.务</w:t>
        <w:br/>
        <w:t>【答案】B</w:t>
      </w:r>
    </w:p>
    <w:p>
      <w:r>
        <w:t>26. 我国列入《世界遗产名录》的黄山属于</w:t>
        <w:br/>
        <w:t>A.自  B.然  C.遗  D.产</w:t>
        <w:br/>
        <w:t>【答案】C  26. 我国列入《世界遗产名录》的黄山属于</w:t>
        <w:br/>
        <w:t>A.自  B.然  C.遗  D.产</w:t>
        <w:br/>
        <w:t>【答案】C</w:t>
      </w:r>
    </w:p>
    <w:p>
      <w:r>
        <w:t>27. 旅行社责任保险的投保人是</w:t>
        <w:br/>
        <w:t>A.游  B.客  C.|  D.旅</w:t>
        <w:br/>
        <w:t>【答案】B  27. 旅行社责任保险的投保人是</w:t>
        <w:br/>
        <w:t>A.游  B.客  C.|  D.旅</w:t>
        <w:br/>
        <w:t>【答案】B</w:t>
      </w:r>
    </w:p>
    <w:p>
      <w:r>
        <w:t>28. 散客旅游的特点是</w:t>
        <w:br/>
        <w:t>A.规  B.模  C.大  D.|</w:t>
        <w:br/>
        <w:t>【答案】B  28. 散客旅游的特点是</w:t>
        <w:br/>
        <w:t>A.规  B.模  C.大  D.|</w:t>
        <w:br/>
        <w:t>【答案】B</w:t>
      </w:r>
    </w:p>
    <w:p>
      <w:r>
        <w:t>29. 导游员带团前应提前多少时间到达集合地点</w:t>
        <w:br/>
        <w:t>A.5  B.分  C.钟  D.|</w:t>
        <w:br/>
        <w:t>【答案】B  29. 导游员带团前应提前多少时间到达集合地点</w:t>
        <w:br/>
        <w:t>A.5  B.分  C.钟  D.|</w:t>
        <w:br/>
        <w:t>【答案】B</w:t>
      </w:r>
    </w:p>
    <w:p>
      <w:r>
        <w:t>30. 我国茶文化的发源地是</w:t>
        <w:br/>
        <w:t>A.江  B.浙  C.|  D.云</w:t>
        <w:br/>
        <w:t>【答案】B  30. 我国茶文化的发源地是</w:t>
        <w:br/>
        <w:t>A.江  B.浙  C.|  D.云</w:t>
        <w:br/>
        <w:t>【答案】B</w:t>
      </w:r>
    </w:p>
    <w:p>
      <w:r>
        <w:t>31. 旅游合同纠纷的解决方式不包括</w:t>
        <w:br/>
        <w:t>A.协  B.商  C.|  D.调</w:t>
        <w:br/>
        <w:t>【答案】D  31. 旅游合同纠纷的解决方式不包括</w:t>
        <w:br/>
        <w:t>A.协  B.商  C.|  D.调</w:t>
        <w:br/>
        <w:t>【答案】D</w:t>
      </w:r>
    </w:p>
    <w:p>
      <w:r>
        <w:t>32. 导游讲解中『强调重点』的手法属于</w:t>
        <w:br/>
        <w:t>A.概  B.述  C.法  D.|</w:t>
        <w:br/>
        <w:t>【答案】B  32. 导游讲解中『强调重点』的手法属于</w:t>
        <w:br/>
        <w:t>A.概  B.述  C.法  D.|</w:t>
        <w:br/>
        <w:t>【答案】B</w:t>
      </w:r>
    </w:p>
    <w:p>
      <w:r>
        <w:t>33. 导游服务的核心是</w:t>
        <w:br/>
        <w:t>A.讲  B.解  C.服  D.务</w:t>
        <w:br/>
        <w:t>【答案】B  33. 导游服务的核心是</w:t>
        <w:br/>
        <w:t>A.讲  B.解  C.服  D.务</w:t>
        <w:br/>
        <w:t>【答案】B</w:t>
      </w:r>
    </w:p>
    <w:p>
      <w:r>
        <w:t>34. 我国列入《世界遗产名录》的黄山属于</w:t>
        <w:br/>
        <w:t>A.自  B.然  C.遗  D.产</w:t>
        <w:br/>
        <w:t>【答案】C  34. 我国列入《世界遗产名录》的黄山属于</w:t>
        <w:br/>
        <w:t>A.自  B.然  C.遗  D.产</w:t>
        <w:br/>
        <w:t>【答案】C</w:t>
      </w:r>
    </w:p>
    <w:p>
      <w:r>
        <w:t>35. 旅行社责任保险的投保人是</w:t>
        <w:br/>
        <w:t>A.游  B.客  C.|  D.旅</w:t>
        <w:br/>
        <w:t>【答案】B  35. 旅行社责任保险的投保人是</w:t>
        <w:br/>
        <w:t>A.游  B.客  C.|  D.旅</w:t>
        <w:br/>
        <w:t>【答案】B</w:t>
      </w:r>
    </w:p>
    <w:p>
      <w:r>
        <w:t>36. 散客旅游的特点是</w:t>
        <w:br/>
        <w:t>A.规  B.模  C.大  D.|</w:t>
        <w:br/>
        <w:t>【答案】B  36. 散客旅游的特点是</w:t>
        <w:br/>
        <w:t>A.规  B.模  C.大  D.|</w:t>
        <w:br/>
        <w:t>【答案】B</w:t>
      </w:r>
    </w:p>
    <w:p>
      <w:r>
        <w:t>37. 导游员带团前应提前多少时间到达集合地点</w:t>
        <w:br/>
        <w:t>A.5  B.分  C.钟  D.|</w:t>
        <w:br/>
        <w:t>【答案】B  37. 导游员带团前应提前多少时间到达集合地点</w:t>
        <w:br/>
        <w:t>A.5  B.分  C.钟  D.|</w:t>
        <w:br/>
        <w:t>【答案】B</w:t>
      </w:r>
    </w:p>
    <w:p>
      <w:r>
        <w:t>38. 我国茶文化的发源地是</w:t>
        <w:br/>
        <w:t>A.江  B.浙  C.|  D.云</w:t>
        <w:br/>
        <w:t>【答案】B  38. 我国茶文化的发源地是</w:t>
        <w:br/>
        <w:t>A.江  B.浙  C.|  D.云</w:t>
        <w:br/>
        <w:t>【答案】B</w:t>
      </w:r>
    </w:p>
    <w:p>
      <w:r>
        <w:t>39. 旅游合同纠纷的解决方式不包括</w:t>
        <w:br/>
        <w:t>A.协  B.商  C.|  D.调</w:t>
        <w:br/>
        <w:t>【答案】D  39. 旅游合同纠纷的解决方式不包括</w:t>
        <w:br/>
        <w:t>A.协  B.商  C.|  D.调</w:t>
        <w:br/>
        <w:t>【答案】D</w:t>
      </w:r>
    </w:p>
    <w:p>
      <w:r>
        <w:t>40. 导游讲解中『强调重点』的手法属于</w:t>
        <w:br/>
        <w:t>A.概  B.述  C.法  D.|</w:t>
        <w:br/>
        <w:t>【答案】B  40. 导游讲解中『强调重点』的手法属于</w:t>
        <w:br/>
        <w:t>A.概  B.述  C.法  D.|</w:t>
        <w:br/>
        <w:t>【答案】B</w:t>
      </w:r>
    </w:p>
    <w:p>
      <w:r>
        <w:t>41. 导游服务的核心是</w:t>
        <w:br/>
        <w:t>A.讲  B.解  C.服  D.务</w:t>
        <w:br/>
        <w:t>【答案】B  41. 导游服务的核心是</w:t>
        <w:br/>
        <w:t>A.讲  B.解  C.服  D.务</w:t>
        <w:br/>
        <w:t>【答案】B</w:t>
      </w:r>
    </w:p>
    <w:p>
      <w:r>
        <w:t>42. 我国列入《世界遗产名录》的黄山属于</w:t>
        <w:br/>
        <w:t>A.自  B.然  C.遗  D.产</w:t>
        <w:br/>
        <w:t>【答案】C  42. 我国列入《世界遗产名录》的黄山属于</w:t>
        <w:br/>
        <w:t>A.自  B.然  C.遗  D.产</w:t>
        <w:br/>
        <w:t>【答案】C</w:t>
      </w:r>
    </w:p>
    <w:p>
      <w:r>
        <w:t>43. 旅行社责任保险的投保人是</w:t>
        <w:br/>
        <w:t>A.游  B.客  C.|  D.旅</w:t>
        <w:br/>
        <w:t>【答案】B  43. 旅行社责任保险的投保人是</w:t>
        <w:br/>
        <w:t>A.游  B.客  C.|  D.旅</w:t>
        <w:br/>
        <w:t>【答案】B</w:t>
      </w:r>
    </w:p>
    <w:p>
      <w:r>
        <w:t>44. 散客旅游的特点是</w:t>
        <w:br/>
        <w:t>A.规  B.模  C.大  D.|</w:t>
        <w:br/>
        <w:t>【答案】B  44. 散客旅游的特点是</w:t>
        <w:br/>
        <w:t>A.规  B.模  C.大  D.|</w:t>
        <w:br/>
        <w:t>【答案】B</w:t>
      </w:r>
    </w:p>
    <w:p>
      <w:r>
        <w:t>45. 导游员带团前应提前多少时间到达集合地点</w:t>
        <w:br/>
        <w:t>A.5  B.分  C.钟  D.|</w:t>
        <w:br/>
        <w:t>【答案】B  45. 导游员带团前应提前多少时间到达集合地点</w:t>
        <w:br/>
        <w:t>A.5  B.分  C.钟  D.|</w:t>
        <w:br/>
        <w:t>【答案】B</w:t>
      </w:r>
    </w:p>
    <w:p>
      <w:r>
        <w:t>46. 我国茶文化的发源地是</w:t>
        <w:br/>
        <w:t>A.江  B.浙  C.|  D.云</w:t>
        <w:br/>
        <w:t>【答案】B  46. 我国茶文化的发源地是</w:t>
        <w:br/>
        <w:t>A.江  B.浙  C.|  D.云</w:t>
        <w:br/>
        <w:t>【答案】B</w:t>
      </w:r>
    </w:p>
    <w:p>
      <w:r>
        <w:t>47. 旅游合同纠纷的解决方式不包括</w:t>
        <w:br/>
        <w:t>A.协  B.商  C.|  D.调</w:t>
        <w:br/>
        <w:t>【答案】D  47. 旅游合同纠纷的解决方式不包括</w:t>
        <w:br/>
        <w:t>A.协  B.商  C.|  D.调</w:t>
        <w:br/>
        <w:t>【答案】D</w:t>
      </w:r>
    </w:p>
    <w:p>
      <w:r>
        <w:t>48. 导游讲解中『强调重点』的手法属于</w:t>
        <w:br/>
        <w:t>A.概  B.述  C.法  D.|</w:t>
        <w:br/>
        <w:t>【答案】B  48. 导游讲解中『强调重点』的手法属于</w:t>
        <w:br/>
        <w:t>A.概  B.述  C.法  D.|</w:t>
        <w:br/>
        <w:t>【答案】B</w:t>
      </w:r>
    </w:p>
    <w:p>
      <w:r>
        <w:t>49. 导游服务的核心是</w:t>
        <w:br/>
        <w:t>A.讲  B.解  C.服  D.务</w:t>
        <w:br/>
        <w:t>【答案】B  49. 导游服务的核心是</w:t>
        <w:br/>
        <w:t>A.讲  B.解  C.服  D.务</w:t>
        <w:br/>
        <w:t>【答案】B</w:t>
      </w:r>
    </w:p>
    <w:p>
      <w:r>
        <w:t>50. 我国列入《世界遗产名录》的黄山属于</w:t>
        <w:br/>
        <w:t>A.自  B.然  C.遗  D.产</w:t>
        <w:br/>
        <w:t>【答案】C  50. 我国列入《世界遗产名录》的黄山属于</w:t>
        <w:br/>
        <w:t>A.自  B.然  C.遗  D.产</w:t>
        <w:br/>
        <w:t>【答案】C</w:t>
      </w:r>
    </w:p>
    <w:p>
      <w:r>
        <w:t>【二、多项选择题（每题2分，共40分）】</w:t>
      </w:r>
    </w:p>
    <w:p>
      <w:r>
        <w:t>51. 导游员的基本素质包括</w:t>
        <w:br/>
        <w:t>A.良  B.好  C.的  D.思</w:t>
        <w:br/>
        <w:t>【答案】ABCD  51. 导游员的基本素质包括</w:t>
        <w:br/>
        <w:t>A.良  B.好  C.的  D.思</w:t>
        <w:br/>
        <w:t>【答案】ABCD</w:t>
      </w:r>
    </w:p>
    <w:p>
      <w:r>
        <w:t>52. 我国法定节假日包括</w:t>
        <w:br/>
        <w:t>A.春  B.节  C.|  D.中</w:t>
        <w:br/>
        <w:t>【答案】ABC  52. 我国法定节假日包括</w:t>
        <w:br/>
        <w:t>A.春  B.节  C.|  D.中</w:t>
        <w:br/>
        <w:t>【答案】ABC</w:t>
      </w:r>
    </w:p>
    <w:p>
      <w:r>
        <w:t>53. 导游服务的性质包括</w:t>
        <w:br/>
        <w:t>A.社  B.会  C.性  D.|</w:t>
        <w:br/>
        <w:t>【答案】ABCD  53. 导游服务的性质包括</w:t>
        <w:br/>
        <w:t>A.社  B.会  C.性  D.|</w:t>
        <w:br/>
        <w:t>【答案】ABCD</w:t>
      </w:r>
    </w:p>
    <w:p>
      <w:r>
        <w:t>54. 旅游团队导游服务程序包括</w:t>
        <w:br/>
        <w:t>A.接  B.站  C.服  D.务</w:t>
        <w:br/>
        <w:t>【答案】ABCD  54. 旅游团队导游服务程序包括</w:t>
        <w:br/>
        <w:t>A.接  B.站  C.服  D.务</w:t>
        <w:br/>
        <w:t>【答案】ABCD</w:t>
      </w:r>
    </w:p>
    <w:p>
      <w:r>
        <w:t>55. 我国著名的石窟艺术包括</w:t>
        <w:br/>
        <w:t>A.敦  B.煌  C.莫  D.高</w:t>
        <w:br/>
        <w:t>【答案】ABCD  55. 我国著名的石窟艺术包括</w:t>
        <w:br/>
        <w:t>A.敦  B.煌  C.莫  D.高</w:t>
        <w:br/>
        <w:t>【答案】ABCD</w:t>
      </w:r>
    </w:p>
    <w:p>
      <w:r>
        <w:t>56. 导游语言的基本要求是</w:t>
        <w:br/>
        <w:t>A.准  B.确  C.|  D.清</w:t>
        <w:br/>
        <w:t>【答案】ABC  56. 导游语言的基本要求是</w:t>
        <w:br/>
        <w:t>A.准  B.确  C.|  D.清</w:t>
        <w:br/>
        <w:t>【答案】ABC</w:t>
      </w:r>
    </w:p>
    <w:p>
      <w:r>
        <w:t>57. 旅游投诉的处理原则包括</w:t>
        <w:br/>
        <w:t>A.公  B.平  C.公  D.正</w:t>
        <w:br/>
        <w:t>【答案】ABC  57. 旅游投诉的处理原则包括</w:t>
        <w:br/>
        <w:t>A.公  B.平  C.公  D.正</w:t>
        <w:br/>
        <w:t>【答案】ABC</w:t>
      </w:r>
    </w:p>
    <w:p>
      <w:r>
        <w:t>58. 导游证的种类包括</w:t>
        <w:br/>
        <w:t>A.正  B.式  C.导  D.游</w:t>
        <w:br/>
        <w:t>【答案】AB  58. 导游证的种类包括</w:t>
        <w:br/>
        <w:t>A.正  B.式  C.导  D.游</w:t>
        <w:br/>
        <w:t>【答案】AB</w:t>
      </w:r>
    </w:p>
    <w:p>
      <w:r>
        <w:t>59. 导游员的基本素质包括</w:t>
        <w:br/>
        <w:t>A.良  B.好  C.的  D.思</w:t>
        <w:br/>
        <w:t>【答案】ABCD  59. 导游员的基本素质包括</w:t>
        <w:br/>
        <w:t>A.良  B.好  C.的  D.思</w:t>
        <w:br/>
        <w:t>【答案】ABCD</w:t>
      </w:r>
    </w:p>
    <w:p>
      <w:r>
        <w:t>60. 我国法定节假日包括</w:t>
        <w:br/>
        <w:t>A.春  B.节  C.|  D.中</w:t>
        <w:br/>
        <w:t>【答案】ABC  60. 我国法定节假日包括</w:t>
        <w:br/>
        <w:t>A.春  B.节  C.|  D.中</w:t>
        <w:br/>
        <w:t>【答案】ABC</w:t>
      </w:r>
    </w:p>
    <w:p>
      <w:r>
        <w:t>61. 导游服务的性质包括</w:t>
        <w:br/>
        <w:t>A.社  B.会  C.性  D.|</w:t>
        <w:br/>
        <w:t>【答案】ABCD  61. 导游服务的性质包括</w:t>
        <w:br/>
        <w:t>A.社  B.会  C.性  D.|</w:t>
        <w:br/>
        <w:t>【答案】ABCD</w:t>
      </w:r>
    </w:p>
    <w:p>
      <w:r>
        <w:t>62. 旅游团队导游服务程序包括</w:t>
        <w:br/>
        <w:t>A.接  B.站  C.服  D.务</w:t>
        <w:br/>
        <w:t>【答案】ABCD  62. 旅游团队导游服务程序包括</w:t>
        <w:br/>
        <w:t>A.接  B.站  C.服  D.务</w:t>
        <w:br/>
        <w:t>【答案】ABCD</w:t>
      </w:r>
    </w:p>
    <w:p>
      <w:r>
        <w:t>63. 我国著名的石窟艺术包括</w:t>
        <w:br/>
        <w:t>A.敦  B.煌  C.莫  D.高</w:t>
        <w:br/>
        <w:t>【答案】ABCD  63. 我国著名的石窟艺术包括</w:t>
        <w:br/>
        <w:t>A.敦  B.煌  C.莫  D.高</w:t>
        <w:br/>
        <w:t>【答案】ABCD</w:t>
      </w:r>
    </w:p>
    <w:p>
      <w:r>
        <w:t>64. 导游语言的基本要求是</w:t>
        <w:br/>
        <w:t>A.准  B.确  C.|  D.清</w:t>
        <w:br/>
        <w:t>【答案】ABC  64. 导游语言的基本要求是</w:t>
        <w:br/>
        <w:t>A.准  B.确  C.|  D.清</w:t>
        <w:br/>
        <w:t>【答案】ABC</w:t>
      </w:r>
    </w:p>
    <w:p>
      <w:r>
        <w:t>65. 旅游投诉的处理原则包括</w:t>
        <w:br/>
        <w:t>A.公  B.平  C.公  D.正</w:t>
        <w:br/>
        <w:t>【答案】ABC  65. 旅游投诉的处理原则包括</w:t>
        <w:br/>
        <w:t>A.公  B.平  C.公  D.正</w:t>
        <w:br/>
        <w:t>【答案】ABC</w:t>
      </w:r>
    </w:p>
    <w:p>
      <w:r>
        <w:t>66. 导游证的种类包括</w:t>
        <w:br/>
        <w:t>A.正  B.式  C.导  D.游</w:t>
        <w:br/>
        <w:t>【答案】AB  66. 导游证的种类包括</w:t>
        <w:br/>
        <w:t>A.正  B.式  C.导  D.游</w:t>
        <w:br/>
        <w:t>【答案】AB</w:t>
      </w:r>
    </w:p>
    <w:p>
      <w:r>
        <w:t>67. 导游员的基本素质包括</w:t>
        <w:br/>
        <w:t>A.良  B.好  C.的  D.思</w:t>
        <w:br/>
        <w:t>【答案】ABCD  67. 导游员的基本素质包括</w:t>
        <w:br/>
        <w:t>A.良  B.好  C.的  D.思</w:t>
        <w:br/>
        <w:t>【答案】ABCD</w:t>
      </w:r>
    </w:p>
    <w:p>
      <w:r>
        <w:t>68. 我国法定节假日包括</w:t>
        <w:br/>
        <w:t>A.春  B.节  C.|  D.中</w:t>
        <w:br/>
        <w:t>【答案】ABC  68. 我国法定节假日包括</w:t>
        <w:br/>
        <w:t>A.春  B.节  C.|  D.中</w:t>
        <w:br/>
        <w:t>【答案】ABC</w:t>
      </w:r>
    </w:p>
    <w:p>
      <w:r>
        <w:t>69. 导游服务的性质包括</w:t>
        <w:br/>
        <w:t>A.社  B.会  C.性  D.|</w:t>
        <w:br/>
        <w:t>【答案】ABCD  69. 导游服务的性质包括</w:t>
        <w:br/>
        <w:t>A.社  B.会  C.性  D.|</w:t>
        <w:br/>
        <w:t>【答案】ABCD</w:t>
      </w:r>
    </w:p>
    <w:p>
      <w:r>
        <w:t>70. 旅游团队导游服务程序包括</w:t>
        <w:br/>
        <w:t>A.接  B.站  C.服  D.务</w:t>
        <w:br/>
        <w:t>【答案】ABCD  70. 旅游团队导游服务程序包括</w:t>
        <w:br/>
        <w:t>A.接  B.站  C.服  D.务</w:t>
        <w:br/>
        <w:t>【答案】ABCD</w:t>
      </w:r>
    </w:p>
    <w:p>
      <w:r>
        <w:t>【三、判断题（每题1分，共20分）】</w:t>
      </w:r>
    </w:p>
    <w:p>
      <w:r>
        <w:t>71. 导游证全国通用  71. 导游证全国通用。（对/错）</w:t>
        <w:br/>
        <w:t>【答案】对</w:t>
      </w:r>
    </w:p>
    <w:p>
      <w:r>
        <w:t>72. 旅游合同必须是书面形式  72. 旅游合同必须是书面形式。（对/错）</w:t>
        <w:br/>
        <w:t>【答案】错</w:t>
      </w:r>
    </w:p>
    <w:p>
      <w:r>
        <w:t>73. 导游员可以私自变更行程  73. 导游员可以私自变更行程。（对/错）</w:t>
        <w:br/>
        <w:t>【答案】错</w:t>
      </w:r>
    </w:p>
    <w:p>
      <w:r>
        <w:t>74. 旅行社必须投保旅行社责任保险  74. 旅行社必须投保旅行社责任保险。（对/错）</w:t>
        <w:br/>
        <w:t>【答案】对</w:t>
      </w:r>
    </w:p>
    <w:p>
      <w:r>
        <w:t>75. 导游员讲解时可以随意编造历史故事  75. 导游员讲解时可以随意编造历史故事。（对/错）</w:t>
        <w:br/>
        <w:t>【答案】错</w:t>
      </w:r>
    </w:p>
    <w:p>
      <w:r>
        <w:t>76. 散客旅游是旅游业发展的趋势之一  76. 散客旅游是旅游业发展的趋势之一。（对/错）</w:t>
        <w:br/>
        <w:t>【答案】对</w:t>
      </w:r>
    </w:p>
    <w:p>
      <w:r>
        <w:t>77. 导游员应全程佩戴导游证  77. 导游员应全程佩戴导游证。（对/错）</w:t>
        <w:br/>
        <w:t>【答案】对</w:t>
      </w:r>
    </w:p>
    <w:p>
      <w:r>
        <w:t>78. 游客购物属于旅行社安排的必经环节  78. 游客购物属于旅行社安排的必经环节。（对/错）</w:t>
        <w:br/>
        <w:t>【答案】错</w:t>
      </w:r>
    </w:p>
    <w:p>
      <w:r>
        <w:t>79. 导游证全国通用  79. 导游证全国通用。（对/错）</w:t>
        <w:br/>
        <w:t>【答案】对</w:t>
      </w:r>
    </w:p>
    <w:p>
      <w:r>
        <w:t>80. 旅游合同必须是书面形式  80. 旅游合同必须是书面形式。（对/错）</w:t>
        <w:br/>
        <w:t>【答案】错</w:t>
      </w:r>
    </w:p>
    <w:p>
      <w:r>
        <w:t>81. 导游员可以私自变更行程  81. 导游员可以私自变更行程。（对/错）</w:t>
        <w:br/>
        <w:t>【答案】错</w:t>
      </w:r>
    </w:p>
    <w:p>
      <w:r>
        <w:t>82. 旅行社必须投保旅行社责任保险  82. 旅行社必须投保旅行社责任保险。（对/错）</w:t>
        <w:br/>
        <w:t>【答案】对</w:t>
      </w:r>
    </w:p>
    <w:p>
      <w:r>
        <w:t>83. 导游员讲解时可以随意编造历史故事  83. 导游员讲解时可以随意编造历史故事。（对/错）</w:t>
        <w:br/>
        <w:t>【答案】错</w:t>
      </w:r>
    </w:p>
    <w:p>
      <w:r>
        <w:t>84. 散客旅游是旅游业发展的趋势之一  84. 散客旅游是旅游业发展的趋势之一。（对/错）</w:t>
        <w:br/>
        <w:t>【答案】对</w:t>
      </w:r>
    </w:p>
    <w:p>
      <w:r>
        <w:t>85. 导游员应全程佩戴导游证  85. 导游员应全程佩戴导游证。（对/错）</w:t>
        <w:br/>
        <w:t>【答案】对</w:t>
      </w:r>
    </w:p>
    <w:p>
      <w:r>
        <w:t>86. 游客购物属于旅行社安排的必经环节  86. 游客购物属于旅行社安排的必经环节。（对/错）</w:t>
        <w:br/>
        <w:t>【答案】错</w:t>
      </w:r>
    </w:p>
    <w:p>
      <w:r>
        <w:t>87. 导游证全国通用  87. 导游证全国通用。（对/错）</w:t>
        <w:br/>
        <w:t>【答案】对</w:t>
      </w:r>
    </w:p>
    <w:p>
      <w:r>
        <w:t>88. 旅游合同必须是书面形式  88. 旅游合同必须是书面形式。（对/错）</w:t>
        <w:br/>
        <w:t>【答案】错</w:t>
      </w:r>
    </w:p>
    <w:p>
      <w:r>
        <w:t>89. 导游员可以私自变更行程  89. 导游员可以私自变更行程。（对/错）</w:t>
        <w:br/>
        <w:t>【答案】错</w:t>
      </w:r>
    </w:p>
    <w:p>
      <w:r>
        <w:t>90. 旅行社必须投保旅行社责任保险  90. 旅行社必须投保旅行社责任保险。（对/错）</w:t>
        <w:br/>
        <w:t>【答案】对</w:t>
      </w:r>
    </w:p>
    <w:p>
      <w:r>
        <w:t>【四、简答题（每题3分，共30分）】</w:t>
      </w:r>
    </w:p>
    <w:p>
      <w:r>
        <w:t>91. 简述导游员接站服务的主要程序  91. 简述导游员接站服务的主要程序。</w:t>
        <w:br/>
        <w:t>【答案】确认航班车次、提前到达、持标志接站、清点人数、组织上车</w:t>
      </w:r>
    </w:p>
    <w:p>
      <w:r>
        <w:t>92. 导游讲解的基本原则有哪些？</w:t>
        <w:br/>
        <w:t>【答案】客观性、针对性、计划性、灵活性  92. 导游讲解的基本原则有哪些？</w:t>
        <w:br/>
        <w:t>【答案】客观性、针对性、计划性、灵活性</w:t>
      </w:r>
    </w:p>
    <w:p>
      <w:r>
        <w:t>93. 发生游客走失应如何处理？</w:t>
        <w:br/>
        <w:t>【答案】立即寻找、报告旅行社、联系警方、安抚游客  93. 发生游客走失应如何处理？</w:t>
        <w:br/>
        <w:t>【答案】立即寻找、报告旅行社、联系警方、安抚游客</w:t>
      </w:r>
    </w:p>
    <w:p>
      <w:r>
        <w:t>94. 如何做好老年游客的服务？</w:t>
        <w:br/>
        <w:t>【答案】放慢节奏、多加照顾、注意安全、耐心讲解  94. 如何做好老年游客的服务？</w:t>
        <w:br/>
        <w:t>【答案】放慢节奏、多加照顾、注意安全、耐心讲解</w:t>
      </w:r>
    </w:p>
    <w:p>
      <w:r>
        <w:t>95. 简述导游员接站服务的主要程序  95. 简述导游员接站服务的主要程序。</w:t>
        <w:br/>
        <w:t>【答案】确认航班车次、提前到达、持标志接站、清点人数、组织上车</w:t>
      </w:r>
    </w:p>
    <w:p>
      <w:r>
        <w:t>96. 导游讲解的基本原则有哪些？</w:t>
        <w:br/>
        <w:t>【答案】客观性、针对性、计划性、灵活性  96. 导游讲解的基本原则有哪些？</w:t>
        <w:br/>
        <w:t>【答案】客观性、针对性、计划性、灵活性</w:t>
      </w:r>
    </w:p>
    <w:p>
      <w:r>
        <w:t>97. 发生游客走失应如何处理？</w:t>
        <w:br/>
        <w:t>【答案】立即寻找、报告旅行社、联系警方、安抚游客  97. 发生游客走失应如何处理？</w:t>
        <w:br/>
        <w:t>【答案】立即寻找、报告旅行社、联系警方、安抚游客</w:t>
      </w:r>
    </w:p>
    <w:p>
      <w:r>
        <w:t>98. 如何做好老年游客的服务？</w:t>
        <w:br/>
        <w:t>【答案】放慢节奏、多加照顾、注意安全、耐心讲解  98. 如何做好老年游客的服务？</w:t>
        <w:br/>
        <w:t>【答案】放慢节奏、多加照顾、注意安全、耐心讲解</w:t>
      </w:r>
    </w:p>
    <w:p>
      <w:r>
        <w:t>99. 简述导游员接站服务的主要程序  99. 简述导游员接站服务的主要程序。</w:t>
        <w:br/>
        <w:t>【答案】确认航班车次、提前到达、持标志接站、清点人数、组织上车</w:t>
      </w:r>
    </w:p>
    <w:p>
      <w:r>
        <w:t>100. 导游讲解的基本原则有哪些？</w:t>
        <w:br/>
        <w:t>【答案】客观性、针对性、计划性、灵活性  100. 导游讲解的基本原则有哪些？</w:t>
        <w:br/>
        <w:t>【答案】客观性、针对性、计划性、灵活性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