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年终总结开头结尾金句集锦：100句模板句（2026版）</w:t>
      </w:r>
    </w:p>
    <w:p>
      <w:r>
        <w:t>写年终总结最怕开头憋不出来、结尾收不住！小编整理了100句年终总结开头结尾金句，按场景分类，挑着用就行。</w:t>
      </w:r>
    </w:p>
    <w:p>
      <w:r>
        <w:t>亮点：①开头金句30句；②结尾金句30句；③过渡句20句；④表态句20句。网页是预览版，下载Word完整版含全部100句。? 免费下载Word完整版（可直接打印编辑）</w:t>
      </w:r>
    </w:p>
    <w:p>
      <w:pPr>
        <w:pStyle w:val="Heading1"/>
      </w:pPr>
      <w:r>
        <w:t>开头金句精选</w:t>
      </w:r>
    </w:p>
    <w:p>
      <w:r>
        <w:t>1. 时光荏苒，岁月如梭，转眼间2026年已接近尾声。</w:t>
      </w:r>
    </w:p>
    <w:p>
      <w:r>
        <w:t>2. 回首过去一年，在领导和同事的支持下，我收获颇丰。</w:t>
      </w:r>
    </w:p>
    <w:p>
      <w:r>
        <w:t>3. 2026年是充实而忙碌的一年，也是成长进步的一年。</w:t>
      </w:r>
    </w:p>
    <w:p>
      <w:r>
        <w:t>4. 这一年，我立足本职，脚踏实地，较好地完成了各项工作。</w:t>
      </w:r>
    </w:p>
    <w:p>
      <w:r>
        <w:t>5. 岁月不居，时节如流，一年的工作画上了圆满的句号。</w:t>
      </w:r>
    </w:p>
    <w:p>
      <w:pPr>
        <w:pStyle w:val="Heading1"/>
      </w:pPr>
      <w:r>
        <w:t>结尾金句精选</w:t>
      </w:r>
    </w:p>
    <w:p>
      <w:r>
        <w:t>1. 展望2027年，我将以更加饱满的热情投入工作。</w:t>
      </w:r>
    </w:p>
    <w:p>
      <w:r>
        <w:t>2. 新的一年，新的起点，我会继续努力，不负韶华。</w:t>
      </w:r>
    </w:p>
    <w:p>
      <w:r>
        <w:t>3. 成绩属于过去，未来更需拼搏。</w:t>
      </w:r>
    </w:p>
    <w:p>
      <w:r>
        <w:t>4. 我将总结经验、弥补不足，争取更大进步。</w:t>
      </w:r>
    </w:p>
    <w:p>
      <w:r>
        <w:t>5. 路虽远，行则将至；事虽难，做则必成。全部100句见Word版。?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