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个人租房合同模板（标准版）+押金纠纷避坑指南</w:t>
      </w:r>
    </w:p>
    <w:p>
      <w:r>
        <w:t>租房是打工人最常签的合同，但90%的人签之前没细看条款！小编整理了一份个人租房合同模板（标准版），房东租客都能用，附押金纠纷避坑指南。</w:t>
      </w:r>
    </w:p>
    <w:p>
      <w:r>
        <w:t>亮点：①合同条款完整规范；②押金、维修、转租等易坑条款有标注；③附常见纠纷案例。网页是预览版，下载Word完整版可打印签字。? 免费下载Word完整版（可直接打印编辑）</w:t>
      </w:r>
    </w:p>
    <w:p>
      <w:pPr>
        <w:pStyle w:val="Heading1"/>
      </w:pPr>
      <w:r>
        <w:t>房屋租赁合同（模板）</w:t>
      </w:r>
    </w:p>
    <w:p>
      <w:r>
        <w:t>出租方（甲方）：____</w:t>
      </w:r>
    </w:p>
    <w:p>
      <w:r>
        <w:t>承租方（乙方）：____</w:t>
      </w:r>
    </w:p>
    <w:p>
      <w:r>
        <w:t>一、房屋基本情况：位于____，建筑面积____㎡。</w:t>
      </w:r>
    </w:p>
    <w:p>
      <w:r>
        <w:t>二、租期：自____年__月__日至____年__月__日。</w:t>
      </w:r>
    </w:p>
    <w:p>
      <w:r>
        <w:t>三、租金：每月____元，支付方式：____。</w:t>
      </w:r>
    </w:p>
    <w:p>
      <w:r>
        <w:t>四、押金：____元，退租时无欠费无损坏全额退还。</w:t>
      </w:r>
    </w:p>
    <w:p>
      <w:r>
        <w:t>五、维修责任：房屋自然损耗由甲方负责；人为损坏由乙方负责。</w:t>
      </w:r>
    </w:p>
    <w:p>
      <w:r>
        <w:t>六、双方权利义务：（略，见完整版）</w:t>
      </w:r>
    </w:p>
    <w:p>
      <w:r>
        <w:t>七、违约责任：____</w:t>
      </w:r>
    </w:p>
    <w:p>
      <w:r>
        <w:t>八、争议解决：协商不成可向房屋所在地法院起诉。</w:t>
      </w:r>
    </w:p>
    <w:p>
      <w:r>
        <w:t>甲方签字：____  乙方签字：____</w:t>
      </w:r>
    </w:p>
    <w:p>
      <w:r>
        <w:t>日期：____</w:t>
      </w:r>
    </w:p>
    <w:p>
      <w:pPr>
        <w:pStyle w:val="Heading1"/>
      </w:pPr>
      <w:r>
        <w:t>避坑指南</w:t>
      </w:r>
    </w:p>
    <w:p>
      <w:r>
        <w:t>①押金退还条款必须写清楚"无欠费无损坏全额退还"；②水电燃气物业费谁交写明白；③维修责任划分好；④到期前30天协商续租/搬离；⑤拍照留证据。完整版见Word。?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