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房屋租赁合同（通用版）</w:t>
      </w:r>
    </w:p>
    <w:p>
      <w:r>
        <w:t>合同编号：＿＿＿＿＿＿＿＿＿＿</w:t>
      </w:r>
    </w:p>
    <w:p>
      <w:r>
        <w:t>甲方（姓名/名称）：＿＿＿＿＿＿＿＿＿＿　身份证号/统一社会信用代码：＿＿＿＿＿＿＿＿＿＿</w:t>
      </w:r>
    </w:p>
    <w:p>
      <w:r>
        <w:t>乙方（姓名/名称）：＿＿＿＿＿＿＿＿＿＿　身份证号/统一社会信用代码：＿＿＿＿＿＿＿＿＿＿</w:t>
      </w:r>
    </w:p>
    <w:p>
      <w:r>
        <w:t>签订地点：＿＿＿＿＿＿＿＿＿＿　签订日期：＿＿＿＿年＿＿月＿＿日</w:t>
      </w:r>
    </w:p>
    <w:p/>
    <w:p>
      <w:pPr>
        <w:pStyle w:val="Heading2"/>
      </w:pPr>
      <w:r>
        <w:t>第一条 房屋基本情况</w:t>
      </w:r>
    </w:p>
    <w:p>
      <w:r>
        <w:t>1.1 出租房屋坐落于＿＿省＿＿市＿＿区＿＿路＿＿号＿＿幢＿＿单元＿＿室，建筑面积＿＿平方米，房屋产权证号：＿＿＿＿＿＿。</w:t>
      </w:r>
    </w:p>
    <w:p>
      <w:r>
        <w:t>1.2 甲方保证对该房屋拥有合法出租权，房屋及附属设施能正常使用。</w:t>
      </w:r>
    </w:p>
    <w:p/>
    <w:p>
      <w:pPr>
        <w:pStyle w:val="Heading2"/>
      </w:pPr>
      <w:r>
        <w:t>第二条 租赁期限</w:t>
      </w:r>
    </w:p>
    <w:p>
      <w:r>
        <w:t>2.1 租赁期自＿＿＿＿年＿＿月＿＿日起至＿＿＿＿年＿＿月＿＿日止，共计＿＿个月。</w:t>
      </w:r>
    </w:p>
    <w:p>
      <w:r>
        <w:t>2.2 租赁期满，甲方继续出租的，在同等条件下乙方享有优先承租权；乙方需续租的，应提前＿＿日书面通知甲方。</w:t>
      </w:r>
    </w:p>
    <w:p/>
    <w:p>
      <w:pPr>
        <w:pStyle w:val="Heading2"/>
      </w:pPr>
      <w:r>
        <w:t>第三条 租金及支付方式</w:t>
      </w:r>
    </w:p>
    <w:p>
      <w:r>
        <w:t>3.1 月租金为人民币＿＿＿＿元（大写：＿＿＿＿），按（月/季/半年/年）支付，乙方应于每期开始前＿＿日内支付。</w:t>
      </w:r>
    </w:p>
    <w:p>
      <w:r>
        <w:t>3.2 租金支付方式：银行转账/微信/支付宝至甲方指定账户，甲方收款账户：＿＿＿＿＿＿＿＿。</w:t>
      </w:r>
    </w:p>
    <w:p>
      <w:r>
        <w:t>3.3 押金为人民币＿＿＿＿元，租赁期满且乙方无违约、房屋及设施无损坏的，甲方应在＿＿日内无息退还。</w:t>
      </w:r>
    </w:p>
    <w:p/>
    <w:p>
      <w:pPr>
        <w:pStyle w:val="Heading2"/>
      </w:pPr>
      <w:r>
        <w:t>第四条 费用承担</w:t>
      </w:r>
    </w:p>
    <w:p>
      <w:r>
        <w:t>4.1 租赁期间的水费、电费、燃气费、网络费、物业管理费由（甲方/乙方）承担，具体按物业或相关部门收费标准据实结算。</w:t>
      </w:r>
    </w:p>
    <w:p>
      <w:r>
        <w:t>4.2 房屋及附属设施的自然损耗维修由甲方负责；因乙方使用不当造成的损坏由乙方负责维修或赔偿。</w:t>
      </w:r>
    </w:p>
    <w:p/>
    <w:p>
      <w:pPr>
        <w:pStyle w:val="Heading2"/>
      </w:pPr>
      <w:r>
        <w:t>第五条 房屋使用与维护</w:t>
      </w:r>
    </w:p>
    <w:p>
      <w:r>
        <w:t>5.1 乙方应合理使用房屋，不得擅自改变房屋结构、用途，不得转租、转借。</w:t>
      </w:r>
    </w:p>
    <w:p>
      <w:r>
        <w:t>5.2 乙方确需对房屋进行装修或改造的，应事先征得甲方书面同意。</w:t>
      </w:r>
    </w:p>
    <w:p/>
    <w:p>
      <w:pPr>
        <w:pStyle w:val="Heading2"/>
      </w:pPr>
      <w:r>
        <w:t>第六条 合同解除与违约责任</w:t>
      </w:r>
    </w:p>
    <w:p>
      <w:r>
        <w:t>6.1 乙方逾期支付租金超过＿＿日的，甲方有权解除合同并要求乙方支付违约金人民币＿＿元。</w:t>
      </w:r>
    </w:p>
    <w:p>
      <w:r>
        <w:t>6.2 甲方未按约定交付房屋或房屋存在影响使用安全问题的，乙方有权解除合同。</w:t>
      </w:r>
    </w:p>
    <w:p>
      <w:r>
        <w:t>6.3 任何一方提前解除合同的，应提前＿＿日书面通知对方，并按月租金的＿＿%支付违约金。</w:t>
      </w:r>
    </w:p>
    <w:p/>
    <w:p>
      <w:pPr>
        <w:pStyle w:val="Heading2"/>
      </w:pPr>
      <w:r>
        <w:t>第七条 争议解决</w:t>
      </w:r>
    </w:p>
    <w:p>
      <w:r>
        <w:t>7.1 本合同履行中发生争议，双方应协商解决；协商不成的，可向房屋所在地人民法院提起诉讼。</w:t>
      </w:r>
    </w:p>
    <w:p/>
    <w:p>
      <w:r>
        <w:t>（以下无正文，为本合同签署页）</w:t>
      </w:r>
    </w:p>
    <w:p/>
    <w:p>
      <w:r>
        <w:t>甲方（签字/盖章）：＿＿＿＿＿＿＿＿＿＿</w:t>
      </w:r>
    </w:p>
    <w:p>
      <w:r>
        <w:t>乙方（签字/盖章）：＿＿＿＿＿＿＿＿＿＿</w:t>
      </w:r>
    </w:p>
    <w:p>
      <w:r>
        <w:t>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