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房屋租赁合同模板（个人出租住房版）：押金与维修责任怎么约定</w:t>
      </w:r>
    </w:p>
    <w:p>
      <w:pPr>
        <w:pStyle w:val="Heading1"/>
      </w:pPr>
      <w:r>
        <w:t>房屋租赁合同</w:t>
      </w:r>
    </w:p>
    <w:p>
      <w:r>
        <w:t>出租方（甲方）：________ 身份证号：________</w:t>
      </w:r>
    </w:p>
    <w:p>
      <w:r>
        <w:t>承租方（乙方）：________ 身份证号：________</w:t>
      </w:r>
    </w:p>
    <w:p>
      <w:r>
        <w:t>第一条 房屋基本情况：____市____区____路____室，建筑面积____㎡。</w:t>
      </w:r>
    </w:p>
    <w:p>
      <w:r>
        <w:t>第二条 租赁期限：____年__月__日至____年__月__日。</w:t>
      </w:r>
    </w:p>
    <w:p>
      <w:r>
        <w:t>第三条 租金及支付：月租金____元，押一付____。</w:t>
      </w:r>
    </w:p>
    <w:p>
      <w:r>
        <w:t>第四条 押金：____元，合同期满无损坏、费用结清后退还。</w:t>
      </w:r>
    </w:p>
    <w:p>
      <w:r>
        <w:t>第五条 费用承担：水电气物业等由____方承担。</w:t>
      </w:r>
    </w:p>
    <w:p>
      <w:r>
        <w:t>第六条 维修责任：自然损坏甲方修，人为损坏乙方修。</w:t>
      </w:r>
    </w:p>
    <w:p>
      <w:r>
        <w:t>第七条 违约责任：提前解约违约金____元。</w:t>
      </w:r>
    </w:p>
    <w:p>
      <w:r>
        <w:t>第八条 争议解决：向房屋所在地法院起诉。</w:t>
      </w:r>
    </w:p>
    <w:p>
      <w:r>
        <w:t>甲方（签字）：____ 乙方（签字）：____ ____年__月__日</w:t>
      </w:r>
    </w:p>
    <w:p>
      <w:r>
        <w:t>（Word版可直接打印填写签字）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