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个人年终述职报告范文（员工通用）</w:t>
      </w:r>
    </w:p>
    <w:p/>
    <w:p>
      <w:r>
        <w:t>2026年度个人述职报告</w:t>
      </w:r>
    </w:p>
    <w:p>
      <w:r>
        <w:t>尊敬的各位领导、各位同事：</w:t>
      </w:r>
    </w:p>
    <w:p>
      <w:r>
        <w:t>根据单位统一安排，现将本人2026年度的工作情况向大家作简要汇报，请予评议。</w:t>
      </w:r>
    </w:p>
    <w:p>
      <w:r>
        <w:t>一、履职尽责情况。一年来，我紧紧围绕岗位职责，扎实推进各项工作：一是主业工作方面，全年完成XX业务XX项，办理XX事项XX件，涉及金额XX万元，均严格按规定程序办理，做到公开透明、规范有序；二是重点任务方面，牵头（参与）XX项目X个，其中XX项目于X月圆满完成，获得XX评价；三是日常事务方面，认真做好XX、XX等日常工作，保障了部门运转顺畅。</w:t>
      </w:r>
    </w:p>
    <w:p>
      <w:r>
        <w:t>二、学习提升情况。全年参加各类培训XX次、学习XX课程，考取XX证书，撰写学习笔记XX篇。通过持续学习，本人XX业务能力、XX沟通能力明显提升。</w:t>
      </w:r>
    </w:p>
    <w:p>
      <w:r>
        <w:t>三、遵规守纪情况。严格遵守单位各项规章制度和廉洁纪律要求，认真执行请示报告制度，不越权、不越位、不违规，全年无违纪违规行为。</w:t>
      </w:r>
    </w:p>
    <w:p>
      <w:r>
        <w:t>四、存在不足。一是工作前瞻性不够，多是被动应对；二是统筹协调能力仍需加强；三是知识储备与岗位要求还有差距。</w:t>
      </w:r>
    </w:p>
    <w:p>
      <w:r>
        <w:t>五、下一步打算。一是主动谋划，增强工作的前瞻性和主动性；二是加强统筹，提升多任务并行处理能力；三是持续充电，加快知识更新，努力成为岗位上的行家里手。</w:t>
      </w:r>
    </w:p>
    <w:p>
      <w:r>
        <w:t>以上是我本年度的述职情况，不当之处，请各位领导、同事批评指正。谢谢大家！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