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会议纪要范文（机关单位会议记录整理模板）</w:t>
      </w:r>
    </w:p>
    <w:p/>
    <w:p>
      <w:r>
        <w:t>XX单位关于召开XX工作会议的纪要</w:t>
      </w:r>
    </w:p>
    <w:p>
      <w:r>
        <w:t>2026年X月X日上午，XX单位组织召开XX工作会议，会议由XX主持，XX等领导班子成员出席会议，各部门负责人列席会议。现将会议有关情况纪要如下：</w:t>
      </w:r>
    </w:p>
    <w:p>
      <w:r>
        <w:t>一、会议听取了XX工作情况汇报。会议认为，今年以来，我单位XX工作总体进展顺利，取得了一定成效，主要体现在：一是XX；二是XX；三是XX。同时，工作中还存在一些不足，突出表现为XX。</w:t>
      </w:r>
    </w:p>
    <w:p>
      <w:r>
        <w:t>二、会议研究部署了下一阶段XX重点工作。会议明确：（一）XX工作由XX部门牵头负责，X月底前完成XX；（二）XX工作由XX部门具体落实，重点抓好XX；（三）各部门要加强协调配合，形成工作合力，确保各项任务按期完成。</w:t>
      </w:r>
    </w:p>
    <w:p>
      <w:r>
        <w:t>三、会议审议通过了《XX方案（送审稿）》。会议原则同意该方案，要求XX部门根据会议讨论意见进一步修改完善后，按程序印发实施。</w:t>
      </w:r>
    </w:p>
    <w:p>
      <w:r>
        <w:t>四、会议强调，XX工作事关全局、责任重大，各部门要高度重视，切实增强责任感和紧迫感，对照目标任务，逐项分解、逐项落实，确保XX工作取得实实在在的成效。</w:t>
      </w:r>
    </w:p>
    <w:p>
      <w:r>
        <w:t>五、会议要求，各部门要及时传达贯彻本次会议精神，将会议明确的各项任务落实到具体责任人，并于X月X日前将落实情况报XX部门汇总。</w:t>
      </w:r>
    </w:p>
    <w:p>
      <w:r>
        <w:t>参加会议人员：XXX、XXX、XXX、XXX、XXX。</w:t>
      </w:r>
    </w:p>
    <w:p>
      <w:r>
        <w:t>记录人：XXX</w:t>
      </w:r>
    </w:p>
    <w:p>
      <w:r>
        <w:t>XX单位办公室</w:t>
      </w:r>
    </w:p>
    <w:p>
      <w:r>
        <w:t>2026年10月X日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