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会议工作总结范文（活动/会议组织复盘）</w:t>
      </w:r>
    </w:p>
    <w:p/>
    <w:p>
      <w:r>
        <w:t>XX会议（活动）组织工作总结</w:t>
      </w:r>
    </w:p>
    <w:p>
      <w:r>
        <w:t>2026年X月X日，我单位组织召开了XX会议（活动）。在领导的高度重视和各部门的密切配合下，会议（活动）筹备周密、组织有序、保障有力，圆满完成了各项议程，取得了预期效果。现将组织工作总结如下：</w:t>
      </w:r>
    </w:p>
    <w:p>
      <w:r>
        <w:t>一、基本情况。本次会议（活动）共____人参会，设____个环节，包括____、____、____。会议（活动）于X月X日____时开始，____时结束，全程秩序井然、气氛热烈。</w:t>
      </w:r>
    </w:p>
    <w:p>
      <w:r>
        <w:t>二、主要做法。（一）超前谋划、周密部署：会前X周即成立筹备工作组，明确职责分工，制定详细工作方案和日程表，将任务细化到人、时间落实到天。（二）强化统筹、协同联动：各部门按照分工密切配合，材料组、会务组、后勤组、宣传组各司其职，信息互通，形成了工作合力。（三）注重细节、精益求精：从会场布置、设备调试、材料装订到签到引导、餐饮住宿，逐项检查、逐环节演练，确保万无一失。（四）预案完备、处置得当：制定了突发事件应急预案，准备了备用方案和应急物资，本次会议（活动）未发生任何安全事故和突发情况。</w:t>
      </w:r>
    </w:p>
    <w:p>
      <w:r>
        <w:t>三、主要成效。一是会议（活动）主题鲜明，____方面的部署要求得到了有效传达；二是参会人员反响良好，满意度调查评分达____分；三是通过会议（活动），进一步凝聚了共识、明确了任务，达到了预期目的。</w:t>
      </w:r>
    </w:p>
    <w:p>
      <w:r>
        <w:t>四、存在的不足。（一）个别环节衔接还不够顺畅，出现____情况；（二）部分工作人员对流程还不够熟悉，应变能力有待提高；（三）宣传报道的时效性和深度还可以加强。</w:t>
      </w:r>
    </w:p>
    <w:p>
      <w:r>
        <w:t>五、经验启示与改进建议。（一）完善会议（活动）标准化流程模板，固化成功经验；（二）加强人员培训，明确每个环节的负责人和替补人员；（三）提前做好宣传策划，会前预热、会后跟进报道；（四）会后及时复盘，形成书面总结归档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