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入党申请书范文（2026年通用版）</w:t>
      </w:r>
    </w:p>
    <w:p/>
    <w:p>
      <w:r>
        <w:t>入党申请书</w:t>
      </w:r>
    </w:p>
    <w:p>
      <w:r>
        <w:t>敬爱的党组织：</w:t>
      </w:r>
    </w:p>
    <w:p>
      <w:r>
        <w:t>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r>
        <w:t>中国共产党是中国工人阶级的先锋队，同时是中国人民和中华民族的先锋队，是中国特色社会主义事业的领导核心，代表中国先进生产力的发展要求，代表中国先进文化的前进方向，代表中国最广大人民的根本利益。党的最高理想和最终目标是实现共产主义。</w:t>
      </w:r>
    </w:p>
    <w:p>
      <w:r>
        <w:t>我出生在改革开放的新时代，从小受家庭和学校的教育，亲眼见证了在党的领导下，国家发生的翻天覆地的变化：经济持续发展，人民生活水平不断提高，国际地位显著提升。特别是近年来，在党的坚强领导下，我们打赢了脱贫攻坚战，实现了全面建成小康社会的目标，这让我更加深刻地认识到中国共产党的伟大、光荣和正确。</w:t>
      </w:r>
    </w:p>
    <w:p>
      <w:r>
        <w:t>在思想上，我认真学习党的理论，不断提高政治觉悟，积极向党组织靠拢。在工作中（学习中），我踏实肯干、勤奋努力，认真完成各项任务，取得了良好成绩。在生活中，我团结同志、乐于助人，严格遵守各项规章制度，努力发挥模范带头作用。</w:t>
      </w:r>
    </w:p>
    <w:p>
      <w:r>
        <w:t>同时，我也清醒地认识到自身存在的不足：一是党的理论知识学习还不够系统深入；二是工作经验还不够丰富，处理复杂问题的能力有待提高；三是批评与自我批评做得还不够到位。我将正视这些不足，在今后的工作学习中努力加以改进。</w:t>
      </w:r>
    </w:p>
    <w:p>
      <w:r>
        <w:t>我深知，入党不是终点，而是新的起点。如果党组织批准我加入中国共产党，我将严格以党员标准要求自己，认真学习党章党规，自觉履行党员义务，在各项工作中冲锋在前、甘于奉献，不辜负党组织的信任和期望。如果党组织暂时没有批准我的申请，我也不会气馁，将继续努力，积极创造条件，争取早日加入党组织。</w:t>
      </w:r>
    </w:p>
    <w:p>
      <w:r>
        <w:t>请党组织在实践中考验我！</w:t>
      </w:r>
    </w:p>
    <w:p>
      <w:r>
        <w:t>此致</w:t>
      </w:r>
    </w:p>
    <w:p>
      <w:r>
        <w:t>敬礼！</w:t>
      </w:r>
    </w:p>
    <w:p>
      <w:r>
        <w:t>申请人：XXX</w:t>
      </w:r>
    </w:p>
    <w:p>
      <w:r>
        <w:t>2026年X月X日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