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劳动合同模板（通用版）</w:t>
      </w:r>
    </w:p>
    <w:p/>
    <w:p>
      <w:r>
        <w:t>劳动合同</w:t>
      </w:r>
    </w:p>
    <w:p>
      <w:r>
        <w:t>甲方（用人单位）：____________________ 住所：____________________</w:t>
      </w:r>
    </w:p>
    <w:p>
      <w:r>
        <w:t>乙方（劳动者）：____________________ 身份证号：____________________</w:t>
      </w:r>
    </w:p>
    <w:p>
      <w:r>
        <w:t>根据《中华人民共和国劳动法》《中华人民共和国劳动合同法》及相关法律法规的规定，甲乙双方在平等自愿、协商一致的基础上，订立本合同。</w:t>
      </w:r>
    </w:p>
    <w:p>
      <w:r>
        <w:t>第一条 合同期限。本合同为____（固定期限/无固定期限/以完成一定工作任务为期限）劳动合同。固定期限自____年____月____日起至____年____月____日止，其中试用期自____年____月____日起至____年____月____日止。</w:t>
      </w:r>
    </w:p>
    <w:p>
      <w:r>
        <w:t>第二条 工作内容和工作地点。乙方同意根据甲方工作需要，从事____岗位工作，工作地点为________。甲方可根据经营需要依法调整乙方工作岗位，乙方应服从甲方的合理工作安排。</w:t>
      </w:r>
    </w:p>
    <w:p>
      <w:r>
        <w:t>第三条 工作时间和休息休假。甲方实行____（标准工时/综合计算工时/不定时）工作制。标准工时制下，每日工作时间不超过8小时，每周不超过40小时。乙方依法享有法定节假日、带薪年休假、婚假、产假等休假权利。</w:t>
      </w:r>
    </w:p>
    <w:p>
      <w:r>
        <w:t>第四条 劳动报酬。乙方试用期工资为每月人民币________元；转正后月工资为人民币________元，工资发放日为每月____日。甲方应按时足额支付劳动报酬，不得克扣或无故拖欠。</w:t>
      </w:r>
    </w:p>
    <w:p>
      <w:r>
        <w:t>第五条 社会保险。甲方应依法为乙方缴纳社会保险费，其中应由乙方个人缴纳的部分，由甲方从乙方工资中代扣代缴。</w:t>
      </w:r>
    </w:p>
    <w:p>
      <w:r>
        <w:t>第六条 劳动保护和工作条件。甲方应为乙方提供符合国家规定的劳动安全卫生条件和必要的劳动防护用品，保障乙方在安全健康的环境中工作。</w:t>
      </w:r>
    </w:p>
    <w:p>
      <w:r>
        <w:t>第七条 劳动合同的解除和终止。双方解除、终止劳动合同的，应当依法办理。解除劳动合同的，甲方应依法向乙方支付经济补偿的，应按规定标准支付。</w:t>
      </w:r>
    </w:p>
    <w:p>
      <w:r>
        <w:t>第八条 保密与竞业限制。乙方对在工作中知悉的甲方商业秘密负有保密义务。双方如需约定竞业限制条款的，甲方应在竞业限制期限内按月给予乙方经济补偿，补偿标准为每月人民币________元。</w:t>
      </w:r>
    </w:p>
    <w:p>
      <w:r>
        <w:t>第九条 劳动争议处理。双方发生劳动争议的，应先协商解决；协商不成的，可依法申请调解、仲裁或提起诉讼。</w:t>
      </w:r>
    </w:p>
    <w:p>
      <w:r>
        <w:t>第十条 其他约定。____________________。本合同一式两份，甲乙双方各执一份，自双方签字（盖章）之日起生效。</w:t>
      </w:r>
    </w:p>
    <w:p>
      <w:r>
        <w:t>甲方（盖章）：________    乙方（签字）：________</w:t>
      </w:r>
    </w:p>
    <w:p>
      <w:r>
        <w:t>签订日期：____年____月____日    签订日期：____年____月____日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