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转正申请书范文（员工试用期转正通用）</w:t>
      </w:r>
    </w:p>
    <w:p/>
    <w:p>
      <w:r>
        <w:t>转正申请书</w:t>
      </w:r>
    </w:p>
    <w:p>
      <w:r>
        <w:t>尊敬的公司领导：</w:t>
      </w:r>
    </w:p>
    <w:p>
      <w:r>
        <w:t>您好！我于2026年X月X日入职公司，担任XX岗位，试用期为X个月。在试用期即将结束之际，我郑重地向公司提出转正申请。</w:t>
      </w:r>
    </w:p>
    <w:p>
      <w:r>
        <w:t>在试用期的工作中，我在部门领导和同事们的关心帮助下，较快地熟悉了工作环境和工作流程，认真完成了各项岗位职责。现将试用期工作情况汇报如下：</w:t>
      </w:r>
    </w:p>
    <w:p>
      <w:r>
        <w:t>一、主要工作内容及完成情况。试用期间，我主要负责XX工作。一是完成了XX，达到了XX标准；二是参与XX项目，负责XX部分，按时按质交付；三是协助部门完成XX日常事务，保证了工作正常运转。</w:t>
      </w:r>
    </w:p>
    <w:p>
      <w:r>
        <w:t>二、工作态度与学习情况。试用期内，我始终保持认真负责的工作态度，遵守公司各项规章制度，服从工作安排，不迟到、不早退。同时，我主动学习公司业务流程和XX专业知识，积极参加内部培训，努力提升岗位技能，已基本能够独立承担岗位工作。</w:t>
      </w:r>
    </w:p>
    <w:p>
      <w:r>
        <w:t>三、对公司和岗位的认识。通过试用期的工作，我对公司的企业文化、业务模式和发展方向有了更深入的认识，认同公司的价值观，热爱本职工作，愿意长期稳定地为公司服务。</w:t>
      </w:r>
    </w:p>
    <w:p>
      <w:r>
        <w:t>四、存在的不足。一是对公司部分业务领域了解还不够深入，需要进一步学习；二是处理突发问题时的应变能力有待提高；三是与跨部门同事的沟通协作还可以更主动。</w:t>
      </w:r>
    </w:p>
    <w:p>
      <w:r>
        <w:t>五、未来工作计划。转正后，我将继续保持谦虚好学的态度，深入钻研岗位业务，积极承担更有挑战性的工作任务，努力为公司创造更大价值。</w:t>
      </w:r>
    </w:p>
    <w:p>
      <w:r>
        <w:t>恳请领导批准我的转正申请。我将以更加饱满的热情、更加扎实的工作，回报公司的信任与培养。</w:t>
      </w:r>
    </w:p>
    <w:p>
      <w:r>
        <w:t>此致</w:t>
      </w:r>
    </w:p>
    <w:p>
      <w:r>
        <w:t>敬礼！</w:t>
      </w:r>
    </w:p>
    <w:p>
      <w:r>
        <w:t>申请人：XXX</w:t>
      </w:r>
    </w:p>
    <w:p>
      <w:r>
        <w:t>2026年X月X日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