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培训课件PPT制作模板（企业内训通用）</w:t>
      </w:r>
    </w:p>
    <w:p/>
    <w:p>
      <w:r>
        <w:t>培训课件PPT制作模板</w:t>
      </w:r>
    </w:p>
    <w:p>
      <w:r>
        <w:t>一、培训课件的特殊性。培训课件不同于汇报PPT：汇报是“给领导看”，课件是“给学员学”。课件设计要以“学员能学会”为目标，强调互动、案例和练习。</w:t>
      </w:r>
    </w:p>
    <w:p>
      <w:r>
        <w:t>二、标准结构。（一）封面：课程名称+适用对象+讲师+时长。（二）课程导入：用案例、故事、提问引出课程主题，制造“学习需求”。（三）学习目标页：清晰列出学员学完能做什么（用行为动词：能说出、能操作、能完成）。（四）知识讲解页：每页一个知识点，用“概念+解释+案例+图表”四件套。（五）案例讨论页：真实案例+讨论问题+讲师点评。（六）实操练习页：练习题+操作步骤+参考答案。（七）课程回顾页：用思维导图或表格回顾核心要点。（八）结束页：总结+作业布置+答疑。</w:t>
      </w:r>
    </w:p>
    <w:p>
      <w:r>
        <w:t>三、讲解页设计要点。（一）一页一个知识点，不要贪多；（二）案例要真实、贴近学员工作；（三）重要概念用图示（流程图、示意图）表达；（四）每15分钟设计一次互动（提问、讨论、练习），避免单向灌输。</w:t>
      </w:r>
    </w:p>
    <w:p>
      <w:r>
        <w:t>四、视觉设计要点。（一）课件字体要大：正文不小于24pt，标题不小于32pt，后排学员要能看清；（二）对比突出：重点内容用颜色、框线强调；（三）善用图示：流程图、时间轴、对比表比文字更易记忆；（四）页面密度：每页不超过5个要点。</w:t>
      </w:r>
    </w:p>
    <w:p>
      <w:r>
        <w:t>五、讲师使用技巧。（一）课件是提示不是台词：要点放上去，讲解靠讲师展开；（二）页面切换前先“预告”：告诉学员接下来讲什么；（三）案例讨论要留时间：给学员2-3分钟思考再请人回答；（四）课后资料：把课件PDF版和补充阅读发给学员，便于复习。</w:t>
      </w:r>
    </w:p>
    <w:p>
      <w:r>
        <w:t>六、常用培训模板配色。（一）知识蓝：主色#1F4E79，辅助#E8F1F8；（二）活力橙：主色#ED7D31，辅助#FFF2E6；（三）医疗青：主色#008B8B，辅助#E0F5F5；（四）金融金：主色#BF9000，辅助#FFF8E1。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