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实习工作总结范文（大学生实习报告通用）</w:t>
      </w:r>
    </w:p>
    <w:p/>
    <w:p>
      <w:r>
        <w:t>大学生实习工作总结</w:t>
      </w:r>
    </w:p>
    <w:p>
      <w:r>
        <w:t>为期X个月的实习生活即将结束。在这段时间里，我在XX单位（公司）XX部门领导和同事的悉心指导下，将所学理论知识与实际工作相结合，收获颇丰。现将实习情况总结如下：</w:t>
      </w:r>
    </w:p>
    <w:p>
      <w:r>
        <w:t>一、实习单位及岗位。实习单位：XX单位（公司），实习岗位：XX。实习时间：2026年X月X日至2026年X月X日。</w:t>
      </w:r>
    </w:p>
    <w:p>
      <w:r>
        <w:t>二、实习主要内容。实习期间，我主要参与了以下工作：（一）协助完成XX日常工作，包括XX、XX，掌握了XX业务流程；（二）参与XX项目，负责XX环节，在带教老师的指导下完成了XX成果；（三）学习XX软件（工具）的操作，能够独立完成XX；（四）参加部门例会X次，了解了XX行业（领域）的运作模式。</w:t>
      </w:r>
    </w:p>
    <w:p>
      <w:r>
        <w:t>三、实习收获。（一）专业能力方面：将课堂上学到的XX理论应用到实际工作中，加深了对XX的理解，掌握了XX实操技能；（二）职业素养方面：了解了职场规则，学会了时间管理和任务优先级安排，增强了责任意识；（三）沟通协作方面：与同事和客户（服务对象）的沟通能力明显提升，学会了在团队中找准定位、主动补位。</w:t>
      </w:r>
    </w:p>
    <w:p>
      <w:r>
        <w:t>四、存在的不足。一是对XX业务的了解还不够全面深入；二是处理突发情况的经验不足，应变能力有待提升；三是书面表达能力还需加强。</w:t>
      </w:r>
    </w:p>
    <w:p>
      <w:r>
        <w:t>五、对学校教学的建议。结合实习经历，建议学校在课程设置中进一步增加XX实践环节，加强XX软件（工具）的教学，增加XX案例分析课程。</w:t>
      </w:r>
    </w:p>
    <w:p>
      <w:r>
        <w:t>六、结语。感谢单位（公司）给我提供的实习机会，感谢领导和同事们的关心帮助。这段实习经历是我宝贵的财富，我将以此为新的起点，继续努力学习，提升综合素质，为步入社会做好准备。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